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2568" w14:textId="77777777" w:rsidR="002C3C87" w:rsidRDefault="002C3C87" w:rsidP="002C3C87">
      <w:pPr>
        <w:spacing w:before="240" w:after="80" w:line="240" w:lineRule="auto"/>
        <w:jc w:val="center"/>
      </w:pPr>
      <w:r>
        <w:rPr>
          <w:b/>
          <w:color w:val="17365D"/>
          <w:sz w:val="52"/>
        </w:rPr>
        <w:t>8D Report Template</w:t>
      </w:r>
    </w:p>
    <w:p w14:paraId="5663E591" w14:textId="77777777" w:rsidR="002C3C87" w:rsidRDefault="002C3C87" w:rsidP="002C3C87">
      <w:pPr>
        <w:spacing w:after="80" w:line="240" w:lineRule="auto"/>
        <w:jc w:val="center"/>
      </w:pPr>
      <w:r>
        <w:rPr>
          <w:color w:val="2D3748"/>
          <w:sz w:val="24"/>
        </w:rPr>
        <w:t>D1-D8 problem-solving report for manufacturing quality issues</w:t>
      </w:r>
      <w:r>
        <w:rPr>
          <w:color w:val="2D3748"/>
          <w:sz w:val="24"/>
        </w:rPr>
        <w:br/>
      </w:r>
      <w:r>
        <w:br/>
      </w:r>
    </w:p>
    <w:p w14:paraId="516ABCE6"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Update this template as the investigation progresses. Keep the wording factual and evidence-based. Delete the italic instructions before sending the final report to a customer or supplier. This template is for general manufacturing quality work and should be adapted to your company, customer, and industry requirements.</w:t>
      </w:r>
    </w:p>
    <w:p w14:paraId="06DD9980" w14:textId="77777777" w:rsidR="002C3C87" w:rsidRDefault="002C3C87" w:rsidP="002C3C87">
      <w:pPr>
        <w:pStyle w:val="SmallNote"/>
        <w:pBdr>
          <w:top w:val="single" w:sz="4" w:space="0" w:color="CBD5E0"/>
          <w:left w:val="single" w:sz="4" w:space="0" w:color="CBD5E0"/>
          <w:bottom w:val="single" w:sz="4" w:space="0" w:color="CBD5E0"/>
          <w:right w:val="single" w:sz="4" w:space="0" w:color="CBD5E0"/>
        </w:pBdr>
        <w:shd w:val="clear" w:color="auto" w:fill="EAF4FB"/>
        <w:spacing w:before="60" w:after="80" w:line="240" w:lineRule="auto"/>
      </w:pPr>
      <w:r>
        <w:rPr>
          <w:i/>
          <w:color w:val="2D3748"/>
          <w:sz w:val="18"/>
        </w:rPr>
        <w:t>Instruction reminder: italic guidance text is included to help you complete the template. Keep it for internal use or delete it before issuing the final report.</w:t>
      </w:r>
    </w:p>
    <w:p w14:paraId="7E568416" w14:textId="77777777" w:rsidR="002C3C87" w:rsidRDefault="002C3C87" w:rsidP="002C3C87">
      <w:pPr>
        <w:spacing w:after="80" w:line="240" w:lineRule="auto"/>
      </w:pPr>
    </w:p>
    <w:p w14:paraId="58162FDC"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Before you start</w:t>
      </w:r>
    </w:p>
    <w:p w14:paraId="6636EC1A"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page as a quick guide before completing the report. The 8D should normally be completed in sequence. Do not jump to permanent corrective action before the problem, containment, and root cause are clear.</w:t>
      </w:r>
    </w:p>
    <w:p w14:paraId="640C91D6" w14:textId="77777777" w:rsidR="002C3C87" w:rsidRDefault="002C3C87" w:rsidP="002C3C87">
      <w:pPr>
        <w:pStyle w:val="Body"/>
        <w:spacing w:line="240" w:lineRule="auto"/>
        <w:rPr>
          <w:color w:val="2D3748"/>
          <w:sz w:val="20"/>
        </w:rPr>
      </w:pPr>
    </w:p>
    <w:p w14:paraId="5143AA43" w14:textId="77777777" w:rsidR="002C3C87" w:rsidRDefault="002C3C87" w:rsidP="002C3C87">
      <w:pPr>
        <w:pStyle w:val="Body"/>
        <w:spacing w:line="240" w:lineRule="auto"/>
      </w:pPr>
      <w:r>
        <w:rPr>
          <w:color w:val="2D3748"/>
          <w:sz w:val="20"/>
        </w:rPr>
        <w:t>An 8D report is used to investigate, correct, and help prevent repeat problems. It is commonly used for customer complaints, repeat defects, significant internal quality issues, supplier issues, and problems that need a structured response.</w:t>
      </w:r>
    </w:p>
    <w:p w14:paraId="2BE7BF48" w14:textId="77777777" w:rsidR="002C3C87" w:rsidRDefault="002C3C87" w:rsidP="002C3C87">
      <w:pPr>
        <w:pStyle w:val="Heading2"/>
        <w:spacing w:after="60" w:line="240" w:lineRule="auto"/>
      </w:pPr>
      <w:r>
        <w:rPr>
          <w:rFonts w:ascii="Arial" w:eastAsia="Arial" w:hAnsi="Arial" w:cs="Arial"/>
          <w:color w:val="17365D"/>
          <w:sz w:val="22"/>
        </w:rPr>
        <w:t>Use an 8D when</w:t>
      </w:r>
    </w:p>
    <w:p w14:paraId="74A1F90E" w14:textId="77777777" w:rsidR="002C3C87" w:rsidRDefault="002C3C87" w:rsidP="002C3C87">
      <w:pPr>
        <w:pStyle w:val="Body"/>
        <w:numPr>
          <w:ilvl w:val="0"/>
          <w:numId w:val="10"/>
        </w:numPr>
        <w:spacing w:line="240" w:lineRule="auto"/>
      </w:pPr>
      <w:r>
        <w:rPr>
          <w:color w:val="2D3748"/>
          <w:sz w:val="20"/>
        </w:rPr>
        <w:t>The cause is unknown or disputed.</w:t>
      </w:r>
    </w:p>
    <w:p w14:paraId="04DC8E5E" w14:textId="77777777" w:rsidR="002C3C87" w:rsidRDefault="002C3C87" w:rsidP="002C3C87">
      <w:pPr>
        <w:pStyle w:val="Body"/>
        <w:numPr>
          <w:ilvl w:val="0"/>
          <w:numId w:val="10"/>
        </w:numPr>
        <w:spacing w:line="240" w:lineRule="auto"/>
      </w:pPr>
      <w:r>
        <w:rPr>
          <w:color w:val="2D3748"/>
          <w:sz w:val="20"/>
        </w:rPr>
        <w:t>A customer asks for a formal 8D response.</w:t>
      </w:r>
    </w:p>
    <w:p w14:paraId="1C4E5E6E" w14:textId="77777777" w:rsidR="002C3C87" w:rsidRDefault="002C3C87" w:rsidP="002C3C87">
      <w:pPr>
        <w:pStyle w:val="Body"/>
        <w:numPr>
          <w:ilvl w:val="0"/>
          <w:numId w:val="10"/>
        </w:numPr>
        <w:spacing w:line="240" w:lineRule="auto"/>
      </w:pPr>
      <w:r>
        <w:rPr>
          <w:color w:val="2D3748"/>
          <w:sz w:val="20"/>
        </w:rPr>
        <w:t>The issue affects shipped product, customer use, fit, form, function, safety, or compliance expectations.</w:t>
      </w:r>
    </w:p>
    <w:p w14:paraId="058950DF" w14:textId="77777777" w:rsidR="002C3C87" w:rsidRDefault="002C3C87" w:rsidP="002C3C87">
      <w:pPr>
        <w:pStyle w:val="Body"/>
        <w:numPr>
          <w:ilvl w:val="0"/>
          <w:numId w:val="10"/>
        </w:numPr>
        <w:spacing w:line="240" w:lineRule="auto"/>
      </w:pPr>
      <w:r>
        <w:rPr>
          <w:color w:val="2D3748"/>
          <w:sz w:val="20"/>
        </w:rPr>
        <w:t>A recurring defect keeps appearing despite quick fixes.</w:t>
      </w:r>
    </w:p>
    <w:p w14:paraId="7FF0233F" w14:textId="77777777" w:rsidR="002C3C87" w:rsidRDefault="002C3C87" w:rsidP="002C3C87">
      <w:pPr>
        <w:pStyle w:val="Body"/>
        <w:numPr>
          <w:ilvl w:val="0"/>
          <w:numId w:val="10"/>
        </w:numPr>
        <w:spacing w:line="240" w:lineRule="auto"/>
      </w:pPr>
      <w:r>
        <w:rPr>
          <w:color w:val="2D3748"/>
          <w:sz w:val="20"/>
        </w:rPr>
        <w:t>Containment, root cause, corrective action, validation, and prevention need to be documented.</w:t>
      </w:r>
    </w:p>
    <w:p w14:paraId="3A85167B" w14:textId="77777777" w:rsidR="002C3C87" w:rsidRDefault="002C3C87" w:rsidP="002C3C87">
      <w:pPr>
        <w:pStyle w:val="Body"/>
        <w:numPr>
          <w:ilvl w:val="0"/>
          <w:numId w:val="10"/>
        </w:numPr>
        <w:spacing w:line="240" w:lineRule="auto"/>
      </w:pPr>
      <w:r>
        <w:rPr>
          <w:color w:val="2D3748"/>
          <w:sz w:val="20"/>
        </w:rPr>
        <w:t>More than one function is needed to solve the problem.</w:t>
      </w:r>
    </w:p>
    <w:p w14:paraId="1EBC4A6C" w14:textId="77777777" w:rsidR="002C3C87" w:rsidRDefault="002C3C87" w:rsidP="002C3C87">
      <w:pPr>
        <w:pStyle w:val="Heading2"/>
        <w:spacing w:after="60" w:line="240" w:lineRule="auto"/>
      </w:pPr>
      <w:r>
        <w:rPr>
          <w:rFonts w:ascii="Arial" w:eastAsia="Arial" w:hAnsi="Arial" w:cs="Arial"/>
          <w:color w:val="17365D"/>
          <w:sz w:val="22"/>
        </w:rPr>
        <w:t>A simpler corrective action record may be enough when</w:t>
      </w:r>
    </w:p>
    <w:p w14:paraId="387FCDA1" w14:textId="77777777" w:rsidR="002C3C87" w:rsidRDefault="002C3C87" w:rsidP="002C3C87">
      <w:pPr>
        <w:pStyle w:val="Body"/>
        <w:numPr>
          <w:ilvl w:val="0"/>
          <w:numId w:val="11"/>
        </w:numPr>
        <w:spacing w:line="240" w:lineRule="auto"/>
      </w:pPr>
      <w:r>
        <w:rPr>
          <w:color w:val="2D3748"/>
          <w:sz w:val="20"/>
        </w:rPr>
        <w:t>The cause is already known and verified.</w:t>
      </w:r>
    </w:p>
    <w:p w14:paraId="1A005C67" w14:textId="77777777" w:rsidR="002C3C87" w:rsidRDefault="002C3C87" w:rsidP="002C3C87">
      <w:pPr>
        <w:pStyle w:val="Body"/>
        <w:numPr>
          <w:ilvl w:val="0"/>
          <w:numId w:val="11"/>
        </w:numPr>
        <w:spacing w:line="240" w:lineRule="auto"/>
      </w:pPr>
      <w:r>
        <w:rPr>
          <w:color w:val="2D3748"/>
          <w:sz w:val="20"/>
        </w:rPr>
        <w:t>The issue is low risk and does not need a customer-facing 8D response.</w:t>
      </w:r>
    </w:p>
    <w:p w14:paraId="1AE596C4" w14:textId="77777777" w:rsidR="002C3C87" w:rsidRDefault="002C3C87" w:rsidP="002C3C87">
      <w:pPr>
        <w:pStyle w:val="Body"/>
        <w:numPr>
          <w:ilvl w:val="0"/>
          <w:numId w:val="11"/>
        </w:numPr>
        <w:spacing w:line="240" w:lineRule="auto"/>
      </w:pPr>
      <w:r>
        <w:rPr>
          <w:color w:val="2D3748"/>
          <w:sz w:val="20"/>
        </w:rPr>
        <w:t>The fix is simple and local to one area.</w:t>
      </w:r>
    </w:p>
    <w:p w14:paraId="74D58B48" w14:textId="77777777" w:rsidR="002C3C87" w:rsidRDefault="002C3C87" w:rsidP="002C3C87">
      <w:pPr>
        <w:pStyle w:val="Body"/>
        <w:numPr>
          <w:ilvl w:val="0"/>
          <w:numId w:val="11"/>
        </w:numPr>
        <w:spacing w:line="240" w:lineRule="auto"/>
      </w:pPr>
      <w:r>
        <w:rPr>
          <w:color w:val="2D3748"/>
          <w:sz w:val="20"/>
        </w:rPr>
        <w:t>The problem is unlikely to recur once the correction is complete.</w:t>
      </w:r>
    </w:p>
    <w:p w14:paraId="3F4D3E32" w14:textId="77777777" w:rsidR="002C3C87" w:rsidRDefault="002C3C87" w:rsidP="002C3C87">
      <w:pPr>
        <w:pStyle w:val="Body"/>
        <w:numPr>
          <w:ilvl w:val="0"/>
          <w:numId w:val="11"/>
        </w:numPr>
        <w:spacing w:line="240" w:lineRule="auto"/>
      </w:pPr>
      <w:r>
        <w:rPr>
          <w:color w:val="2D3748"/>
          <w:sz w:val="20"/>
        </w:rPr>
        <w:t>Your company or customer process does not require an 8D.</w:t>
      </w:r>
    </w:p>
    <w:p w14:paraId="1157D384" w14:textId="77777777" w:rsidR="002C3C87" w:rsidRDefault="002C3C87" w:rsidP="002C3C87">
      <w:pPr>
        <w:pStyle w:val="Heading2"/>
        <w:spacing w:after="60" w:line="240" w:lineRule="auto"/>
      </w:pPr>
      <w:r>
        <w:rPr>
          <w:rFonts w:ascii="Arial" w:eastAsia="Arial" w:hAnsi="Arial" w:cs="Arial"/>
          <w:color w:val="17365D"/>
          <w:sz w:val="22"/>
        </w:rPr>
        <w:br/>
        <w:t>Recommended evidence to collect</w:t>
      </w:r>
    </w:p>
    <w:p w14:paraId="715A3023"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Collect objective evidence as early as possible. Attach or reference the evidence in Appendix A so the final report can be reviewed later.</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3427"/>
        <w:gridCol w:w="3326"/>
        <w:gridCol w:w="3327"/>
      </w:tblGrid>
      <w:tr w:rsidR="002C3C87" w14:paraId="6EC50AEB" w14:textId="77777777" w:rsidTr="00AB5879">
        <w:trPr>
          <w:tblHeade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BF5AFF8" w14:textId="77777777" w:rsidR="002C3C87" w:rsidRDefault="002C3C87" w:rsidP="00AB5879">
            <w:r>
              <w:rPr>
                <w:b/>
                <w:color w:val="FFFFFF"/>
                <w:sz w:val="19"/>
              </w:rPr>
              <w:t>Evidence type</w:t>
            </w:r>
          </w:p>
        </w:tc>
        <w:tc>
          <w:tcPr>
            <w:tcW w:w="332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0B6C7D50" w14:textId="77777777" w:rsidR="002C3C87" w:rsidRDefault="002C3C87" w:rsidP="00AB5879">
            <w:r>
              <w:rPr>
                <w:b/>
                <w:color w:val="FFFFFF"/>
                <w:sz w:val="19"/>
              </w:rPr>
              <w:t>Examples / notes</w:t>
            </w:r>
          </w:p>
        </w:tc>
        <w:tc>
          <w:tcPr>
            <w:tcW w:w="33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C100CB9" w14:textId="77777777" w:rsidR="002C3C87" w:rsidRDefault="002C3C87" w:rsidP="00AB5879">
            <w:r>
              <w:rPr>
                <w:b/>
                <w:color w:val="FFFFFF"/>
                <w:sz w:val="19"/>
              </w:rPr>
              <w:t>Attached?</w:t>
            </w:r>
          </w:p>
        </w:tc>
      </w:tr>
      <w:tr w:rsidR="002C3C87" w14:paraId="510F148B"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840C0ED" w14:textId="77777777" w:rsidR="002C3C87" w:rsidRDefault="002C3C87" w:rsidP="00AB5879">
            <w:r>
              <w:rPr>
                <w:b/>
                <w:i/>
                <w:color w:val="17365D"/>
                <w:sz w:val="20"/>
              </w:rPr>
              <w:t>Customer information</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735F8C7" w14:textId="77777777" w:rsidR="002C3C87" w:rsidRDefault="002C3C87" w:rsidP="00AB5879">
            <w:r>
              <w:rPr>
                <w:i/>
                <w:color w:val="2D3748"/>
                <w:sz w:val="20"/>
              </w:rPr>
              <w:t>Complaint details, customer photos, claim details, returned product information</w:t>
            </w:r>
          </w:p>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C959201" w14:textId="77777777" w:rsidR="002C3C87" w:rsidRDefault="002C3C87" w:rsidP="00AB5879">
            <w:r>
              <w:rPr>
                <w:i/>
                <w:color w:val="2D3748"/>
                <w:sz w:val="20"/>
              </w:rPr>
              <w:t>[ ]</w:t>
            </w:r>
          </w:p>
        </w:tc>
      </w:tr>
      <w:tr w:rsidR="002C3C87" w14:paraId="2DEAA813"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65FDC62" w14:textId="77777777" w:rsidR="002C3C87" w:rsidRDefault="002C3C87" w:rsidP="00AB5879">
            <w:pPr>
              <w:rPr>
                <w:b/>
                <w:i/>
                <w:color w:val="17365D"/>
                <w:sz w:val="20"/>
              </w:rPr>
            </w:pPr>
            <w:r>
              <w:rPr>
                <w:b/>
                <w:i/>
                <w:color w:val="17365D"/>
                <w:sz w:val="20"/>
              </w:rPr>
              <w:t>Product identification</w:t>
            </w:r>
          </w:p>
          <w:p w14:paraId="37158B5A" w14:textId="77777777" w:rsidR="000E1F20" w:rsidRPr="000E1F20" w:rsidRDefault="000E1F20" w:rsidP="000E1F20"/>
          <w:p w14:paraId="359301E3" w14:textId="77777777" w:rsidR="000E1F20" w:rsidRDefault="000E1F20" w:rsidP="000E1F20">
            <w:pPr>
              <w:rPr>
                <w:b/>
                <w:i/>
                <w:color w:val="17365D"/>
                <w:sz w:val="20"/>
              </w:rPr>
            </w:pPr>
          </w:p>
          <w:p w14:paraId="45CEE16F" w14:textId="77777777" w:rsidR="000E1F20" w:rsidRPr="000E1F20" w:rsidRDefault="000E1F20" w:rsidP="000E1F20"/>
          <w:p w14:paraId="4A93ECB7" w14:textId="77777777" w:rsidR="000E1F20" w:rsidRPr="000E1F20" w:rsidRDefault="000E1F20" w:rsidP="000E1F20"/>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BDA226" w14:textId="77777777" w:rsidR="002C3C87" w:rsidRDefault="002C3C87" w:rsidP="00AB5879">
            <w:pPr>
              <w:rPr>
                <w:i/>
                <w:color w:val="2D3748"/>
                <w:sz w:val="20"/>
              </w:rPr>
            </w:pPr>
            <w:r>
              <w:rPr>
                <w:i/>
                <w:color w:val="2D3748"/>
                <w:sz w:val="20"/>
              </w:rPr>
              <w:lastRenderedPageBreak/>
              <w:t>Part number, revision, lot, batch, serial number, date code, work order</w:t>
            </w:r>
          </w:p>
          <w:p w14:paraId="27ED089E" w14:textId="77777777" w:rsidR="001C0986" w:rsidRPr="001C0986" w:rsidRDefault="001C0986" w:rsidP="001C0986"/>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704A99" w14:textId="77777777" w:rsidR="002C3C87" w:rsidRDefault="002C3C87" w:rsidP="00AB5879">
            <w:r>
              <w:rPr>
                <w:i/>
                <w:color w:val="2D3748"/>
                <w:sz w:val="20"/>
              </w:rPr>
              <w:t>[ ]</w:t>
            </w:r>
          </w:p>
        </w:tc>
      </w:tr>
      <w:tr w:rsidR="002C3C87" w14:paraId="1343EF3B"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E3EA83D" w14:textId="77777777" w:rsidR="002C3C87" w:rsidRDefault="002C3C87" w:rsidP="00AB5879">
            <w:r>
              <w:rPr>
                <w:b/>
                <w:i/>
                <w:color w:val="17365D"/>
                <w:sz w:val="20"/>
              </w:rPr>
              <w:t>Inspection evidence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4C8DCA3" w14:textId="77777777" w:rsidR="002C3C87" w:rsidRDefault="002C3C87" w:rsidP="00AB5879">
            <w:r>
              <w:rPr>
                <w:i/>
                <w:color w:val="2D3748"/>
                <w:sz w:val="20"/>
              </w:rPr>
              <w:t>Measurements, inspection records, test results, gage used, acceptance criteria</w:t>
            </w:r>
          </w:p>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8C54710" w14:textId="77777777" w:rsidR="002C3C87" w:rsidRDefault="002C3C87" w:rsidP="00AB5879">
            <w:r>
              <w:rPr>
                <w:i/>
                <w:color w:val="2D3748"/>
                <w:sz w:val="20"/>
              </w:rPr>
              <w:t>[ ]</w:t>
            </w:r>
          </w:p>
        </w:tc>
      </w:tr>
      <w:tr w:rsidR="002C3C87" w14:paraId="119648FD"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03D69AD" w14:textId="77777777" w:rsidR="002C3C87" w:rsidRDefault="002C3C87" w:rsidP="00AB5879">
            <w:r>
              <w:rPr>
                <w:b/>
                <w:i/>
                <w:color w:val="17365D"/>
                <w:sz w:val="20"/>
              </w:rPr>
              <w:t>Containment evidence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F0BD103" w14:textId="77777777" w:rsidR="002C3C87" w:rsidRDefault="002C3C87" w:rsidP="00AB5879">
            <w:r>
              <w:rPr>
                <w:i/>
                <w:color w:val="2D3748"/>
                <w:sz w:val="20"/>
              </w:rPr>
              <w:t>Quarantine records, sort results, stock check, customer protection actions</w:t>
            </w:r>
          </w:p>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5E3EA6" w14:textId="77777777" w:rsidR="002C3C87" w:rsidRDefault="002C3C87" w:rsidP="00AB5879">
            <w:r>
              <w:rPr>
                <w:i/>
                <w:color w:val="2D3748"/>
                <w:sz w:val="20"/>
              </w:rPr>
              <w:t>[ ]</w:t>
            </w:r>
          </w:p>
        </w:tc>
      </w:tr>
      <w:tr w:rsidR="002C3C87" w14:paraId="0D10D59A"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7ACDDA" w14:textId="77777777" w:rsidR="002C3C87" w:rsidRDefault="002C3C87" w:rsidP="00AB5879">
            <w:r>
              <w:rPr>
                <w:b/>
                <w:i/>
                <w:color w:val="17365D"/>
                <w:sz w:val="20"/>
              </w:rPr>
              <w:t>Process evidence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B380A05" w14:textId="77777777" w:rsidR="002C3C87" w:rsidRDefault="002C3C87" w:rsidP="00AB5879">
            <w:r>
              <w:rPr>
                <w:i/>
                <w:color w:val="2D3748"/>
                <w:sz w:val="20"/>
              </w:rPr>
              <w:t>Setup records, traveler/router, work instructions, operator checks, machine parameters</w:t>
            </w:r>
          </w:p>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E55C40" w14:textId="77777777" w:rsidR="002C3C87" w:rsidRDefault="002C3C87" w:rsidP="00AB5879">
            <w:r>
              <w:rPr>
                <w:i/>
                <w:color w:val="2D3748"/>
                <w:sz w:val="20"/>
              </w:rPr>
              <w:t>[ ]</w:t>
            </w:r>
          </w:p>
        </w:tc>
      </w:tr>
      <w:tr w:rsidR="002C3C87" w14:paraId="5398EE93"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9DF19F5" w14:textId="77777777" w:rsidR="002C3C87" w:rsidRDefault="002C3C87" w:rsidP="00AB5879">
            <w:r>
              <w:rPr>
                <w:b/>
                <w:i/>
                <w:color w:val="17365D"/>
                <w:sz w:val="20"/>
              </w:rPr>
              <w:t>Root cause evidence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F3C1DD" w14:textId="77777777" w:rsidR="002C3C87" w:rsidRDefault="002C3C87" w:rsidP="00AB5879">
            <w:r>
              <w:rPr>
                <w:i/>
                <w:color w:val="2D3748"/>
                <w:sz w:val="20"/>
              </w:rPr>
              <w:t>5 Whys, fishbone diagram, data review, test results, process checks</w:t>
            </w:r>
          </w:p>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86130C6" w14:textId="77777777" w:rsidR="002C3C87" w:rsidRDefault="002C3C87" w:rsidP="00AB5879">
            <w:r>
              <w:rPr>
                <w:i/>
                <w:color w:val="2D3748"/>
                <w:sz w:val="20"/>
              </w:rPr>
              <w:t>[ ]</w:t>
            </w:r>
          </w:p>
        </w:tc>
      </w:tr>
      <w:tr w:rsidR="002C3C87" w14:paraId="01E6741C"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D0564A8" w14:textId="77777777" w:rsidR="002C3C87" w:rsidRDefault="002C3C87" w:rsidP="00AB5879">
            <w:r>
              <w:rPr>
                <w:b/>
                <w:i/>
                <w:color w:val="17365D"/>
                <w:sz w:val="20"/>
              </w:rPr>
              <w:t>Corrective action evidence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2F3400C" w14:textId="77777777" w:rsidR="002C3C87" w:rsidRDefault="002C3C87" w:rsidP="00AB5879">
            <w:r>
              <w:rPr>
                <w:i/>
                <w:color w:val="2D3748"/>
                <w:sz w:val="20"/>
              </w:rPr>
              <w:t>Updated procedure, training record, fixture change, control plan update, photos</w:t>
            </w:r>
          </w:p>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8ECDCFC" w14:textId="77777777" w:rsidR="002C3C87" w:rsidRDefault="002C3C87" w:rsidP="00AB5879">
            <w:r>
              <w:rPr>
                <w:i/>
                <w:color w:val="2D3748"/>
                <w:sz w:val="20"/>
              </w:rPr>
              <w:t>[ ]</w:t>
            </w:r>
          </w:p>
        </w:tc>
      </w:tr>
      <w:tr w:rsidR="002C3C87" w14:paraId="3DB49F84"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01115F" w14:textId="77777777" w:rsidR="002C3C87" w:rsidRDefault="002C3C87" w:rsidP="00AB5879">
            <w:r>
              <w:rPr>
                <w:b/>
                <w:i/>
                <w:color w:val="17365D"/>
                <w:sz w:val="20"/>
              </w:rPr>
              <w:t>Effectiveness evidence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10409A9" w14:textId="24AF5866" w:rsidR="002C3C87" w:rsidRDefault="002C3C87" w:rsidP="00AB5879">
            <w:r>
              <w:rPr>
                <w:i/>
                <w:color w:val="2D3748"/>
                <w:sz w:val="20"/>
              </w:rPr>
              <w:t>Follow-up inspection, audit result, defect trend, next-lot result, customer confirmation</w:t>
            </w:r>
            <w:r w:rsidR="00C21195">
              <w:rPr>
                <w:i/>
                <w:color w:val="2D3748"/>
                <w:sz w:val="20"/>
              </w:rPr>
              <w:t xml:space="preserve"> </w:t>
            </w:r>
          </w:p>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F35FF2" w14:textId="77777777" w:rsidR="002C3C87" w:rsidRDefault="002C3C87" w:rsidP="00AB5879">
            <w:r>
              <w:rPr>
                <w:i/>
                <w:color w:val="2D3748"/>
                <w:sz w:val="20"/>
              </w:rPr>
              <w:t>[ ]</w:t>
            </w:r>
          </w:p>
        </w:tc>
      </w:tr>
    </w:tbl>
    <w:p w14:paraId="55586FEB" w14:textId="77777777" w:rsidR="002C3C87" w:rsidRDefault="002C3C87" w:rsidP="002C3C87">
      <w:pPr>
        <w:pStyle w:val="Heading2"/>
        <w:spacing w:after="60" w:line="240" w:lineRule="auto"/>
      </w:pPr>
      <w:r>
        <w:rPr>
          <w:rFonts w:ascii="Arial" w:eastAsia="Arial" w:hAnsi="Arial" w:cs="Arial"/>
          <w:color w:val="17365D"/>
          <w:sz w:val="22"/>
        </w:rPr>
        <w:br/>
        <w:t>Terminology used in this template</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19981CBC"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CCA6E2D" w14:textId="77777777" w:rsidR="002C3C87" w:rsidRDefault="002C3C87" w:rsidP="00AB5879">
            <w:r>
              <w:rPr>
                <w:b/>
                <w:color w:val="FFFFFF"/>
                <w:sz w:val="19"/>
              </w:rPr>
              <w:t>Term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CF18C17" w14:textId="77777777" w:rsidR="002C3C87" w:rsidRDefault="002C3C87" w:rsidP="00AB5879">
            <w:r>
              <w:rPr>
                <w:b/>
                <w:color w:val="FFFFFF"/>
                <w:sz w:val="19"/>
              </w:rPr>
              <w:t>Meaning in this template</w:t>
            </w:r>
          </w:p>
        </w:tc>
      </w:tr>
      <w:tr w:rsidR="002C3C87" w14:paraId="3627258E"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B930B9F" w14:textId="77777777" w:rsidR="002C3C87" w:rsidRDefault="002C3C87" w:rsidP="00AB5879">
            <w:r>
              <w:rPr>
                <w:b/>
                <w:i/>
                <w:color w:val="17365D"/>
                <w:sz w:val="20"/>
              </w:rPr>
              <w:t>Problem statement</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331BCDC" w14:textId="77777777" w:rsidR="002C3C87" w:rsidRDefault="002C3C87" w:rsidP="00AB5879">
            <w:r>
              <w:rPr>
                <w:i/>
                <w:color w:val="2D3748"/>
                <w:sz w:val="20"/>
              </w:rPr>
              <w:t>A factual description of the issue using who, what, where, when, why, how, how many, and impact.</w:t>
            </w:r>
          </w:p>
        </w:tc>
      </w:tr>
      <w:tr w:rsidR="002C3C87" w14:paraId="76EABD7E"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6D88611" w14:textId="77777777" w:rsidR="002C3C87" w:rsidRDefault="002C3C87" w:rsidP="00AB5879">
            <w:r>
              <w:rPr>
                <w:b/>
                <w:i/>
                <w:color w:val="17365D"/>
                <w:sz w:val="20"/>
              </w:rPr>
              <w:t>Containment</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B9BE69D" w14:textId="77777777" w:rsidR="002C3C87" w:rsidRDefault="002C3C87" w:rsidP="00AB5879">
            <w:r>
              <w:rPr>
                <w:i/>
                <w:color w:val="2D3748"/>
                <w:sz w:val="20"/>
              </w:rPr>
              <w:t>Immediate action taken to protect the customer or process while the investigation continues.</w:t>
            </w:r>
          </w:p>
        </w:tc>
      </w:tr>
      <w:tr w:rsidR="002C3C87" w14:paraId="1893503A"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6748E46" w14:textId="77777777" w:rsidR="002C3C87" w:rsidRDefault="002C3C87" w:rsidP="00AB5879">
            <w:r>
              <w:rPr>
                <w:b/>
                <w:i/>
                <w:color w:val="17365D"/>
                <w:sz w:val="20"/>
              </w:rPr>
              <w:t>Correction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082E4E0" w14:textId="77777777" w:rsidR="002C3C87" w:rsidRDefault="002C3C87" w:rsidP="00AB5879">
            <w:r>
              <w:rPr>
                <w:i/>
                <w:color w:val="2D3748"/>
                <w:sz w:val="20"/>
              </w:rPr>
              <w:t>Action to deal with the detected nonconforming product or situation.</w:t>
            </w:r>
          </w:p>
        </w:tc>
      </w:tr>
      <w:tr w:rsidR="002C3C87" w14:paraId="75708DB3"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679754B" w14:textId="77777777" w:rsidR="002C3C87" w:rsidRDefault="002C3C87" w:rsidP="00AB5879">
            <w:r>
              <w:rPr>
                <w:b/>
                <w:i/>
                <w:color w:val="17365D"/>
                <w:sz w:val="20"/>
              </w:rPr>
              <w:t>Occurrence root cause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C95AF3D" w14:textId="77777777" w:rsidR="002C3C87" w:rsidRDefault="002C3C87" w:rsidP="00AB5879">
            <w:r>
              <w:rPr>
                <w:i/>
                <w:color w:val="2D3748"/>
                <w:sz w:val="20"/>
              </w:rPr>
              <w:t>The verified cause that allowed the problem to occur.</w:t>
            </w:r>
          </w:p>
        </w:tc>
      </w:tr>
      <w:tr w:rsidR="002C3C87" w14:paraId="04900780"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9F9045C" w14:textId="77777777" w:rsidR="002C3C87" w:rsidRDefault="002C3C87" w:rsidP="00AB5879">
            <w:r>
              <w:rPr>
                <w:b/>
                <w:i/>
                <w:color w:val="17365D"/>
                <w:sz w:val="20"/>
              </w:rPr>
              <w:lastRenderedPageBreak/>
              <w:t>Escape point / detection failure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12932D5" w14:textId="77777777" w:rsidR="002C3C87" w:rsidRDefault="002C3C87" w:rsidP="00AB5879">
            <w:r>
              <w:rPr>
                <w:i/>
                <w:color w:val="2D3748"/>
                <w:sz w:val="20"/>
              </w:rPr>
              <w:t>The point where the issue should have been detected but was not, or the failed control that allowed escape.</w:t>
            </w:r>
          </w:p>
        </w:tc>
      </w:tr>
      <w:tr w:rsidR="002C3C87" w14:paraId="579E2964"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47C5F1E" w14:textId="77777777" w:rsidR="002C3C87" w:rsidRDefault="002C3C87" w:rsidP="00AB5879">
            <w:r>
              <w:rPr>
                <w:b/>
                <w:i/>
                <w:color w:val="17365D"/>
                <w:sz w:val="20"/>
              </w:rPr>
              <w:t>Corrective action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259BC6B" w14:textId="77777777" w:rsidR="002C3C87" w:rsidRDefault="002C3C87" w:rsidP="00AB5879">
            <w:r>
              <w:rPr>
                <w:i/>
                <w:color w:val="2D3748"/>
                <w:sz w:val="20"/>
              </w:rPr>
              <w:t>Action taken to eliminate the cause of the nonconformity and help prevent recurrence.</w:t>
            </w:r>
          </w:p>
        </w:tc>
      </w:tr>
      <w:tr w:rsidR="002C3C87" w14:paraId="3E9A16C2"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9A6B6F8" w14:textId="77777777" w:rsidR="002C3C87" w:rsidRDefault="002C3C87" w:rsidP="00AB5879">
            <w:r>
              <w:rPr>
                <w:b/>
                <w:i/>
                <w:color w:val="17365D"/>
                <w:sz w:val="20"/>
              </w:rPr>
              <w:t>Verification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C63989" w14:textId="77777777" w:rsidR="002C3C87" w:rsidRDefault="002C3C87" w:rsidP="00AB5879">
            <w:r>
              <w:rPr>
                <w:i/>
                <w:color w:val="2D3748"/>
                <w:sz w:val="20"/>
              </w:rPr>
              <w:t>Evidence, gathered before full implementation where possible, that the selected corrective action is likely to resolve the problem.</w:t>
            </w:r>
          </w:p>
        </w:tc>
      </w:tr>
      <w:tr w:rsidR="002C3C87" w14:paraId="6A062D0D"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867F016" w14:textId="77777777" w:rsidR="002C3C87" w:rsidRDefault="002C3C87" w:rsidP="00AB5879">
            <w:r>
              <w:rPr>
                <w:b/>
                <w:i/>
                <w:color w:val="17365D"/>
                <w:sz w:val="20"/>
              </w:rPr>
              <w:t>Validation / effectiveness check</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724D25" w14:textId="77777777" w:rsidR="002C3C87" w:rsidRDefault="002C3C87" w:rsidP="00AB5879">
            <w:r>
              <w:rPr>
                <w:i/>
                <w:color w:val="2D3748"/>
                <w:sz w:val="20"/>
              </w:rPr>
              <w:t>Evidence, gathered after implementation, that the corrective action actually reduced or eliminated the problem.</w:t>
            </w:r>
          </w:p>
        </w:tc>
      </w:tr>
    </w:tbl>
    <w:p w14:paraId="09FB36CC" w14:textId="77777777" w:rsidR="002C3C87" w:rsidRDefault="002C3C87" w:rsidP="002C3C87">
      <w:pPr>
        <w:spacing w:after="80" w:line="240" w:lineRule="auto"/>
      </w:pPr>
    </w:p>
    <w:p w14:paraId="0571F93E" w14:textId="77777777" w:rsidR="002C3C87" w:rsidRDefault="002C3C87" w:rsidP="002C3C87">
      <w:r>
        <w:br w:type="page"/>
      </w:r>
    </w:p>
    <w:p w14:paraId="00737DCB" w14:textId="77777777" w:rsidR="002C3C87" w:rsidRDefault="002C3C87" w:rsidP="002C3C87">
      <w:pPr>
        <w:spacing w:after="80" w:line="240" w:lineRule="auto"/>
      </w:pPr>
    </w:p>
    <w:p w14:paraId="69AD860C" w14:textId="164F7E1C" w:rsidR="002C3C87" w:rsidRDefault="002C3C87" w:rsidP="002C3C87">
      <w:pPr>
        <w:pStyle w:val="Heading1"/>
        <w:shd w:val="clear" w:color="auto" w:fill="17365D"/>
        <w:spacing w:before="200" w:after="120" w:line="240" w:lineRule="auto"/>
      </w:pPr>
      <w:r>
        <w:rPr>
          <w:rFonts w:ascii="Arial" w:eastAsia="Arial" w:hAnsi="Arial" w:cs="Arial"/>
          <w:color w:val="FFFFFF"/>
          <w:sz w:val="22"/>
        </w:rPr>
        <w:t>Report summary</w:t>
      </w:r>
      <w:r w:rsidR="00106225" w:rsidRPr="00106225">
        <w:rPr>
          <w:rFonts w:ascii="Arial" w:eastAsia="Arial" w:hAnsi="Arial" w:cs="Arial"/>
          <w:color w:val="002060"/>
          <w:sz w:val="22"/>
        </w:rPr>
        <w:t xml:space="preserve"> © 8Dflow.com - For internal adaptation only.</w:t>
      </w:r>
    </w:p>
    <w:p w14:paraId="40FC6821" w14:textId="77777777" w:rsidR="002C3C87" w:rsidRDefault="002C3C87" w:rsidP="002C3C87">
      <w:pPr>
        <w:pStyle w:val="Heading2"/>
        <w:spacing w:after="60" w:line="240" w:lineRule="auto"/>
      </w:pPr>
      <w:r>
        <w:rPr>
          <w:rFonts w:ascii="Arial" w:eastAsia="Arial" w:hAnsi="Arial" w:cs="Arial"/>
          <w:color w:val="17365D"/>
          <w:sz w:val="22"/>
        </w:rPr>
        <w:t>Report header</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2117"/>
        <w:gridCol w:w="2923"/>
        <w:gridCol w:w="2116"/>
        <w:gridCol w:w="2924"/>
      </w:tblGrid>
      <w:tr w:rsidR="002C3C87" w14:paraId="32D798CA" w14:textId="77777777" w:rsidTr="00AB5879">
        <w:trPr>
          <w:tblHeade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E33A344" w14:textId="77777777" w:rsidR="002C3C87" w:rsidRDefault="002C3C87" w:rsidP="00AB5879">
            <w:r>
              <w:rPr>
                <w:b/>
                <w:color w:val="FFFFFF"/>
                <w:sz w:val="19"/>
              </w:rPr>
              <w:t>Field</w:t>
            </w:r>
          </w:p>
        </w:tc>
        <w:tc>
          <w:tcPr>
            <w:tcW w:w="292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0E0B230D" w14:textId="77777777" w:rsidR="002C3C87" w:rsidRDefault="002C3C87" w:rsidP="00AB5879">
            <w:r>
              <w:rPr>
                <w:b/>
                <w:color w:val="FFFFFF"/>
                <w:sz w:val="19"/>
              </w:rPr>
              <w:t>Details</w:t>
            </w:r>
          </w:p>
        </w:tc>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C4C57CD" w14:textId="77777777" w:rsidR="002C3C87" w:rsidRDefault="002C3C87" w:rsidP="00AB5879">
            <w:r>
              <w:rPr>
                <w:b/>
                <w:color w:val="FFFFFF"/>
                <w:sz w:val="19"/>
              </w:rPr>
              <w:t>Field</w:t>
            </w:r>
          </w:p>
        </w:tc>
        <w:tc>
          <w:tcPr>
            <w:tcW w:w="2924"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7D14882" w14:textId="77777777" w:rsidR="002C3C87" w:rsidRDefault="002C3C87" w:rsidP="00AB5879">
            <w:r>
              <w:rPr>
                <w:b/>
                <w:color w:val="FFFFFF"/>
                <w:sz w:val="19"/>
              </w:rPr>
              <w:t>Details</w:t>
            </w:r>
          </w:p>
        </w:tc>
      </w:tr>
      <w:tr w:rsidR="002C3C87" w14:paraId="2BAEC47F"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40D5713" w14:textId="77777777" w:rsidR="002C3C87" w:rsidRDefault="002C3C87" w:rsidP="00AB5879">
            <w:r>
              <w:rPr>
                <w:b/>
                <w:color w:val="17365D"/>
                <w:sz w:val="20"/>
              </w:rPr>
              <w:t>8D Report No.</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D237A3"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1AD49D9" w14:textId="77777777" w:rsidR="002C3C87" w:rsidRDefault="002C3C87" w:rsidP="00AB5879">
            <w:r>
              <w:rPr>
                <w:b/>
                <w:color w:val="17365D"/>
                <w:sz w:val="20"/>
              </w:rPr>
              <w:t>Report revision / version</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F6D74F" w14:textId="77777777" w:rsidR="002C3C87" w:rsidRDefault="002C3C87" w:rsidP="00AB5879"/>
        </w:tc>
      </w:tr>
      <w:tr w:rsidR="002C3C87" w14:paraId="77E72A8E"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AB50AF6" w14:textId="77777777" w:rsidR="002C3C87" w:rsidRDefault="002C3C87" w:rsidP="00AB5879">
            <w:r>
              <w:rPr>
                <w:b/>
                <w:color w:val="17365D"/>
                <w:sz w:val="20"/>
              </w:rPr>
              <w:t>Status</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E725C81" w14:textId="77777777" w:rsidR="002C3C87" w:rsidRDefault="002C3C87" w:rsidP="00AB5879">
            <w:r>
              <w:rPr>
                <w:color w:val="2D3748"/>
                <w:sz w:val="20"/>
              </w:rPr>
              <w:t>Open / In progress / Closed</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453923C" w14:textId="77777777" w:rsidR="002C3C87" w:rsidRDefault="002C3C87" w:rsidP="00AB5879">
            <w:r>
              <w:rPr>
                <w:b/>
                <w:color w:val="17365D"/>
                <w:sz w:val="20"/>
              </w:rPr>
              <w:t>Problem origin</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1DEBAD" w14:textId="77777777" w:rsidR="002C3C87" w:rsidRDefault="002C3C87" w:rsidP="00AB5879">
            <w:r>
              <w:rPr>
                <w:color w:val="2D3748"/>
                <w:sz w:val="20"/>
              </w:rPr>
              <w:t>Customer / Internal / Supplier</w:t>
            </w:r>
          </w:p>
        </w:tc>
      </w:tr>
      <w:tr w:rsidR="002C3C87" w14:paraId="3F30CFF4"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A587A33" w14:textId="77777777" w:rsidR="002C3C87" w:rsidRDefault="002C3C87" w:rsidP="00AB5879">
            <w:r>
              <w:rPr>
                <w:b/>
                <w:color w:val="17365D"/>
                <w:sz w:val="20"/>
              </w:rPr>
              <w:t>Triggering document</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54F708" w14:textId="77777777" w:rsidR="002C3C87" w:rsidRDefault="002C3C87" w:rsidP="00AB5879">
            <w:r>
              <w:rPr>
                <w:color w:val="2D3748"/>
                <w:sz w:val="20"/>
              </w:rPr>
              <w:t>Complaint / NCR / SCAR / Audit finding / Internal issue / Other</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995B529" w14:textId="77777777" w:rsidR="002C3C87" w:rsidRDefault="002C3C87" w:rsidP="00AB5879">
            <w:r>
              <w:rPr>
                <w:b/>
                <w:color w:val="17365D"/>
                <w:sz w:val="20"/>
              </w:rPr>
              <w:t>Source name (customer or internal)</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53DC22" w14:textId="77777777" w:rsidR="002C3C87" w:rsidRDefault="002C3C87" w:rsidP="00AB5879"/>
        </w:tc>
      </w:tr>
      <w:tr w:rsidR="002C3C87" w14:paraId="7B2DFC24"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EA6A80B" w14:textId="77777777" w:rsidR="002C3C87" w:rsidRDefault="002C3C87" w:rsidP="00AB5879">
            <w:r>
              <w:rPr>
                <w:b/>
                <w:color w:val="17365D"/>
                <w:sz w:val="20"/>
              </w:rPr>
              <w:t>Customer Complaint / NCR / SCAR No.</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A89971E"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B775408" w14:textId="77777777" w:rsidR="002C3C87" w:rsidRDefault="002C3C87" w:rsidP="00AB5879">
            <w:r>
              <w:rPr>
                <w:b/>
                <w:color w:val="17365D"/>
                <w:sz w:val="20"/>
              </w:rPr>
              <w:t>Customer PO / contract reference (optional)</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DF9397" w14:textId="77777777" w:rsidR="002C3C87" w:rsidRDefault="002C3C87" w:rsidP="00AB5879"/>
        </w:tc>
      </w:tr>
      <w:tr w:rsidR="002C3C87" w14:paraId="09DF30FA"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2EEDAF" w14:textId="77777777" w:rsidR="002C3C87" w:rsidRDefault="002C3C87" w:rsidP="00AB5879">
            <w:r>
              <w:rPr>
                <w:b/>
                <w:color w:val="17365D"/>
                <w:sz w:val="20"/>
              </w:rPr>
              <w:t>Part name</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612F1C"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0592B87" w14:textId="77777777" w:rsidR="002C3C87" w:rsidRDefault="002C3C87" w:rsidP="00AB5879">
            <w:r>
              <w:rPr>
                <w:b/>
                <w:color w:val="17365D"/>
                <w:sz w:val="20"/>
              </w:rPr>
              <w:t>Part number / revision</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7E79229" w14:textId="77777777" w:rsidR="002C3C87" w:rsidRDefault="002C3C87" w:rsidP="00AB5879"/>
        </w:tc>
      </w:tr>
      <w:tr w:rsidR="002C3C87" w14:paraId="4E2CFAA8"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668EE8" w14:textId="77777777" w:rsidR="002C3C87" w:rsidRDefault="002C3C87" w:rsidP="00AB5879">
            <w:r>
              <w:rPr>
                <w:b/>
                <w:color w:val="17365D"/>
                <w:sz w:val="20"/>
              </w:rPr>
              <w:t>Defect / failure mode</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853AF0"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932EF2A" w14:textId="77777777" w:rsidR="002C3C87" w:rsidRDefault="002C3C87" w:rsidP="00AB5879">
            <w:r>
              <w:rPr>
                <w:b/>
                <w:color w:val="17365D"/>
                <w:sz w:val="20"/>
              </w:rPr>
              <w:t>Supplier / plant / site</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20E0043" w14:textId="77777777" w:rsidR="002C3C87" w:rsidRDefault="002C3C87" w:rsidP="00AB5879"/>
        </w:tc>
      </w:tr>
      <w:tr w:rsidR="002C3C87" w14:paraId="51976386"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98E396" w14:textId="77777777" w:rsidR="002C3C87" w:rsidRDefault="002C3C87" w:rsidP="00AB5879">
            <w:r>
              <w:rPr>
                <w:b/>
                <w:color w:val="17365D"/>
                <w:sz w:val="20"/>
              </w:rPr>
              <w:t>Process / work center</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A5FC231"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6A99D55" w14:textId="77777777" w:rsidR="002C3C87" w:rsidRDefault="002C3C87" w:rsidP="00AB5879">
            <w:r>
              <w:rPr>
                <w:b/>
                <w:color w:val="17365D"/>
                <w:sz w:val="20"/>
              </w:rPr>
              <w:t>Lot / batch / serial / date code</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4057CF4" w14:textId="77777777" w:rsidR="002C3C87" w:rsidRDefault="002C3C87" w:rsidP="00AB5879"/>
        </w:tc>
      </w:tr>
      <w:tr w:rsidR="002C3C87" w14:paraId="5720D9B2"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D1DF13" w14:textId="77777777" w:rsidR="002C3C87" w:rsidRDefault="002C3C87" w:rsidP="00AB5879">
            <w:r>
              <w:rPr>
                <w:b/>
                <w:color w:val="17365D"/>
                <w:sz w:val="20"/>
              </w:rPr>
              <w:t>Quantity affected / suspect</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967BC1D"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BA860B3" w14:textId="77777777" w:rsidR="002C3C87" w:rsidRDefault="002C3C87" w:rsidP="00AB5879">
            <w:r>
              <w:rPr>
                <w:b/>
                <w:color w:val="17365D"/>
                <w:sz w:val="20"/>
              </w:rPr>
              <w:t>Date opened</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592ADC3" w14:textId="77777777" w:rsidR="002C3C87" w:rsidRDefault="002C3C87" w:rsidP="00AB5879"/>
        </w:tc>
      </w:tr>
      <w:tr w:rsidR="002C3C87" w14:paraId="324F338C"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24C62EC" w14:textId="77777777" w:rsidR="002C3C87" w:rsidRDefault="002C3C87" w:rsidP="00AB5879">
            <w:r>
              <w:rPr>
                <w:b/>
                <w:color w:val="17365D"/>
                <w:sz w:val="20"/>
              </w:rPr>
              <w:t>Preliminary / interim response date</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77BC8BB"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2D09556" w14:textId="77777777" w:rsidR="002C3C87" w:rsidRDefault="002C3C87" w:rsidP="00AB5879">
            <w:r>
              <w:rPr>
                <w:b/>
                <w:color w:val="17365D"/>
                <w:sz w:val="20"/>
              </w:rPr>
              <w:t>Final response due date</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FDD131" w14:textId="77777777" w:rsidR="002C3C87" w:rsidRDefault="002C3C87" w:rsidP="00AB5879"/>
        </w:tc>
      </w:tr>
      <w:tr w:rsidR="002C3C87" w14:paraId="6A098D99"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379472C" w14:textId="77777777" w:rsidR="002C3C87" w:rsidRDefault="002C3C87" w:rsidP="00AB5879">
            <w:r>
              <w:rPr>
                <w:b/>
                <w:color w:val="17365D"/>
                <w:sz w:val="20"/>
              </w:rPr>
              <w:t>Report owner</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EAC1722"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B005D60" w14:textId="77777777" w:rsidR="002C3C87" w:rsidRDefault="002C3C87" w:rsidP="00AB5879">
            <w:r>
              <w:rPr>
                <w:b/>
                <w:color w:val="17365D"/>
                <w:sz w:val="20"/>
              </w:rPr>
              <w:t>Date closed</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80B069D" w14:textId="77777777" w:rsidR="002C3C87" w:rsidRDefault="002C3C87" w:rsidP="00AB5879"/>
        </w:tc>
      </w:tr>
    </w:tbl>
    <w:p w14:paraId="0B8A1B40" w14:textId="77777777" w:rsidR="002C3C87" w:rsidRDefault="002C3C87" w:rsidP="002C3C87">
      <w:pPr>
        <w:pStyle w:val="Heading2"/>
        <w:spacing w:after="60" w:line="240" w:lineRule="auto"/>
      </w:pPr>
      <w:r>
        <w:rPr>
          <w:rFonts w:ascii="Arial" w:eastAsia="Arial" w:hAnsi="Arial" w:cs="Arial"/>
          <w:color w:val="17365D"/>
          <w:sz w:val="22"/>
        </w:rPr>
        <w:t>Quick status summary</w:t>
      </w:r>
    </w:p>
    <w:p w14:paraId="4C44129B"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summary to show the current state of the 8D. Keep it short. Update it before each customer or management review.</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3A9748F9"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A8AB287" w14:textId="77777777" w:rsidR="002C3C87" w:rsidRDefault="002C3C87" w:rsidP="00AB5879">
            <w:r>
              <w:rPr>
                <w:b/>
                <w:color w:val="FFFFFF"/>
                <w:sz w:val="19"/>
              </w:rPr>
              <w:t>Area</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5EFC64C" w14:textId="77777777" w:rsidR="002C3C87" w:rsidRDefault="002C3C87" w:rsidP="00AB5879">
            <w:r>
              <w:rPr>
                <w:b/>
                <w:color w:val="FFFFFF"/>
                <w:sz w:val="19"/>
              </w:rPr>
              <w:t>Current status / notes</w:t>
            </w:r>
          </w:p>
        </w:tc>
      </w:tr>
      <w:tr w:rsidR="002C3C87" w14:paraId="5C4F5CBC"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D7397E" w14:textId="77777777" w:rsidR="002C3C87" w:rsidRDefault="002C3C87" w:rsidP="00AB5879">
            <w:r>
              <w:rPr>
                <w:b/>
                <w:i/>
                <w:color w:val="17365D"/>
                <w:sz w:val="20"/>
              </w:rPr>
              <w:t>Problem defined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3C58A16" w14:textId="77777777" w:rsidR="002C3C87" w:rsidRDefault="002C3C87" w:rsidP="00AB5879"/>
        </w:tc>
      </w:tr>
      <w:tr w:rsidR="002C3C87" w14:paraId="5C927355"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BA583F7" w14:textId="77777777" w:rsidR="002C3C87" w:rsidRDefault="002C3C87" w:rsidP="00AB5879">
            <w:r>
              <w:rPr>
                <w:b/>
                <w:i/>
                <w:color w:val="17365D"/>
                <w:sz w:val="20"/>
              </w:rPr>
              <w:t>Containment in place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7C49B9B" w14:textId="77777777" w:rsidR="002C3C87" w:rsidRDefault="002C3C87" w:rsidP="00AB5879"/>
        </w:tc>
      </w:tr>
      <w:tr w:rsidR="002C3C87" w14:paraId="4B348737"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95F5E8A" w14:textId="77777777" w:rsidR="002C3C87" w:rsidRDefault="002C3C87" w:rsidP="00AB5879">
            <w:r>
              <w:rPr>
                <w:b/>
                <w:i/>
                <w:color w:val="17365D"/>
                <w:sz w:val="20"/>
              </w:rPr>
              <w:lastRenderedPageBreak/>
              <w:t>Root cause verified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ABACC17" w14:textId="77777777" w:rsidR="002C3C87" w:rsidRDefault="002C3C87" w:rsidP="00AB5879"/>
        </w:tc>
      </w:tr>
      <w:tr w:rsidR="002C3C87" w14:paraId="4E3A0885"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934224C" w14:textId="77777777" w:rsidR="002C3C87" w:rsidRDefault="002C3C87" w:rsidP="00AB5879">
            <w:r>
              <w:rPr>
                <w:b/>
                <w:i/>
                <w:color w:val="17365D"/>
                <w:sz w:val="20"/>
              </w:rPr>
              <w:t>Corrective actions implemented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01484DE" w14:textId="77777777" w:rsidR="002C3C87" w:rsidRDefault="002C3C87" w:rsidP="00AB5879"/>
        </w:tc>
      </w:tr>
      <w:tr w:rsidR="002C3C87" w14:paraId="1E229513"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365C849" w14:textId="77777777" w:rsidR="002C3C87" w:rsidRDefault="002C3C87" w:rsidP="00AB5879">
            <w:r>
              <w:rPr>
                <w:b/>
                <w:i/>
                <w:color w:val="17365D"/>
                <w:sz w:val="20"/>
              </w:rPr>
              <w:t>Effectiveness checked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2C15690" w14:textId="77777777" w:rsidR="002C3C87" w:rsidRDefault="002C3C87" w:rsidP="00AB5879"/>
        </w:tc>
      </w:tr>
      <w:tr w:rsidR="002C3C87" w14:paraId="43AD91E9"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FBDCDAC" w14:textId="77777777" w:rsidR="002C3C87" w:rsidRDefault="002C3C87" w:rsidP="00AB5879">
            <w:r>
              <w:rPr>
                <w:b/>
                <w:i/>
                <w:color w:val="17365D"/>
                <w:sz w:val="20"/>
              </w:rPr>
              <w:t>Customer response status</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F881C2C" w14:textId="77777777" w:rsidR="002C3C87" w:rsidRDefault="002C3C87" w:rsidP="00AB5879"/>
        </w:tc>
      </w:tr>
    </w:tbl>
    <w:p w14:paraId="74C36DE2" w14:textId="77777777" w:rsidR="002C3C87" w:rsidRDefault="002C3C87" w:rsidP="002C3C87">
      <w:pPr>
        <w:pStyle w:val="Heading2"/>
        <w:spacing w:after="60" w:line="240" w:lineRule="auto"/>
      </w:pPr>
      <w:r>
        <w:rPr>
          <w:rFonts w:ascii="Arial" w:eastAsia="Arial" w:hAnsi="Arial" w:cs="Arial"/>
          <w:color w:val="17365D"/>
          <w:sz w:val="22"/>
        </w:rPr>
        <w:t>Report approval</w:t>
      </w:r>
    </w:p>
    <w:p w14:paraId="085B79EE"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section for internal approval, customer approval, or supplier/customer sign-off where your process requires it.</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2117"/>
        <w:gridCol w:w="2923"/>
        <w:gridCol w:w="2116"/>
        <w:gridCol w:w="2924"/>
      </w:tblGrid>
      <w:tr w:rsidR="002C3C87" w14:paraId="1DE784AE" w14:textId="77777777" w:rsidTr="00AB5879">
        <w:trPr>
          <w:tblHeade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86158A2" w14:textId="77777777" w:rsidR="002C3C87" w:rsidRDefault="002C3C87" w:rsidP="00AB5879">
            <w:r>
              <w:rPr>
                <w:b/>
                <w:color w:val="FFFFFF"/>
                <w:sz w:val="19"/>
              </w:rPr>
              <w:t>Role</w:t>
            </w:r>
          </w:p>
        </w:tc>
        <w:tc>
          <w:tcPr>
            <w:tcW w:w="292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09920909" w14:textId="77777777" w:rsidR="002C3C87" w:rsidRDefault="002C3C87" w:rsidP="00AB5879">
            <w:r>
              <w:rPr>
                <w:b/>
                <w:color w:val="FFFFFF"/>
                <w:sz w:val="19"/>
              </w:rPr>
              <w:t>Name</w:t>
            </w:r>
          </w:p>
        </w:tc>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2714B00" w14:textId="77777777" w:rsidR="002C3C87" w:rsidRDefault="002C3C87" w:rsidP="00AB5879">
            <w:r>
              <w:rPr>
                <w:b/>
                <w:color w:val="FFFFFF"/>
                <w:sz w:val="19"/>
              </w:rPr>
              <w:t>Signature / Approval</w:t>
            </w:r>
          </w:p>
        </w:tc>
        <w:tc>
          <w:tcPr>
            <w:tcW w:w="2924"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0F5729B4" w14:textId="77777777" w:rsidR="002C3C87" w:rsidRDefault="002C3C87" w:rsidP="00AB5879">
            <w:r>
              <w:rPr>
                <w:b/>
                <w:color w:val="FFFFFF"/>
                <w:sz w:val="19"/>
              </w:rPr>
              <w:t>Date</w:t>
            </w:r>
          </w:p>
        </w:tc>
      </w:tr>
      <w:tr w:rsidR="002C3C87" w14:paraId="587307FE" w14:textId="77777777" w:rsidTr="00AB5879">
        <w:trPr>
          <w:trHeight w:val="1"/>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5D9DA15"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1902D6D"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32B6140"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23EA600" w14:textId="77777777" w:rsidR="002C3C87" w:rsidRDefault="002C3C87" w:rsidP="00AB5879">
            <w:r>
              <w:rPr>
                <w:color w:val="2D3748"/>
                <w:sz w:val="20"/>
              </w:rPr>
              <w:t xml:space="preserve"> </w:t>
            </w:r>
          </w:p>
        </w:tc>
      </w:tr>
      <w:tr w:rsidR="002C3C87" w14:paraId="4A96A7F6" w14:textId="77777777" w:rsidTr="00AB5879">
        <w:trPr>
          <w:trHeight w:val="1"/>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0068BBD"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62BC427"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810D49F"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8B9CA67" w14:textId="77777777" w:rsidR="002C3C87" w:rsidRDefault="002C3C87" w:rsidP="00AB5879">
            <w:r>
              <w:rPr>
                <w:color w:val="2D3748"/>
                <w:sz w:val="20"/>
              </w:rPr>
              <w:t xml:space="preserve"> </w:t>
            </w:r>
          </w:p>
        </w:tc>
      </w:tr>
      <w:tr w:rsidR="002C3C87" w14:paraId="47E57939" w14:textId="77777777" w:rsidTr="00AB5879">
        <w:trPr>
          <w:trHeight w:val="1"/>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0B65A58"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EB48A81"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F325AF8"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9D8A958" w14:textId="77777777" w:rsidR="002C3C87" w:rsidRDefault="002C3C87" w:rsidP="00AB5879">
            <w:r>
              <w:rPr>
                <w:color w:val="2D3748"/>
                <w:sz w:val="20"/>
              </w:rPr>
              <w:t xml:space="preserve"> </w:t>
            </w:r>
          </w:p>
        </w:tc>
      </w:tr>
      <w:tr w:rsidR="002C3C87" w14:paraId="195BE2A4" w14:textId="77777777" w:rsidTr="00AB5879">
        <w:trPr>
          <w:trHeight w:val="1"/>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9685AE5"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73DF34"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F46A9D4"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4EDFEFB" w14:textId="77777777" w:rsidR="002C3C87" w:rsidRDefault="002C3C87" w:rsidP="00AB5879">
            <w:r>
              <w:rPr>
                <w:color w:val="2D3748"/>
                <w:sz w:val="20"/>
              </w:rPr>
              <w:t xml:space="preserve"> </w:t>
            </w:r>
          </w:p>
        </w:tc>
      </w:tr>
    </w:tbl>
    <w:p w14:paraId="75125FED" w14:textId="77777777" w:rsidR="002C3C87" w:rsidRDefault="002C3C87" w:rsidP="002C3C87">
      <w:pPr>
        <w:spacing w:after="80" w:line="240" w:lineRule="auto"/>
      </w:pPr>
    </w:p>
    <w:p w14:paraId="5CF709B2"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D0 - Plan and prepare (optional)</w:t>
      </w:r>
    </w:p>
    <w:p w14:paraId="0C3BE296"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D0 as a preliminary triage step before the formal 8D begins. If a customer or internal process mandates an 8D, record that requirement and continue to D1. If your company or customer does not use D0, mark this section as not applicable.</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09787BA6"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0703DB3" w14:textId="77777777" w:rsidR="002C3C87" w:rsidRDefault="002C3C87" w:rsidP="00AB5879">
            <w:r>
              <w:rPr>
                <w:b/>
                <w:color w:val="FFFFFF"/>
                <w:sz w:val="19"/>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CFBF87C" w14:textId="77777777" w:rsidR="002C3C87" w:rsidRDefault="002C3C87" w:rsidP="00AB5879">
            <w:r>
              <w:rPr>
                <w:b/>
                <w:color w:val="FFFFFF"/>
                <w:sz w:val="19"/>
              </w:rPr>
              <w:t>Details</w:t>
            </w:r>
          </w:p>
        </w:tc>
      </w:tr>
      <w:tr w:rsidR="002C3C87" w14:paraId="114B37B2"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E2C5788" w14:textId="77777777" w:rsidR="002C3C87" w:rsidRDefault="002C3C87" w:rsidP="00AB5879">
            <w:r>
              <w:rPr>
                <w:b/>
                <w:color w:val="17365D"/>
                <w:sz w:val="20"/>
              </w:rPr>
              <w:t>Why is an 8D needed?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6270081" w14:textId="77777777" w:rsidR="002C3C87" w:rsidRDefault="002C3C87" w:rsidP="00AB5879"/>
        </w:tc>
      </w:tr>
      <w:tr w:rsidR="002C3C87" w14:paraId="63435D72"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DA4718C" w14:textId="77777777" w:rsidR="002C3C87" w:rsidRDefault="002C3C87" w:rsidP="00AB5879">
            <w:r>
              <w:rPr>
                <w:b/>
                <w:color w:val="17365D"/>
                <w:sz w:val="20"/>
              </w:rPr>
              <w:t>Initial risk / impact</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8A4BF14" w14:textId="77777777" w:rsidR="002C3C87" w:rsidRDefault="002C3C87" w:rsidP="00AB5879"/>
        </w:tc>
      </w:tr>
      <w:tr w:rsidR="002C3C87" w14:paraId="575AEA5C"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A64CFEF" w14:textId="77777777" w:rsidR="002C3C87" w:rsidRDefault="002C3C87" w:rsidP="00AB5879">
            <w:r>
              <w:rPr>
                <w:b/>
                <w:color w:val="17365D"/>
                <w:sz w:val="20"/>
              </w:rPr>
              <w:t>Affected product / process</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889BE6A" w14:textId="77777777" w:rsidR="002C3C87" w:rsidRDefault="002C3C87" w:rsidP="00AB5879"/>
        </w:tc>
      </w:tr>
      <w:tr w:rsidR="002C3C87" w14:paraId="1D994582"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5DD9D05" w14:textId="77777777" w:rsidR="002C3C87" w:rsidRDefault="002C3C87" w:rsidP="00AB5879">
            <w:r>
              <w:rPr>
                <w:b/>
                <w:color w:val="17365D"/>
                <w:sz w:val="20"/>
              </w:rPr>
              <w:t>Customer or internal response due date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1DD9B3D" w14:textId="77777777" w:rsidR="002C3C87" w:rsidRDefault="002C3C87" w:rsidP="00AB5879"/>
        </w:tc>
      </w:tr>
      <w:tr w:rsidR="002C3C87" w14:paraId="5B846852"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0C579B" w14:textId="77777777" w:rsidR="002C3C87" w:rsidRDefault="002C3C87" w:rsidP="00AB5879">
            <w:r>
              <w:rPr>
                <w:b/>
                <w:color w:val="17365D"/>
                <w:sz w:val="20"/>
              </w:rPr>
              <w:t>Is emergency response action needed?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089A4CF" w14:textId="77777777" w:rsidR="002C3C87" w:rsidRDefault="002C3C87" w:rsidP="00AB5879">
            <w:r>
              <w:rPr>
                <w:color w:val="2D3748"/>
                <w:sz w:val="20"/>
              </w:rPr>
              <w:t>Yes / No / N/A. If yes, record the action in Appendix C.</w:t>
            </w:r>
          </w:p>
        </w:tc>
      </w:tr>
      <w:tr w:rsidR="002C3C87" w14:paraId="0B407DCE"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A30ACD" w14:textId="77777777" w:rsidR="002C3C87" w:rsidRDefault="002C3C87" w:rsidP="00AB5879">
            <w:r>
              <w:rPr>
                <w:b/>
                <w:color w:val="17365D"/>
                <w:sz w:val="20"/>
              </w:rPr>
              <w:t>Initial owner</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E21B5C" w14:textId="77777777" w:rsidR="002C3C87" w:rsidRDefault="002C3C87" w:rsidP="00AB5879"/>
        </w:tc>
      </w:tr>
      <w:tr w:rsidR="002C3C87" w14:paraId="1CEA5769"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426FD8F" w14:textId="77777777" w:rsidR="002C3C87" w:rsidRDefault="002C3C87" w:rsidP="00AB5879">
            <w:r>
              <w:rPr>
                <w:b/>
                <w:color w:val="17365D"/>
                <w:sz w:val="20"/>
              </w:rPr>
              <w:t>Target closure date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6DA39DB" w14:textId="77777777" w:rsidR="002C3C87" w:rsidRDefault="002C3C87" w:rsidP="00AB5879"/>
        </w:tc>
      </w:tr>
    </w:tbl>
    <w:p w14:paraId="65280A3E" w14:textId="77777777" w:rsidR="002C3C87" w:rsidRDefault="002C3C87" w:rsidP="002C3C87">
      <w:pPr>
        <w:pStyle w:val="Heading2"/>
        <w:spacing w:after="60" w:line="240" w:lineRule="auto"/>
      </w:pPr>
      <w:r>
        <w:rPr>
          <w:rFonts w:ascii="Arial" w:eastAsia="Arial" w:hAnsi="Arial" w:cs="Arial"/>
          <w:color w:val="17365D"/>
          <w:sz w:val="22"/>
        </w:rPr>
        <w:lastRenderedPageBreak/>
        <w:t>Decision to launch 8D</w:t>
      </w:r>
    </w:p>
    <w:p w14:paraId="4C1DE814"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State whether the problem warrants an 8D. If not, record the simpler action path being used instead.</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3C86BEA9"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25D3543" w14:textId="77777777" w:rsidR="002C3C87" w:rsidRDefault="002C3C87" w:rsidP="00AB5879">
            <w:r>
              <w:rPr>
                <w:b/>
                <w:color w:val="FFFFFF"/>
                <w:sz w:val="19"/>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CD117B1" w14:textId="77777777" w:rsidR="002C3C87" w:rsidRDefault="002C3C87" w:rsidP="00AB5879">
            <w:r>
              <w:rPr>
                <w:b/>
                <w:color w:val="FFFFFF"/>
                <w:sz w:val="19"/>
              </w:rPr>
              <w:t>Details</w:t>
            </w:r>
          </w:p>
        </w:tc>
      </w:tr>
      <w:tr w:rsidR="002C3C87" w14:paraId="50B1BCD5"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84D3FAD" w14:textId="77777777" w:rsidR="002C3C87" w:rsidRDefault="002C3C87" w:rsidP="00AB5879">
            <w:r>
              <w:rPr>
                <w:b/>
                <w:color w:val="17365D"/>
                <w:sz w:val="20"/>
              </w:rPr>
              <w:t>Decision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908100" w14:textId="77777777" w:rsidR="002C3C87" w:rsidRDefault="002C3C87" w:rsidP="00AB5879">
            <w:r>
              <w:rPr>
                <w:color w:val="2D3748"/>
                <w:sz w:val="20"/>
              </w:rPr>
              <w:t>Launch 8D / Customer-mandated 8D / Use simpler corrective action record / Other</w:t>
            </w:r>
          </w:p>
        </w:tc>
      </w:tr>
      <w:tr w:rsidR="002C3C87" w14:paraId="0F8BD606"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A61D6E" w14:textId="77777777" w:rsidR="002C3C87" w:rsidRDefault="002C3C87" w:rsidP="00AB5879">
            <w:r>
              <w:rPr>
                <w:b/>
                <w:color w:val="17365D"/>
                <w:sz w:val="20"/>
              </w:rPr>
              <w:t>Reason for decision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8C3EDEF" w14:textId="77777777" w:rsidR="002C3C87" w:rsidRDefault="002C3C87" w:rsidP="00AB5879"/>
        </w:tc>
      </w:tr>
    </w:tbl>
    <w:p w14:paraId="029E62C0" w14:textId="77777777" w:rsidR="002C3C87" w:rsidRDefault="002C3C87" w:rsidP="002C3C87">
      <w:pPr>
        <w:spacing w:after="80" w:line="240" w:lineRule="auto"/>
      </w:pPr>
    </w:p>
    <w:p w14:paraId="113F0691"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D1 - Establish the team</w:t>
      </w:r>
    </w:p>
    <w:p w14:paraId="39EB9F9A"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List the people needed to solve the problem. Include team members with product knowledge, process knowledge, quality responsibility, supplier/customer responsibility, and authority to implement actions. Avoid assigning the 8D to one person if the issue crosses functions.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721"/>
        <w:gridCol w:w="2016"/>
        <w:gridCol w:w="1713"/>
        <w:gridCol w:w="1815"/>
      </w:tblGrid>
      <w:tr w:rsidR="002C3C87" w14:paraId="6754BB6F"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F56A6E5" w14:textId="77777777" w:rsidR="002C3C87" w:rsidRDefault="002C3C87" w:rsidP="00AB5879">
            <w:r>
              <w:rPr>
                <w:b/>
                <w:color w:val="FFFFFF"/>
                <w:sz w:val="19"/>
              </w:rPr>
              <w:t>Name</w:t>
            </w:r>
          </w:p>
        </w:tc>
        <w:tc>
          <w:tcPr>
            <w:tcW w:w="272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A4D71C3" w14:textId="77777777" w:rsidR="002C3C87" w:rsidRDefault="002C3C87" w:rsidP="00AB5879">
            <w:r>
              <w:rPr>
                <w:b/>
                <w:color w:val="FFFFFF"/>
                <w:sz w:val="19"/>
              </w:rPr>
              <w:t>Department / function</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812261F" w14:textId="77777777" w:rsidR="002C3C87" w:rsidRDefault="002C3C87" w:rsidP="00AB5879">
            <w:r>
              <w:rPr>
                <w:b/>
                <w:color w:val="FFFFFF"/>
                <w:sz w:val="19"/>
              </w:rPr>
              <w:t>Skills or process knowledge</w:t>
            </w:r>
          </w:p>
        </w:tc>
        <w:tc>
          <w:tcPr>
            <w:tcW w:w="1713"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B4D5CC3" w14:textId="77777777" w:rsidR="002C3C87" w:rsidRDefault="002C3C87" w:rsidP="00AB5879">
            <w:r>
              <w:rPr>
                <w:b/>
                <w:color w:val="FFFFFF"/>
                <w:sz w:val="19"/>
              </w:rPr>
              <w:t>Responsibility in this 8D</w:t>
            </w:r>
          </w:p>
        </w:tc>
        <w:tc>
          <w:tcPr>
            <w:tcW w:w="181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1EC7518" w14:textId="77777777" w:rsidR="002C3C87" w:rsidRDefault="002C3C87" w:rsidP="00AB5879">
            <w:r>
              <w:rPr>
                <w:b/>
                <w:color w:val="FFFFFF"/>
                <w:sz w:val="19"/>
              </w:rPr>
              <w:t>Contact (email/phone)</w:t>
            </w:r>
          </w:p>
        </w:tc>
      </w:tr>
      <w:tr w:rsidR="002C3C87" w14:paraId="1D7A13C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8A7877D"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05A20D"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92685D2"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5E88C80"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562E1B7" w14:textId="77777777" w:rsidR="002C3C87" w:rsidRDefault="002C3C87" w:rsidP="00AB5879">
            <w:r>
              <w:rPr>
                <w:color w:val="2D3748"/>
                <w:sz w:val="19"/>
              </w:rPr>
              <w:t xml:space="preserve"> </w:t>
            </w:r>
          </w:p>
        </w:tc>
      </w:tr>
      <w:tr w:rsidR="002C3C87" w14:paraId="0A2B6D71"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F569602"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7C5B23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5248E3"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DC2F7B1"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BA52939" w14:textId="77777777" w:rsidR="002C3C87" w:rsidRDefault="002C3C87" w:rsidP="00AB5879">
            <w:r>
              <w:rPr>
                <w:color w:val="2D3748"/>
                <w:sz w:val="19"/>
              </w:rPr>
              <w:t xml:space="preserve"> </w:t>
            </w:r>
          </w:p>
        </w:tc>
      </w:tr>
      <w:tr w:rsidR="002C3C87" w14:paraId="782B06B6"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F1233BC"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57892A"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135F03E"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D4E4826"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F32BA8A" w14:textId="77777777" w:rsidR="002C3C87" w:rsidRDefault="002C3C87" w:rsidP="00AB5879">
            <w:r>
              <w:rPr>
                <w:color w:val="2D3748"/>
                <w:sz w:val="19"/>
              </w:rPr>
              <w:t xml:space="preserve"> </w:t>
            </w:r>
          </w:p>
        </w:tc>
      </w:tr>
      <w:tr w:rsidR="002C3C87" w14:paraId="4E4BD163"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5AD785E"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AEF788E"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FF0A13A"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D65E60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3701C5" w14:textId="77777777" w:rsidR="002C3C87" w:rsidRDefault="002C3C87" w:rsidP="00AB5879">
            <w:r>
              <w:rPr>
                <w:color w:val="2D3748"/>
                <w:sz w:val="19"/>
              </w:rPr>
              <w:t xml:space="preserve"> </w:t>
            </w:r>
          </w:p>
        </w:tc>
      </w:tr>
      <w:tr w:rsidR="002C3C87" w14:paraId="71B3C672"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DAC8F51"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02F3C9"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C4F4C4C"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92ED733"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502A655" w14:textId="77777777" w:rsidR="002C3C87" w:rsidRDefault="002C3C87" w:rsidP="00AB5879">
            <w:r>
              <w:rPr>
                <w:color w:val="2D3748"/>
                <w:sz w:val="19"/>
              </w:rPr>
              <w:t xml:space="preserve"> </w:t>
            </w:r>
          </w:p>
        </w:tc>
      </w:tr>
      <w:tr w:rsidR="002C3C87" w14:paraId="34544E8D"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8D0ECC4"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217DDAB"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9FA105"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EF1039F"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24DD8E" w14:textId="77777777" w:rsidR="002C3C87" w:rsidRDefault="002C3C87" w:rsidP="00AB5879">
            <w:r>
              <w:rPr>
                <w:color w:val="2D3748"/>
                <w:sz w:val="19"/>
              </w:rPr>
              <w:t xml:space="preserve"> </w:t>
            </w:r>
          </w:p>
        </w:tc>
      </w:tr>
      <w:tr w:rsidR="002C3C87" w14:paraId="2B03C36F"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1565962"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AFB62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7EAEC4C"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A78176B"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C274EB9" w14:textId="77777777" w:rsidR="002C3C87" w:rsidRDefault="002C3C87" w:rsidP="00AB5879">
            <w:r>
              <w:rPr>
                <w:color w:val="2D3748"/>
                <w:sz w:val="19"/>
              </w:rPr>
              <w:t xml:space="preserve"> </w:t>
            </w:r>
          </w:p>
        </w:tc>
      </w:tr>
      <w:tr w:rsidR="002C3C87" w14:paraId="6890E30B" w14:textId="77777777" w:rsidTr="00AB5879">
        <w:trPr>
          <w:tblHeader/>
          <w:jc w:val="center"/>
        </w:trPr>
        <w:tc>
          <w:tcPr>
            <w:tcW w:w="2721"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A6D43F4" w14:textId="77777777" w:rsidR="002C3C87" w:rsidRDefault="002C3C87" w:rsidP="00AB5879">
            <w:r>
              <w:rPr>
                <w:b/>
                <w:color w:val="2D3748"/>
                <w:sz w:val="19"/>
              </w:rPr>
              <w:t>Item</w:t>
            </w:r>
          </w:p>
        </w:tc>
        <w:tc>
          <w:tcPr>
            <w:tcW w:w="1815"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CD4BE2E" w14:textId="77777777" w:rsidR="002C3C87" w:rsidRDefault="002C3C87" w:rsidP="00AB5879">
            <w:r>
              <w:rPr>
                <w:b/>
                <w:color w:val="2D3748"/>
                <w:sz w:val="19"/>
              </w:rPr>
              <w:t>Details</w:t>
            </w:r>
          </w:p>
        </w:tc>
      </w:tr>
      <w:tr w:rsidR="002C3C87" w14:paraId="5519BCE1" w14:textId="77777777" w:rsidTr="00AB5879">
        <w:trPr>
          <w:jc w:val="center"/>
        </w:trPr>
        <w:tc>
          <w:tcPr>
            <w:tcW w:w="2721"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9631243" w14:textId="77777777" w:rsidR="002C3C87" w:rsidRDefault="002C3C87" w:rsidP="00AB5879">
            <w:r>
              <w:rPr>
                <w:b/>
                <w:color w:val="2D3748"/>
                <w:sz w:val="19"/>
              </w:rPr>
              <w:t>Team leader / 8D owner</w:t>
            </w:r>
          </w:p>
        </w:tc>
        <w:tc>
          <w:tcPr>
            <w:tcW w:w="1815"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C05216" w14:textId="77777777" w:rsidR="002C3C87" w:rsidRDefault="002C3C87" w:rsidP="00AB5879">
            <w:r>
              <w:rPr>
                <w:color w:val="2D3748"/>
                <w:sz w:val="19"/>
              </w:rPr>
              <w:t>Person accountable for coordinating the 8D and customer communication where required.</w:t>
            </w:r>
          </w:p>
        </w:tc>
      </w:tr>
      <w:tr w:rsidR="002C3C87" w14:paraId="28E748E2" w14:textId="77777777" w:rsidTr="00AB5879">
        <w:trPr>
          <w:jc w:val="center"/>
        </w:trPr>
        <w:tc>
          <w:tcPr>
            <w:tcW w:w="2721"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76FE7FE" w14:textId="77777777" w:rsidR="002C3C87" w:rsidRDefault="002C3C87" w:rsidP="00AB5879">
            <w:r>
              <w:rPr>
                <w:b/>
                <w:color w:val="2D3748"/>
                <w:sz w:val="19"/>
              </w:rPr>
              <w:t>Team goal / objective</w:t>
            </w:r>
          </w:p>
        </w:tc>
        <w:tc>
          <w:tcPr>
            <w:tcW w:w="1815"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B23D675" w14:textId="77777777" w:rsidR="002C3C87" w:rsidRDefault="002C3C87" w:rsidP="00AB5879"/>
        </w:tc>
      </w:tr>
      <w:tr w:rsidR="002C3C87" w14:paraId="74C31B03" w14:textId="77777777" w:rsidTr="00AB5879">
        <w:trPr>
          <w:jc w:val="center"/>
        </w:trPr>
        <w:tc>
          <w:tcPr>
            <w:tcW w:w="2721"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BE3BBAD" w14:textId="77777777" w:rsidR="002C3C87" w:rsidRDefault="002C3C87" w:rsidP="00AB5879">
            <w:r>
              <w:rPr>
                <w:b/>
                <w:color w:val="2D3748"/>
                <w:sz w:val="19"/>
              </w:rPr>
              <w:t>Customer / supplier contact if applicable</w:t>
            </w:r>
          </w:p>
        </w:tc>
        <w:tc>
          <w:tcPr>
            <w:tcW w:w="1815"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AA3B0D0" w14:textId="77777777" w:rsidR="002C3C87" w:rsidRDefault="002C3C87" w:rsidP="00AB5879"/>
        </w:tc>
      </w:tr>
    </w:tbl>
    <w:p w14:paraId="7BF0413D" w14:textId="77777777" w:rsidR="002C3C87" w:rsidRDefault="002C3C87" w:rsidP="002C3C87">
      <w:pPr>
        <w:spacing w:after="80" w:line="240" w:lineRule="auto"/>
      </w:pPr>
      <w:r>
        <w:br/>
      </w:r>
    </w:p>
    <w:p w14:paraId="4B03CACE"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D2 - Define and describe the problem</w:t>
      </w:r>
    </w:p>
    <w:p w14:paraId="6B880E3C"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Describe the problem in factual, measurable terms. Use 5W2H and Is / Is Not thinking. Do not include assumed root cause in the problem statement. If the problem statement is vague, pause and collect more facts before moving forward.</w:t>
      </w:r>
    </w:p>
    <w:p w14:paraId="5D9705FC" w14:textId="77777777" w:rsidR="002C3C87" w:rsidRDefault="002C3C87" w:rsidP="002C3C87">
      <w:pPr>
        <w:pStyle w:val="Heading2"/>
        <w:spacing w:after="60" w:line="240" w:lineRule="auto"/>
      </w:pPr>
      <w:r>
        <w:rPr>
          <w:rFonts w:ascii="Arial" w:eastAsia="Arial" w:hAnsi="Arial" w:cs="Arial"/>
          <w:color w:val="17365D"/>
          <w:sz w:val="22"/>
        </w:rPr>
        <w:lastRenderedPageBreak/>
        <w:t>Problem statement</w:t>
      </w:r>
    </w:p>
    <w:p w14:paraId="05CD8DDC"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Write one clear statement of the problem. Include the defect or failure mode, affected part/process, where it was found, quantity affected, and requirement not met. Example format: [Customer/area] found [defect] on [part/process] on [date/lot], affecting [quantity], against [requirement/specification].</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0080"/>
      </w:tblGrid>
      <w:tr w:rsidR="002C3C87" w14:paraId="450209AF" w14:textId="77777777" w:rsidTr="00AB5879">
        <w:trPr>
          <w:tblHeader/>
          <w:jc w:val="center"/>
        </w:trPr>
        <w:tc>
          <w:tcPr>
            <w:tcW w:w="1008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9C7E752" w14:textId="77777777" w:rsidR="002C3C87" w:rsidRDefault="002C3C87" w:rsidP="00AB5879">
            <w:r>
              <w:rPr>
                <w:b/>
                <w:color w:val="17365D"/>
                <w:sz w:val="20"/>
              </w:rPr>
              <w:t>Problem statement</w:t>
            </w:r>
          </w:p>
        </w:tc>
      </w:tr>
      <w:tr w:rsidR="002C3C87" w14:paraId="2A369980" w14:textId="77777777" w:rsidTr="00AB5879">
        <w:trPr>
          <w:trHeight w:val="1296"/>
          <w:jc w:val="center"/>
        </w:trPr>
        <w:tc>
          <w:tcPr>
            <w:tcW w:w="1008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A3A50B1" w14:textId="77777777" w:rsidR="002C3C87" w:rsidRDefault="002C3C87" w:rsidP="00AB5879">
            <w:r>
              <w:rPr>
                <w:color w:val="2D3748"/>
                <w:sz w:val="20"/>
              </w:rPr>
              <w:t xml:space="preserve"> </w:t>
            </w:r>
          </w:p>
        </w:tc>
      </w:tr>
    </w:tbl>
    <w:p w14:paraId="0BAB9F71" w14:textId="77777777" w:rsidR="002C3C87" w:rsidRDefault="002C3C87" w:rsidP="002C3C87">
      <w:pPr>
        <w:pStyle w:val="Heading2"/>
        <w:spacing w:after="60" w:line="240" w:lineRule="auto"/>
      </w:pPr>
      <w:r>
        <w:rPr>
          <w:rFonts w:ascii="Arial" w:eastAsia="Arial" w:hAnsi="Arial" w:cs="Arial"/>
          <w:color w:val="17365D"/>
          <w:sz w:val="22"/>
        </w:rPr>
        <w:br/>
        <w:t>5W2H problem details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42810BFA"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21060A8" w14:textId="77777777" w:rsidR="002C3C87" w:rsidRDefault="002C3C87" w:rsidP="00AB5879">
            <w:r>
              <w:rPr>
                <w:b/>
                <w:color w:val="FFFFFF"/>
                <w:sz w:val="19"/>
              </w:rPr>
              <w:t>5W2H 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958E61F" w14:textId="77777777" w:rsidR="002C3C87" w:rsidRDefault="002C3C87" w:rsidP="00AB5879">
            <w:r>
              <w:rPr>
                <w:b/>
                <w:color w:val="FFFFFF"/>
                <w:sz w:val="19"/>
              </w:rPr>
              <w:t>Details to enter</w:t>
            </w:r>
          </w:p>
        </w:tc>
      </w:tr>
      <w:tr w:rsidR="002C3C87" w14:paraId="47E41A37"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BB5520E" w14:textId="77777777" w:rsidR="002C3C87" w:rsidRDefault="002C3C87" w:rsidP="00AB5879">
            <w:r>
              <w:rPr>
                <w:b/>
                <w:i/>
                <w:color w:val="17365D"/>
                <w:sz w:val="20"/>
              </w:rPr>
              <w:t>Who?</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619D3EE" w14:textId="77777777" w:rsidR="002C3C87" w:rsidRDefault="002C3C87" w:rsidP="00AB5879">
            <w:r>
              <w:rPr>
                <w:i/>
                <w:color w:val="2D3748"/>
                <w:sz w:val="20"/>
              </w:rPr>
              <w:t>Customer, supplier, line, operator, inspector, or department involved</w:t>
            </w:r>
          </w:p>
        </w:tc>
      </w:tr>
      <w:tr w:rsidR="002C3C87" w14:paraId="5BF5CDDF"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4CE9822" w14:textId="77777777" w:rsidR="002C3C87" w:rsidRDefault="002C3C87" w:rsidP="00AB5879">
            <w:r>
              <w:rPr>
                <w:b/>
                <w:i/>
                <w:color w:val="17365D"/>
                <w:sz w:val="20"/>
              </w:rPr>
              <w:t>What?</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4AF1642" w14:textId="77777777" w:rsidR="002C3C87" w:rsidRDefault="002C3C87" w:rsidP="00AB5879">
            <w:r>
              <w:rPr>
                <w:i/>
                <w:color w:val="2D3748"/>
                <w:sz w:val="20"/>
              </w:rPr>
              <w:t>Defect, failure mode, nonconformance, complaint, or requirement not met</w:t>
            </w:r>
          </w:p>
        </w:tc>
      </w:tr>
      <w:tr w:rsidR="002C3C87" w14:paraId="50CFAFB3"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FE7D36D" w14:textId="77777777" w:rsidR="002C3C87" w:rsidRDefault="002C3C87" w:rsidP="00AB5879">
            <w:r>
              <w:rPr>
                <w:b/>
                <w:i/>
                <w:color w:val="17365D"/>
                <w:sz w:val="20"/>
              </w:rPr>
              <w:t>Where?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BA7009E" w14:textId="77777777" w:rsidR="002C3C87" w:rsidRDefault="002C3C87" w:rsidP="00AB5879">
            <w:r>
              <w:rPr>
                <w:i/>
                <w:color w:val="2D3748"/>
                <w:sz w:val="20"/>
              </w:rPr>
              <w:t>Location found: customer, receiving, production step, inspection point, shipment</w:t>
            </w:r>
          </w:p>
        </w:tc>
      </w:tr>
      <w:tr w:rsidR="002C3C87" w14:paraId="42691F2D"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A943B12" w14:textId="77777777" w:rsidR="002C3C87" w:rsidRDefault="002C3C87" w:rsidP="00AB5879">
            <w:r>
              <w:rPr>
                <w:b/>
                <w:i/>
                <w:color w:val="17365D"/>
                <w:sz w:val="20"/>
              </w:rPr>
              <w:t>When?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3AB0199" w14:textId="77777777" w:rsidR="002C3C87" w:rsidRDefault="002C3C87" w:rsidP="00AB5879">
            <w:r>
              <w:rPr>
                <w:i/>
                <w:color w:val="2D3748"/>
                <w:sz w:val="20"/>
              </w:rPr>
              <w:t>Date/time found, production date, lot, shift, date code, work order, break-in point, break-out point</w:t>
            </w:r>
          </w:p>
        </w:tc>
      </w:tr>
      <w:tr w:rsidR="002C3C87" w14:paraId="74D56383"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5DDDDF5" w14:textId="77777777" w:rsidR="002C3C87" w:rsidRDefault="002C3C87" w:rsidP="00AB5879">
            <w:r>
              <w:rPr>
                <w:b/>
                <w:i/>
                <w:color w:val="17365D"/>
                <w:sz w:val="20"/>
              </w:rPr>
              <w:t>Why is it a problem?</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98ED53" w14:textId="77777777" w:rsidR="002C3C87" w:rsidRDefault="002C3C87" w:rsidP="00AB5879">
            <w:r>
              <w:rPr>
                <w:i/>
                <w:color w:val="2D3748"/>
                <w:sz w:val="20"/>
              </w:rPr>
              <w:t>Customer impact, performance gap, risk, requirement missed, or business impact</w:t>
            </w:r>
          </w:p>
        </w:tc>
      </w:tr>
      <w:tr w:rsidR="002C3C87" w14:paraId="6A21ABD9"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9579B0A" w14:textId="77777777" w:rsidR="002C3C87" w:rsidRDefault="002C3C87" w:rsidP="00AB5879">
            <w:r>
              <w:rPr>
                <w:b/>
                <w:i/>
                <w:color w:val="17365D"/>
                <w:sz w:val="20"/>
              </w:rPr>
              <w:t>How was it detected?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0E3B19C" w14:textId="77777777" w:rsidR="002C3C87" w:rsidRDefault="002C3C87" w:rsidP="00AB5879">
            <w:r>
              <w:rPr>
                <w:i/>
                <w:color w:val="2D3748"/>
                <w:sz w:val="20"/>
              </w:rPr>
              <w:t>Complaint, inspection, test, audit, operator observation, customer return, or data trend</w:t>
            </w:r>
          </w:p>
        </w:tc>
      </w:tr>
      <w:tr w:rsidR="002C3C87" w14:paraId="2F402B80"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CA9F8A" w14:textId="77777777" w:rsidR="002C3C87" w:rsidRDefault="002C3C87" w:rsidP="00AB5879">
            <w:r>
              <w:rPr>
                <w:b/>
                <w:i/>
                <w:color w:val="17365D"/>
                <w:sz w:val="20"/>
              </w:rPr>
              <w:t>How?</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05746B5" w14:textId="77777777" w:rsidR="002C3C87" w:rsidRDefault="002C3C87" w:rsidP="00AB5879">
            <w:r>
              <w:rPr>
                <w:i/>
                <w:color w:val="2D3748"/>
                <w:sz w:val="20"/>
              </w:rPr>
              <w:t>How the issue appears or fails: measurement, test, visual defect, function failure</w:t>
            </w:r>
          </w:p>
        </w:tc>
      </w:tr>
      <w:tr w:rsidR="002C3C87" w14:paraId="42BAA61F"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BD1AB9C" w14:textId="77777777" w:rsidR="002C3C87" w:rsidRDefault="002C3C87" w:rsidP="00AB5879">
            <w:r>
              <w:rPr>
                <w:b/>
                <w:i/>
                <w:color w:val="17365D"/>
                <w:sz w:val="20"/>
              </w:rPr>
              <w:t>How many / how often?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5B16D4B" w14:textId="77777777" w:rsidR="002C3C87" w:rsidRDefault="002C3C87" w:rsidP="00AB5879">
            <w:r>
              <w:rPr>
                <w:i/>
                <w:color w:val="2D3748"/>
                <w:sz w:val="20"/>
              </w:rPr>
              <w:t>Quantity affected, inspected, suspect, accepted, rejected, returned, trend, recurrence</w:t>
            </w:r>
          </w:p>
        </w:tc>
      </w:tr>
    </w:tbl>
    <w:p w14:paraId="0D83BEDE" w14:textId="77777777" w:rsidR="002C3C87" w:rsidRDefault="002C3C87" w:rsidP="002C3C87">
      <w:pPr>
        <w:pStyle w:val="Heading2"/>
        <w:spacing w:after="60" w:line="240" w:lineRule="auto"/>
      </w:pPr>
      <w:r>
        <w:rPr>
          <w:rFonts w:ascii="Arial" w:eastAsia="Arial" w:hAnsi="Arial" w:cs="Arial"/>
          <w:color w:val="17365D"/>
          <w:sz w:val="22"/>
        </w:rPr>
        <w:br/>
        <w:t>Is / Is Not analysis</w:t>
      </w:r>
    </w:p>
    <w:p w14:paraId="123E08B1"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section to separate what is affected from what is not affected. This helps narrow the scope before root cause analysis.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2117"/>
        <w:gridCol w:w="2923"/>
        <w:gridCol w:w="2116"/>
        <w:gridCol w:w="2924"/>
      </w:tblGrid>
      <w:tr w:rsidR="002C3C87" w14:paraId="5DFF6638" w14:textId="77777777" w:rsidTr="00AB5879">
        <w:trPr>
          <w:tblHeade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0E0310F" w14:textId="77777777" w:rsidR="002C3C87" w:rsidRDefault="002C3C87" w:rsidP="00AB5879">
            <w:r>
              <w:rPr>
                <w:b/>
                <w:color w:val="FFFFFF"/>
                <w:sz w:val="19"/>
              </w:rPr>
              <w:t>Question</w:t>
            </w:r>
          </w:p>
        </w:tc>
        <w:tc>
          <w:tcPr>
            <w:tcW w:w="292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3C70695" w14:textId="77777777" w:rsidR="002C3C87" w:rsidRDefault="002C3C87" w:rsidP="00AB5879">
            <w:r>
              <w:rPr>
                <w:b/>
                <w:color w:val="FFFFFF"/>
                <w:sz w:val="19"/>
              </w:rPr>
              <w:t>Is</w:t>
            </w:r>
          </w:p>
        </w:tc>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5545EF7" w14:textId="77777777" w:rsidR="002C3C87" w:rsidRDefault="002C3C87" w:rsidP="00AB5879">
            <w:r>
              <w:rPr>
                <w:b/>
                <w:color w:val="FFFFFF"/>
                <w:sz w:val="19"/>
              </w:rPr>
              <w:t>Is not</w:t>
            </w:r>
          </w:p>
        </w:tc>
        <w:tc>
          <w:tcPr>
            <w:tcW w:w="2924"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0CC0597" w14:textId="77777777" w:rsidR="002C3C87" w:rsidRDefault="002C3C87" w:rsidP="00AB5879">
            <w:r>
              <w:rPr>
                <w:b/>
                <w:color w:val="FFFFFF"/>
                <w:sz w:val="19"/>
              </w:rPr>
              <w:t>Evidence / notes</w:t>
            </w:r>
          </w:p>
        </w:tc>
      </w:tr>
      <w:tr w:rsidR="002C3C87" w14:paraId="27511D0B"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A014FA2" w14:textId="77777777" w:rsidR="002C3C87" w:rsidRDefault="002C3C87" w:rsidP="00AB5879">
            <w:r>
              <w:rPr>
                <w:b/>
                <w:i/>
                <w:color w:val="17365D"/>
                <w:sz w:val="20"/>
              </w:rPr>
              <w:t>Who is affected?</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F58B2CD"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D017BF" w14:textId="77777777" w:rsidR="002C3C87" w:rsidRDefault="002C3C87" w:rsidP="00AB5879"/>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22BD9D8" w14:textId="77777777" w:rsidR="002C3C87" w:rsidRDefault="002C3C87" w:rsidP="00AB5879"/>
        </w:tc>
      </w:tr>
      <w:tr w:rsidR="002C3C87" w14:paraId="36097742"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DD40636" w14:textId="77777777" w:rsidR="002C3C87" w:rsidRDefault="002C3C87" w:rsidP="00AB5879">
            <w:r>
              <w:rPr>
                <w:b/>
                <w:i/>
                <w:color w:val="17365D"/>
                <w:sz w:val="20"/>
              </w:rPr>
              <w:lastRenderedPageBreak/>
              <w:t>What part/process has the issue?</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9FF2FF0"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DF00CC" w14:textId="77777777" w:rsidR="002C3C87" w:rsidRDefault="002C3C87" w:rsidP="00AB5879"/>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2E80A0" w14:textId="77777777" w:rsidR="002C3C87" w:rsidRDefault="002C3C87" w:rsidP="00AB5879"/>
        </w:tc>
      </w:tr>
      <w:tr w:rsidR="002C3C87" w14:paraId="47F0F359"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430DFA4" w14:textId="77777777" w:rsidR="002C3C87" w:rsidRDefault="002C3C87" w:rsidP="00AB5879">
            <w:r>
              <w:rPr>
                <w:b/>
                <w:i/>
                <w:color w:val="17365D"/>
                <w:sz w:val="20"/>
              </w:rPr>
              <w:t>Where is the issue found?</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200670E"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47E3AB5" w14:textId="77777777" w:rsidR="002C3C87" w:rsidRDefault="002C3C87" w:rsidP="00AB5879"/>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9F1B8E" w14:textId="77777777" w:rsidR="002C3C87" w:rsidRDefault="002C3C87" w:rsidP="00AB5879"/>
        </w:tc>
      </w:tr>
      <w:tr w:rsidR="002C3C87" w14:paraId="0A171190"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B4723B" w14:textId="77777777" w:rsidR="002C3C87" w:rsidRDefault="002C3C87" w:rsidP="00AB5879">
            <w:r>
              <w:rPr>
                <w:b/>
                <w:i/>
                <w:color w:val="17365D"/>
                <w:sz w:val="20"/>
              </w:rPr>
              <w:t>When does it occur?</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28EED32"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02E4DA4" w14:textId="77777777" w:rsidR="002C3C87" w:rsidRDefault="002C3C87" w:rsidP="00AB5879"/>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655913" w14:textId="77777777" w:rsidR="002C3C87" w:rsidRDefault="002C3C87" w:rsidP="00AB5879"/>
        </w:tc>
      </w:tr>
      <w:tr w:rsidR="002C3C87" w14:paraId="2BD5E4A6"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20964C1" w14:textId="77777777" w:rsidR="002C3C87" w:rsidRDefault="002C3C87" w:rsidP="00AB5879">
            <w:r>
              <w:rPr>
                <w:b/>
                <w:i/>
                <w:color w:val="17365D"/>
                <w:sz w:val="20"/>
              </w:rPr>
              <w:t>How many / how often?</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D6B16BB"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053DCE1" w14:textId="77777777" w:rsidR="002C3C87" w:rsidRDefault="002C3C87" w:rsidP="00AB5879"/>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4D4828" w14:textId="77777777" w:rsidR="002C3C87" w:rsidRDefault="002C3C87" w:rsidP="00AB5879"/>
        </w:tc>
      </w:tr>
      <w:tr w:rsidR="002C3C87" w14:paraId="4F26EFEB"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7B18C6C" w14:textId="77777777" w:rsidR="002C3C87" w:rsidRDefault="002C3C87" w:rsidP="00AB5879">
            <w:r>
              <w:rPr>
                <w:b/>
                <w:i/>
                <w:color w:val="17365D"/>
                <w:sz w:val="20"/>
              </w:rPr>
              <w:t>Process parameters / environmental factors</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164D618"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475F571" w14:textId="77777777" w:rsidR="002C3C87" w:rsidRDefault="002C3C87" w:rsidP="00AB5879"/>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C55B5AA" w14:textId="77777777" w:rsidR="002C3C87" w:rsidRDefault="002C3C87" w:rsidP="00AB5879"/>
        </w:tc>
      </w:tr>
      <w:tr w:rsidR="002C3C87" w14:paraId="02C59C0E"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3CEF290" w14:textId="77777777" w:rsidR="002C3C87" w:rsidRDefault="002C3C87" w:rsidP="00AB5879">
            <w:r>
              <w:rPr>
                <w:b/>
                <w:i/>
                <w:color w:val="17365D"/>
                <w:sz w:val="20"/>
              </w:rPr>
              <w:t>What similar parts, lots, shifts, lines, or suppliers were checked?</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3C348F" w14:textId="77777777" w:rsidR="002C3C87" w:rsidRDefault="002C3C87" w:rsidP="00AB5879"/>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B93F46" w14:textId="77777777" w:rsidR="002C3C87" w:rsidRDefault="002C3C87" w:rsidP="00AB5879"/>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ABD146E" w14:textId="77777777" w:rsidR="002C3C87" w:rsidRDefault="002C3C87" w:rsidP="00AB5879"/>
        </w:tc>
      </w:tr>
    </w:tbl>
    <w:p w14:paraId="72007244" w14:textId="77777777" w:rsidR="002C3C87" w:rsidRDefault="002C3C87" w:rsidP="002C3C87">
      <w:pPr>
        <w:pStyle w:val="Heading2"/>
        <w:spacing w:after="60" w:line="240" w:lineRule="auto"/>
      </w:pPr>
      <w:r>
        <w:rPr>
          <w:rFonts w:ascii="Arial" w:eastAsia="Arial" w:hAnsi="Arial" w:cs="Arial"/>
          <w:color w:val="17365D"/>
          <w:sz w:val="22"/>
        </w:rPr>
        <w:br/>
        <w:t>Requirement versus actual result</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2117"/>
        <w:gridCol w:w="2923"/>
        <w:gridCol w:w="2116"/>
        <w:gridCol w:w="2924"/>
      </w:tblGrid>
      <w:tr w:rsidR="002C3C87" w14:paraId="7877DCB3" w14:textId="77777777" w:rsidTr="00AB5879">
        <w:trPr>
          <w:tblHeade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62C88DA" w14:textId="77777777" w:rsidR="002C3C87" w:rsidRDefault="002C3C87" w:rsidP="00AB5879">
            <w:r>
              <w:rPr>
                <w:b/>
                <w:color w:val="FFFFFF"/>
                <w:sz w:val="19"/>
              </w:rPr>
              <w:t>Requirement / specification</w:t>
            </w:r>
          </w:p>
        </w:tc>
        <w:tc>
          <w:tcPr>
            <w:tcW w:w="292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58ADE33" w14:textId="77777777" w:rsidR="002C3C87" w:rsidRDefault="002C3C87" w:rsidP="00AB5879">
            <w:r>
              <w:rPr>
                <w:b/>
                <w:color w:val="FFFFFF"/>
                <w:sz w:val="19"/>
              </w:rPr>
              <w:t>Actual result</w:t>
            </w:r>
          </w:p>
        </w:tc>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B7B1D8B" w14:textId="77777777" w:rsidR="002C3C87" w:rsidRDefault="002C3C87" w:rsidP="00AB5879">
            <w:r>
              <w:rPr>
                <w:b/>
                <w:color w:val="FFFFFF"/>
                <w:sz w:val="19"/>
              </w:rPr>
              <w:t>Gap / nonconformance</w:t>
            </w:r>
          </w:p>
        </w:tc>
        <w:tc>
          <w:tcPr>
            <w:tcW w:w="2924"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D296797" w14:textId="77777777" w:rsidR="002C3C87" w:rsidRDefault="002C3C87" w:rsidP="00AB5879">
            <w:r>
              <w:rPr>
                <w:b/>
                <w:color w:val="FFFFFF"/>
                <w:sz w:val="19"/>
              </w:rPr>
              <w:t>Evidence</w:t>
            </w:r>
          </w:p>
        </w:tc>
      </w:tr>
      <w:tr w:rsidR="002C3C87" w14:paraId="58AF9680"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95ABEDB"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958ACE8"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9EDEF7C"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8095285" w14:textId="77777777" w:rsidR="002C3C87" w:rsidRDefault="002C3C87" w:rsidP="00AB5879">
            <w:r>
              <w:rPr>
                <w:color w:val="2D3748"/>
                <w:sz w:val="20"/>
              </w:rPr>
              <w:t xml:space="preserve"> </w:t>
            </w:r>
          </w:p>
        </w:tc>
      </w:tr>
      <w:tr w:rsidR="002C3C87" w14:paraId="4D96CC9C"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32D92B3"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61D3F0"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0C8224"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4E984C1" w14:textId="77777777" w:rsidR="002C3C87" w:rsidRDefault="002C3C87" w:rsidP="00AB5879">
            <w:r>
              <w:rPr>
                <w:color w:val="2D3748"/>
                <w:sz w:val="20"/>
              </w:rPr>
              <w:t xml:space="preserve"> </w:t>
            </w:r>
          </w:p>
        </w:tc>
      </w:tr>
      <w:tr w:rsidR="002C3C87" w14:paraId="25C45F9A"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D34571D"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FEB03A"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4BB7FDC"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824C5C8" w14:textId="77777777" w:rsidR="002C3C87" w:rsidRDefault="002C3C87" w:rsidP="00AB5879">
            <w:r>
              <w:rPr>
                <w:color w:val="2D3748"/>
                <w:sz w:val="20"/>
              </w:rPr>
              <w:t xml:space="preserve"> </w:t>
            </w:r>
          </w:p>
        </w:tc>
      </w:tr>
      <w:tr w:rsidR="002C3C87" w14:paraId="26102856"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9945788"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AEEEC46"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AEB1A9D"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868C311" w14:textId="77777777" w:rsidR="002C3C87" w:rsidRDefault="002C3C87" w:rsidP="00AB5879">
            <w:r>
              <w:rPr>
                <w:color w:val="2D3748"/>
                <w:sz w:val="20"/>
              </w:rPr>
              <w:t xml:space="preserve"> </w:t>
            </w:r>
          </w:p>
        </w:tc>
      </w:tr>
    </w:tbl>
    <w:p w14:paraId="54E837D1" w14:textId="77777777" w:rsidR="002C3C87" w:rsidRDefault="002C3C87" w:rsidP="002C3C87">
      <w:pPr>
        <w:pStyle w:val="Heading2"/>
        <w:spacing w:after="60" w:line="240" w:lineRule="auto"/>
      </w:pPr>
      <w:r>
        <w:rPr>
          <w:rFonts w:ascii="Arial" w:eastAsia="Arial" w:hAnsi="Arial" w:cs="Arial"/>
          <w:color w:val="17365D"/>
          <w:sz w:val="22"/>
        </w:rPr>
        <w:br/>
        <w:t>Scope and missing facts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193A8920"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BB23F30" w14:textId="77777777" w:rsidR="002C3C87" w:rsidRDefault="002C3C87" w:rsidP="00AB5879">
            <w:r>
              <w:rPr>
                <w:b/>
                <w:color w:val="FFFFFF"/>
                <w:sz w:val="19"/>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02F14B7" w14:textId="77777777" w:rsidR="002C3C87" w:rsidRDefault="002C3C87" w:rsidP="00AB5879">
            <w:r>
              <w:rPr>
                <w:b/>
                <w:color w:val="FFFFFF"/>
                <w:sz w:val="19"/>
              </w:rPr>
              <w:t>Details</w:t>
            </w:r>
          </w:p>
        </w:tc>
      </w:tr>
      <w:tr w:rsidR="002C3C87" w14:paraId="3532FC09"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5AB3F87" w14:textId="77777777" w:rsidR="002C3C87" w:rsidRDefault="002C3C87" w:rsidP="00AB5879">
            <w:r>
              <w:rPr>
                <w:b/>
                <w:color w:val="17365D"/>
                <w:sz w:val="20"/>
              </w:rPr>
              <w:t>Scope of the problem</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5B11302" w14:textId="77777777" w:rsidR="002C3C87" w:rsidRDefault="002C3C87" w:rsidP="00AB5879"/>
        </w:tc>
      </w:tr>
      <w:tr w:rsidR="002C3C87" w14:paraId="3987780F"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FFBA39B" w14:textId="77777777" w:rsidR="002C3C87" w:rsidRDefault="002C3C87" w:rsidP="00AB5879">
            <w:r>
              <w:rPr>
                <w:b/>
                <w:color w:val="17365D"/>
                <w:sz w:val="20"/>
              </w:rPr>
              <w:lastRenderedPageBreak/>
              <w:t>Products, lots, dates, shifts, machines, suppliers, or customers included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3C0764E" w14:textId="77777777" w:rsidR="002C3C87" w:rsidRDefault="002C3C87" w:rsidP="00AB5879"/>
        </w:tc>
      </w:tr>
      <w:tr w:rsidR="002C3C87" w14:paraId="61C5415B"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D15BCAE" w14:textId="77777777" w:rsidR="002C3C87" w:rsidRDefault="002C3C87" w:rsidP="00AB5879">
            <w:r>
              <w:rPr>
                <w:b/>
                <w:color w:val="17365D"/>
                <w:sz w:val="20"/>
              </w:rPr>
              <w:t>Products, lots, dates, shifts, machines, suppliers, or customers checked and not affected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5F421E5" w14:textId="77777777" w:rsidR="002C3C87" w:rsidRDefault="002C3C87" w:rsidP="00AB5879"/>
        </w:tc>
      </w:tr>
      <w:tr w:rsidR="002C3C87" w14:paraId="7FA7284A"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76920DD" w14:textId="77777777" w:rsidR="002C3C87" w:rsidRDefault="002C3C87" w:rsidP="00AB5879">
            <w:r>
              <w:rPr>
                <w:b/>
                <w:color w:val="17365D"/>
                <w:sz w:val="20"/>
              </w:rPr>
              <w:t>Break-in point / when issue started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71EB233" w14:textId="77777777" w:rsidR="002C3C87" w:rsidRDefault="002C3C87" w:rsidP="00AB5879"/>
        </w:tc>
      </w:tr>
      <w:tr w:rsidR="002C3C87" w14:paraId="162B051B"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AC18FF3" w14:textId="77777777" w:rsidR="002C3C87" w:rsidRDefault="002C3C87" w:rsidP="00AB5879">
            <w:r>
              <w:rPr>
                <w:b/>
                <w:color w:val="17365D"/>
                <w:sz w:val="20"/>
              </w:rPr>
              <w:t>Break-out point / when issue stopped or was contained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EBC3ADC" w14:textId="77777777" w:rsidR="002C3C87" w:rsidRDefault="002C3C87" w:rsidP="00AB5879"/>
        </w:tc>
      </w:tr>
      <w:tr w:rsidR="002C3C87" w14:paraId="605470A3"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B6FA7F7" w14:textId="77777777" w:rsidR="002C3C87" w:rsidRDefault="002C3C87" w:rsidP="00AB5879">
            <w:r>
              <w:rPr>
                <w:b/>
                <w:color w:val="17365D"/>
                <w:sz w:val="20"/>
              </w:rPr>
              <w:t>Additional data needed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8B6953" w14:textId="77777777" w:rsidR="002C3C87" w:rsidRDefault="002C3C87" w:rsidP="00AB5879"/>
        </w:tc>
      </w:tr>
      <w:tr w:rsidR="002C3C87" w14:paraId="5A72BB05"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272151A" w14:textId="77777777" w:rsidR="002C3C87" w:rsidRDefault="002C3C87" w:rsidP="00AB5879">
            <w:r>
              <w:rPr>
                <w:b/>
                <w:color w:val="17365D"/>
                <w:sz w:val="20"/>
              </w:rPr>
              <w:t>Action plan to collect missing information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DA051E7" w14:textId="77777777" w:rsidR="002C3C87" w:rsidRDefault="002C3C87" w:rsidP="00AB5879"/>
        </w:tc>
      </w:tr>
    </w:tbl>
    <w:p w14:paraId="7E7DA02E" w14:textId="77777777" w:rsidR="002C3C87" w:rsidRDefault="002C3C87" w:rsidP="002C3C87">
      <w:pPr>
        <w:spacing w:after="80" w:line="240" w:lineRule="auto"/>
      </w:pPr>
    </w:p>
    <w:p w14:paraId="3476FE19"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D3 - Develop and execute interim containment</w:t>
      </w:r>
    </w:p>
    <w:p w14:paraId="53FEC273"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Record the immediate actions taken to protect the customer and stop further escape while root cause is being investigated. Containment is temporary. It is not the permanent corrective action. Include how affected and suspect product was identified, isolated, sorted, reworked, replaced, or controlled.</w:t>
      </w:r>
    </w:p>
    <w:p w14:paraId="6F76868C" w14:textId="77777777" w:rsidR="002C3C87" w:rsidRDefault="002C3C87" w:rsidP="002C3C87">
      <w:pPr>
        <w:pStyle w:val="Heading2"/>
        <w:spacing w:after="60" w:line="240" w:lineRule="auto"/>
      </w:pPr>
      <w:r>
        <w:rPr>
          <w:rFonts w:ascii="Arial" w:eastAsia="Arial" w:hAnsi="Arial" w:cs="Arial"/>
          <w:color w:val="17365D"/>
          <w:sz w:val="22"/>
        </w:rPr>
        <w:t>Containment actions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009"/>
        <w:gridCol w:w="2319"/>
        <w:gridCol w:w="2016"/>
        <w:gridCol w:w="1209"/>
        <w:gridCol w:w="1209"/>
        <w:gridCol w:w="1108"/>
        <w:gridCol w:w="1210"/>
      </w:tblGrid>
      <w:tr w:rsidR="002C3C87" w14:paraId="17E28969" w14:textId="77777777" w:rsidTr="00AB5879">
        <w:trPr>
          <w:tblHeader/>
          <w:jc w:val="center"/>
        </w:trPr>
        <w:tc>
          <w:tcPr>
            <w:tcW w:w="100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114A1B8" w14:textId="77777777" w:rsidR="002C3C87" w:rsidRDefault="002C3C87" w:rsidP="00AB5879">
            <w:r>
              <w:rPr>
                <w:b/>
                <w:color w:val="FFFFFF"/>
                <w:sz w:val="19"/>
              </w:rPr>
              <w:t>Action ID</w:t>
            </w:r>
          </w:p>
        </w:tc>
        <w:tc>
          <w:tcPr>
            <w:tcW w:w="231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F8CE93B" w14:textId="77777777" w:rsidR="002C3C87" w:rsidRDefault="002C3C87" w:rsidP="00AB5879">
            <w:r>
              <w:rPr>
                <w:b/>
                <w:color w:val="FFFFFF"/>
                <w:sz w:val="19"/>
              </w:rPr>
              <w:t>Containment action</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BDC7105" w14:textId="77777777" w:rsidR="002C3C87" w:rsidRDefault="002C3C87" w:rsidP="00AB5879">
            <w:r>
              <w:rPr>
                <w:b/>
                <w:color w:val="FFFFFF"/>
                <w:sz w:val="19"/>
              </w:rPr>
              <w:t>Scope / product covered</w:t>
            </w:r>
          </w:p>
        </w:tc>
        <w:tc>
          <w:tcPr>
            <w:tcW w:w="1209"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2E8BEEF" w14:textId="77777777" w:rsidR="002C3C87" w:rsidRDefault="002C3C87" w:rsidP="00AB5879">
            <w:r>
              <w:rPr>
                <w:b/>
                <w:color w:val="FFFFFF"/>
                <w:sz w:val="19"/>
              </w:rPr>
              <w:t>Owner</w:t>
            </w:r>
          </w:p>
        </w:tc>
        <w:tc>
          <w:tcPr>
            <w:tcW w:w="1209"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25F1A2CE" w14:textId="77777777" w:rsidR="002C3C87" w:rsidRDefault="002C3C87" w:rsidP="00AB5879">
            <w:r>
              <w:rPr>
                <w:b/>
                <w:color w:val="FFFFFF"/>
                <w:sz w:val="19"/>
              </w:rPr>
              <w:t>Start date</w:t>
            </w:r>
          </w:p>
        </w:tc>
        <w:tc>
          <w:tcPr>
            <w:tcW w:w="110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1FF735B" w14:textId="77777777" w:rsidR="002C3C87" w:rsidRDefault="002C3C87" w:rsidP="00AB5879">
            <w:r>
              <w:rPr>
                <w:b/>
                <w:color w:val="FFFFFF"/>
                <w:sz w:val="19"/>
              </w:rPr>
              <w:t>Completed date</w:t>
            </w:r>
          </w:p>
        </w:tc>
        <w:tc>
          <w:tcPr>
            <w:tcW w:w="1210"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FF93E93" w14:textId="77777777" w:rsidR="002C3C87" w:rsidRDefault="002C3C87" w:rsidP="00AB5879">
            <w:r>
              <w:rPr>
                <w:b/>
                <w:color w:val="FFFFFF"/>
                <w:sz w:val="19"/>
              </w:rPr>
              <w:t>Evidence / result</w:t>
            </w:r>
          </w:p>
        </w:tc>
      </w:tr>
      <w:tr w:rsidR="002C3C87" w14:paraId="11A10327" w14:textId="77777777" w:rsidTr="00AB5879">
        <w:trPr>
          <w:jc w:val="center"/>
        </w:trPr>
        <w:tc>
          <w:tcPr>
            <w:tcW w:w="1008"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8BE4C4C" w14:textId="77777777" w:rsidR="002C3C87" w:rsidRDefault="002C3C87" w:rsidP="00AB5879">
            <w:r>
              <w:rPr>
                <w:color w:val="2D3748"/>
                <w:sz w:val="19"/>
              </w:rPr>
              <w:t xml:space="preserve"> </w:t>
            </w:r>
          </w:p>
        </w:tc>
        <w:tc>
          <w:tcPr>
            <w:tcW w:w="231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781E091"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C90F629"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0407AC7"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4B3161C"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56406A5" w14:textId="77777777" w:rsidR="002C3C87" w:rsidRDefault="002C3C87" w:rsidP="00AB5879">
            <w:r>
              <w:rPr>
                <w:color w:val="2D3748"/>
                <w:sz w:val="19"/>
              </w:rPr>
              <w:t xml:space="preserve"> </w:t>
            </w:r>
          </w:p>
        </w:tc>
        <w:tc>
          <w:tcPr>
            <w:tcW w:w="121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95F8C94" w14:textId="77777777" w:rsidR="002C3C87" w:rsidRDefault="002C3C87" w:rsidP="00AB5879">
            <w:r>
              <w:rPr>
                <w:color w:val="2D3748"/>
                <w:sz w:val="19"/>
              </w:rPr>
              <w:t xml:space="preserve"> </w:t>
            </w:r>
          </w:p>
        </w:tc>
      </w:tr>
      <w:tr w:rsidR="002C3C87" w14:paraId="2936E38E" w14:textId="77777777" w:rsidTr="00AB5879">
        <w:trPr>
          <w:jc w:val="center"/>
        </w:trPr>
        <w:tc>
          <w:tcPr>
            <w:tcW w:w="1008"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902AC88" w14:textId="77777777" w:rsidR="002C3C87" w:rsidRDefault="002C3C87" w:rsidP="00AB5879">
            <w:r>
              <w:rPr>
                <w:color w:val="2D3748"/>
                <w:sz w:val="19"/>
              </w:rPr>
              <w:t xml:space="preserve"> </w:t>
            </w:r>
          </w:p>
        </w:tc>
        <w:tc>
          <w:tcPr>
            <w:tcW w:w="231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A1D48B"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963AAFE"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FA3AB96"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FA871C"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A1E337C" w14:textId="77777777" w:rsidR="002C3C87" w:rsidRDefault="002C3C87" w:rsidP="00AB5879">
            <w:r>
              <w:rPr>
                <w:color w:val="2D3748"/>
                <w:sz w:val="19"/>
              </w:rPr>
              <w:t xml:space="preserve"> </w:t>
            </w:r>
          </w:p>
        </w:tc>
        <w:tc>
          <w:tcPr>
            <w:tcW w:w="121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3A9EEB2" w14:textId="77777777" w:rsidR="002C3C87" w:rsidRDefault="002C3C87" w:rsidP="00AB5879">
            <w:r>
              <w:rPr>
                <w:color w:val="2D3748"/>
                <w:sz w:val="19"/>
              </w:rPr>
              <w:t xml:space="preserve"> </w:t>
            </w:r>
          </w:p>
        </w:tc>
      </w:tr>
      <w:tr w:rsidR="002C3C87" w14:paraId="7C471F47" w14:textId="77777777" w:rsidTr="00AB5879">
        <w:trPr>
          <w:jc w:val="center"/>
        </w:trPr>
        <w:tc>
          <w:tcPr>
            <w:tcW w:w="1008"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9C47D9A" w14:textId="77777777" w:rsidR="002C3C87" w:rsidRDefault="002C3C87" w:rsidP="00AB5879">
            <w:r>
              <w:rPr>
                <w:color w:val="2D3748"/>
                <w:sz w:val="19"/>
              </w:rPr>
              <w:t xml:space="preserve"> </w:t>
            </w:r>
          </w:p>
        </w:tc>
        <w:tc>
          <w:tcPr>
            <w:tcW w:w="231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2134D91"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939E98"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383524"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A5B6CBD"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674D27" w14:textId="77777777" w:rsidR="002C3C87" w:rsidRDefault="002C3C87" w:rsidP="00AB5879">
            <w:r>
              <w:rPr>
                <w:color w:val="2D3748"/>
                <w:sz w:val="19"/>
              </w:rPr>
              <w:t xml:space="preserve"> </w:t>
            </w:r>
          </w:p>
        </w:tc>
        <w:tc>
          <w:tcPr>
            <w:tcW w:w="121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6079760" w14:textId="77777777" w:rsidR="002C3C87" w:rsidRDefault="002C3C87" w:rsidP="00AB5879">
            <w:r>
              <w:rPr>
                <w:color w:val="2D3748"/>
                <w:sz w:val="19"/>
              </w:rPr>
              <w:t xml:space="preserve"> </w:t>
            </w:r>
          </w:p>
        </w:tc>
      </w:tr>
      <w:tr w:rsidR="002C3C87" w14:paraId="121D8041" w14:textId="77777777" w:rsidTr="00AB5879">
        <w:trPr>
          <w:jc w:val="center"/>
        </w:trPr>
        <w:tc>
          <w:tcPr>
            <w:tcW w:w="1008"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F87EC17" w14:textId="77777777" w:rsidR="002C3C87" w:rsidRDefault="002C3C87" w:rsidP="00AB5879">
            <w:r>
              <w:rPr>
                <w:color w:val="2D3748"/>
                <w:sz w:val="19"/>
              </w:rPr>
              <w:t xml:space="preserve"> </w:t>
            </w:r>
          </w:p>
        </w:tc>
        <w:tc>
          <w:tcPr>
            <w:tcW w:w="231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C790D97"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B0B2E86"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704AE43"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99E032D"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DECB016" w14:textId="77777777" w:rsidR="002C3C87" w:rsidRDefault="002C3C87" w:rsidP="00AB5879">
            <w:r>
              <w:rPr>
                <w:color w:val="2D3748"/>
                <w:sz w:val="19"/>
              </w:rPr>
              <w:t xml:space="preserve"> </w:t>
            </w:r>
          </w:p>
        </w:tc>
        <w:tc>
          <w:tcPr>
            <w:tcW w:w="121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C2C1490" w14:textId="77777777" w:rsidR="002C3C87" w:rsidRDefault="002C3C87" w:rsidP="00AB5879">
            <w:r>
              <w:rPr>
                <w:color w:val="2D3748"/>
                <w:sz w:val="19"/>
              </w:rPr>
              <w:t xml:space="preserve"> </w:t>
            </w:r>
          </w:p>
        </w:tc>
      </w:tr>
      <w:tr w:rsidR="002C3C87" w14:paraId="2B3631E1" w14:textId="77777777" w:rsidTr="00AB5879">
        <w:trPr>
          <w:jc w:val="center"/>
        </w:trPr>
        <w:tc>
          <w:tcPr>
            <w:tcW w:w="1008"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0CDE9F9" w14:textId="77777777" w:rsidR="002C3C87" w:rsidRDefault="002C3C87" w:rsidP="00AB5879">
            <w:r>
              <w:rPr>
                <w:color w:val="2D3748"/>
                <w:sz w:val="19"/>
              </w:rPr>
              <w:t xml:space="preserve"> </w:t>
            </w:r>
          </w:p>
        </w:tc>
        <w:tc>
          <w:tcPr>
            <w:tcW w:w="231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695BD50"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8C8751"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F3025CA"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267780"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FC3170E" w14:textId="77777777" w:rsidR="002C3C87" w:rsidRDefault="002C3C87" w:rsidP="00AB5879">
            <w:r>
              <w:rPr>
                <w:color w:val="2D3748"/>
                <w:sz w:val="19"/>
              </w:rPr>
              <w:t xml:space="preserve"> </w:t>
            </w:r>
          </w:p>
        </w:tc>
        <w:tc>
          <w:tcPr>
            <w:tcW w:w="121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A585EB5" w14:textId="77777777" w:rsidR="002C3C87" w:rsidRDefault="002C3C87" w:rsidP="00AB5879">
            <w:r>
              <w:rPr>
                <w:color w:val="2D3748"/>
                <w:sz w:val="19"/>
              </w:rPr>
              <w:t xml:space="preserve"> </w:t>
            </w:r>
          </w:p>
        </w:tc>
      </w:tr>
      <w:tr w:rsidR="002C3C87" w14:paraId="30A20EE9" w14:textId="77777777" w:rsidTr="00AB5879">
        <w:trPr>
          <w:jc w:val="center"/>
        </w:trPr>
        <w:tc>
          <w:tcPr>
            <w:tcW w:w="1008"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9243C69" w14:textId="77777777" w:rsidR="002C3C87" w:rsidRDefault="002C3C87" w:rsidP="00AB5879">
            <w:r>
              <w:rPr>
                <w:color w:val="2D3748"/>
                <w:sz w:val="19"/>
              </w:rPr>
              <w:t xml:space="preserve"> </w:t>
            </w:r>
          </w:p>
        </w:tc>
        <w:tc>
          <w:tcPr>
            <w:tcW w:w="231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E2E6069"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43574F0"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1D3D809" w14:textId="77777777" w:rsidR="002C3C87" w:rsidRDefault="002C3C87" w:rsidP="00AB5879">
            <w:r>
              <w:rPr>
                <w:color w:val="2D3748"/>
                <w:sz w:val="19"/>
              </w:rPr>
              <w:t xml:space="preserve"> </w:t>
            </w:r>
          </w:p>
        </w:tc>
        <w:tc>
          <w:tcPr>
            <w:tcW w:w="1209"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7137144"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FED06AF" w14:textId="77777777" w:rsidR="002C3C87" w:rsidRDefault="002C3C87" w:rsidP="00AB5879">
            <w:r>
              <w:rPr>
                <w:color w:val="2D3748"/>
                <w:sz w:val="19"/>
              </w:rPr>
              <w:t xml:space="preserve"> </w:t>
            </w:r>
          </w:p>
        </w:tc>
        <w:tc>
          <w:tcPr>
            <w:tcW w:w="1210"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3265545" w14:textId="77777777" w:rsidR="002C3C87" w:rsidRDefault="002C3C87" w:rsidP="00AB5879">
            <w:r>
              <w:rPr>
                <w:color w:val="2D3748"/>
                <w:sz w:val="19"/>
              </w:rPr>
              <w:t xml:space="preserve"> </w:t>
            </w:r>
          </w:p>
        </w:tc>
      </w:tr>
    </w:tbl>
    <w:p w14:paraId="5422C820" w14:textId="77777777" w:rsidR="002C3C87" w:rsidRDefault="002C3C87" w:rsidP="002C3C87">
      <w:pPr>
        <w:pStyle w:val="Heading2"/>
        <w:spacing w:after="60" w:line="240" w:lineRule="auto"/>
      </w:pPr>
      <w:r>
        <w:rPr>
          <w:rFonts w:ascii="Arial" w:eastAsia="Arial" w:hAnsi="Arial" w:cs="Arial"/>
          <w:color w:val="17365D"/>
          <w:sz w:val="22"/>
        </w:rPr>
        <w:br/>
        <w:t>Product location and quantity check</w:t>
      </w:r>
    </w:p>
    <w:p w14:paraId="55645867"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Check each likely location for affected or suspect product. Record quantities so the containment scope is clear.</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721"/>
        <w:gridCol w:w="2016"/>
        <w:gridCol w:w="1713"/>
        <w:gridCol w:w="1815"/>
      </w:tblGrid>
      <w:tr w:rsidR="002C3C87" w14:paraId="22C4B333"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5A04D06" w14:textId="77777777" w:rsidR="002C3C87" w:rsidRDefault="002C3C87" w:rsidP="00AB5879">
            <w:r>
              <w:rPr>
                <w:b/>
                <w:color w:val="FFFFFF"/>
                <w:sz w:val="19"/>
              </w:rPr>
              <w:lastRenderedPageBreak/>
              <w:t>Area checked</w:t>
            </w:r>
          </w:p>
        </w:tc>
        <w:tc>
          <w:tcPr>
            <w:tcW w:w="272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1B79E57" w14:textId="77777777" w:rsidR="002C3C87" w:rsidRDefault="002C3C87" w:rsidP="00AB5879">
            <w:r>
              <w:rPr>
                <w:b/>
                <w:color w:val="FFFFFF"/>
                <w:sz w:val="19"/>
              </w:rPr>
              <w:t>Yes / No / N/A</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2C427488" w14:textId="77777777" w:rsidR="002C3C87" w:rsidRDefault="002C3C87" w:rsidP="00AB5879">
            <w:r>
              <w:rPr>
                <w:b/>
                <w:color w:val="FFFFFF"/>
                <w:sz w:val="19"/>
              </w:rPr>
              <w:t>Quantity checked</w:t>
            </w:r>
          </w:p>
        </w:tc>
        <w:tc>
          <w:tcPr>
            <w:tcW w:w="1713"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C7D41E0" w14:textId="77777777" w:rsidR="002C3C87" w:rsidRDefault="002C3C87" w:rsidP="00AB5879">
            <w:r>
              <w:rPr>
                <w:b/>
                <w:color w:val="FFFFFF"/>
                <w:sz w:val="19"/>
              </w:rPr>
              <w:t>Quantity nonconforming</w:t>
            </w:r>
          </w:p>
        </w:tc>
        <w:tc>
          <w:tcPr>
            <w:tcW w:w="181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C54F841" w14:textId="77777777" w:rsidR="002C3C87" w:rsidRDefault="002C3C87" w:rsidP="00AB5879">
            <w:r>
              <w:rPr>
                <w:b/>
                <w:color w:val="FFFFFF"/>
                <w:sz w:val="19"/>
              </w:rPr>
              <w:t>Result / disposition</w:t>
            </w:r>
          </w:p>
        </w:tc>
      </w:tr>
      <w:tr w:rsidR="002C3C87" w14:paraId="04344294"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F1B8058" w14:textId="77777777" w:rsidR="002C3C87" w:rsidRDefault="002C3C87" w:rsidP="00AB5879">
            <w:r>
              <w:rPr>
                <w:b/>
                <w:i/>
                <w:color w:val="17365D"/>
                <w:sz w:val="19"/>
              </w:rPr>
              <w:t>At customer</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D17A17D"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E9AF314"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6C28B8"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5630E9C" w14:textId="77777777" w:rsidR="002C3C87" w:rsidRDefault="002C3C87" w:rsidP="00AB5879"/>
        </w:tc>
      </w:tr>
      <w:tr w:rsidR="002C3C87" w14:paraId="6154B84F"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3EADB50" w14:textId="77777777" w:rsidR="002C3C87" w:rsidRDefault="002C3C87" w:rsidP="00AB5879">
            <w:r>
              <w:rPr>
                <w:b/>
                <w:i/>
                <w:color w:val="17365D"/>
                <w:sz w:val="19"/>
              </w:rPr>
              <w:t>In transit / shipping</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3EC8B11"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9FE071"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724403"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A815B0" w14:textId="77777777" w:rsidR="002C3C87" w:rsidRDefault="002C3C87" w:rsidP="00AB5879"/>
        </w:tc>
      </w:tr>
      <w:tr w:rsidR="002C3C87" w14:paraId="32F7CEA1"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A2F9175" w14:textId="77777777" w:rsidR="002C3C87" w:rsidRDefault="002C3C87" w:rsidP="00AB5879">
            <w:r>
              <w:rPr>
                <w:b/>
                <w:i/>
                <w:color w:val="17365D"/>
                <w:sz w:val="19"/>
              </w:rPr>
              <w:t>Finished goods stock</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DEBF86A"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A5DC37"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5FDFE6D"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166A45" w14:textId="77777777" w:rsidR="002C3C87" w:rsidRDefault="002C3C87" w:rsidP="00AB5879"/>
        </w:tc>
      </w:tr>
      <w:tr w:rsidR="002C3C87" w14:paraId="664BFCF5"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7BED02D" w14:textId="77777777" w:rsidR="002C3C87" w:rsidRDefault="002C3C87" w:rsidP="00AB5879">
            <w:r>
              <w:rPr>
                <w:b/>
                <w:i/>
                <w:color w:val="17365D"/>
                <w:sz w:val="19"/>
              </w:rPr>
              <w:t>Work in progress</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E453873"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0934F0B"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4C4CD7"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2C808A" w14:textId="77777777" w:rsidR="002C3C87" w:rsidRDefault="002C3C87" w:rsidP="00AB5879"/>
        </w:tc>
      </w:tr>
      <w:tr w:rsidR="002C3C87" w14:paraId="532CC8DB"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C342025" w14:textId="77777777" w:rsidR="002C3C87" w:rsidRDefault="002C3C87" w:rsidP="00AB5879">
            <w:r>
              <w:rPr>
                <w:b/>
                <w:i/>
                <w:color w:val="17365D"/>
                <w:sz w:val="19"/>
              </w:rPr>
              <w:t>Incoming material / supplier stock</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6C1D673"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4CDDA9"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E054BE"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1FC746" w14:textId="77777777" w:rsidR="002C3C87" w:rsidRDefault="002C3C87" w:rsidP="00AB5879"/>
        </w:tc>
      </w:tr>
      <w:tr w:rsidR="002C3C87" w14:paraId="0B03A6C0"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8226048" w14:textId="77777777" w:rsidR="002C3C87" w:rsidRDefault="002C3C87" w:rsidP="00AB5879">
            <w:r>
              <w:rPr>
                <w:b/>
                <w:i/>
                <w:color w:val="17365D"/>
                <w:sz w:val="19"/>
              </w:rPr>
              <w:t>Other sites / warehouses</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9D4AB7B"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EC37B4E"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C5E2F36"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445F639" w14:textId="77777777" w:rsidR="002C3C87" w:rsidRDefault="002C3C87" w:rsidP="00AB5879"/>
        </w:tc>
      </w:tr>
    </w:tbl>
    <w:p w14:paraId="2620D683" w14:textId="77777777" w:rsidR="002C3C87" w:rsidRDefault="002C3C87" w:rsidP="002C3C87">
      <w:pPr>
        <w:pStyle w:val="Heading2"/>
        <w:spacing w:after="60" w:line="240" w:lineRule="auto"/>
      </w:pPr>
      <w:r>
        <w:rPr>
          <w:rFonts w:ascii="Arial" w:eastAsia="Arial" w:hAnsi="Arial" w:cs="Arial"/>
          <w:color w:val="17365D"/>
          <w:sz w:val="22"/>
        </w:rPr>
        <w:br/>
        <w:t>Customer and internal protection</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3E145919"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4D2335C" w14:textId="77777777" w:rsidR="002C3C87" w:rsidRDefault="002C3C87" w:rsidP="00AB5879">
            <w:r>
              <w:rPr>
                <w:b/>
                <w:color w:val="FFFFFF"/>
                <w:sz w:val="19"/>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F092D1C" w14:textId="77777777" w:rsidR="002C3C87" w:rsidRDefault="002C3C87" w:rsidP="00AB5879">
            <w:r>
              <w:rPr>
                <w:b/>
                <w:color w:val="FFFFFF"/>
                <w:sz w:val="19"/>
              </w:rPr>
              <w:t>Details</w:t>
            </w:r>
          </w:p>
        </w:tc>
      </w:tr>
      <w:tr w:rsidR="002C3C87" w14:paraId="5490BC6B"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DAAEA53" w14:textId="77777777" w:rsidR="002C3C87" w:rsidRDefault="002C3C87" w:rsidP="00AB5879">
            <w:r>
              <w:rPr>
                <w:b/>
                <w:color w:val="17365D"/>
                <w:sz w:val="20"/>
              </w:rPr>
              <w:t>Customer protection actions</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EC4E9E" w14:textId="77777777" w:rsidR="002C3C87" w:rsidRDefault="002C3C87" w:rsidP="00AB5879"/>
        </w:tc>
      </w:tr>
      <w:tr w:rsidR="002C3C87" w14:paraId="3A8EFCFB"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F99377A" w14:textId="77777777" w:rsidR="002C3C87" w:rsidRDefault="002C3C87" w:rsidP="00AB5879">
            <w:r>
              <w:rPr>
                <w:b/>
                <w:color w:val="17365D"/>
                <w:sz w:val="20"/>
              </w:rPr>
              <w:t>Internal containment actions</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F21EA8" w14:textId="77777777" w:rsidR="002C3C87" w:rsidRDefault="002C3C87" w:rsidP="00AB5879"/>
        </w:tc>
      </w:tr>
      <w:tr w:rsidR="002C3C87" w14:paraId="18EA6F8E"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A8BFCE2" w14:textId="77777777" w:rsidR="002C3C87" w:rsidRDefault="002C3C87" w:rsidP="00AB5879">
            <w:r>
              <w:rPr>
                <w:b/>
                <w:color w:val="17365D"/>
                <w:sz w:val="20"/>
              </w:rPr>
              <w:t>Replacement or fault-free product shipped?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7711976" w14:textId="77777777" w:rsidR="002C3C87" w:rsidRDefault="002C3C87" w:rsidP="00AB5879">
            <w:r>
              <w:rPr>
                <w:color w:val="2D3748"/>
                <w:sz w:val="20"/>
              </w:rPr>
              <w:t>Yes / No / N/A. If yes, record delivery number and quantity.</w:t>
            </w:r>
          </w:p>
        </w:tc>
      </w:tr>
      <w:tr w:rsidR="002C3C87" w14:paraId="2685BB4F"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C64A16" w14:textId="77777777" w:rsidR="002C3C87" w:rsidRDefault="002C3C87" w:rsidP="00AB5879">
            <w:r>
              <w:rPr>
                <w:b/>
                <w:color w:val="17365D"/>
                <w:sz w:val="20"/>
              </w:rPr>
              <w:t>Containment identification / marking method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6153456" w14:textId="77777777" w:rsidR="002C3C87" w:rsidRDefault="002C3C87" w:rsidP="00AB5879">
            <w:r>
              <w:rPr>
                <w:color w:val="2D3748"/>
                <w:sz w:val="20"/>
              </w:rPr>
              <w:t>Examples: quarantine tag, colored dot, inspection label, package marking, release stamp.</w:t>
            </w:r>
          </w:p>
        </w:tc>
      </w:tr>
      <w:tr w:rsidR="002C3C87" w14:paraId="2D8CD9DF"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36F871C" w14:textId="77777777" w:rsidR="002C3C87" w:rsidRDefault="002C3C87" w:rsidP="00AB5879">
            <w:r>
              <w:rPr>
                <w:b/>
                <w:color w:val="17365D"/>
                <w:sz w:val="20"/>
              </w:rPr>
              <w:t>Clean point / first compliant lot, serial number, or ship date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89F2CF8" w14:textId="77777777" w:rsidR="002C3C87" w:rsidRDefault="002C3C87" w:rsidP="00AB5879"/>
        </w:tc>
      </w:tr>
      <w:tr w:rsidR="002C3C87" w14:paraId="7C6ECC42"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F8F0732" w14:textId="77777777" w:rsidR="002C3C87" w:rsidRDefault="002C3C87" w:rsidP="00AB5879">
            <w:r>
              <w:rPr>
                <w:b/>
                <w:color w:val="17365D"/>
                <w:sz w:val="20"/>
              </w:rPr>
              <w:t>Safety, environmental, or regulatory impact considered?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13D211" w14:textId="77777777" w:rsidR="002C3C87" w:rsidRDefault="002C3C87" w:rsidP="00AB5879">
            <w:r>
              <w:rPr>
                <w:color w:val="2D3748"/>
                <w:sz w:val="20"/>
              </w:rPr>
              <w:t>Yes / No / N/A. Add details if yes.</w:t>
            </w:r>
          </w:p>
        </w:tc>
      </w:tr>
    </w:tbl>
    <w:p w14:paraId="419F0A5F" w14:textId="77777777" w:rsidR="002C3C87" w:rsidRDefault="002C3C87" w:rsidP="002C3C87">
      <w:pPr>
        <w:spacing w:after="80" w:line="240" w:lineRule="auto"/>
      </w:pPr>
    </w:p>
    <w:p w14:paraId="0D5DA4DF" w14:textId="77777777" w:rsidR="002C3C87" w:rsidRDefault="002C3C87" w:rsidP="002C3C87">
      <w:pPr>
        <w:pStyle w:val="Heading2"/>
        <w:spacing w:after="60" w:line="240" w:lineRule="auto"/>
      </w:pPr>
      <w:r>
        <w:rPr>
          <w:rFonts w:ascii="Arial" w:eastAsia="Arial" w:hAnsi="Arial" w:cs="Arial"/>
          <w:color w:val="17365D"/>
          <w:sz w:val="22"/>
        </w:rPr>
        <w:t>Containment verification</w:t>
      </w:r>
    </w:p>
    <w:p w14:paraId="5C8AC7FE"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Explain how you confirmed the containment action is working. Use sort results, inspection records, customer confirmation, or shipment release controls.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0080"/>
      </w:tblGrid>
      <w:tr w:rsidR="002C3C87" w14:paraId="21B4B0A4" w14:textId="77777777" w:rsidTr="00AB5879">
        <w:trPr>
          <w:tblHeader/>
          <w:jc w:val="center"/>
        </w:trPr>
        <w:tc>
          <w:tcPr>
            <w:tcW w:w="10080"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32731F7" w14:textId="77777777" w:rsidR="002C3C87" w:rsidRDefault="002C3C87" w:rsidP="00AB5879">
            <w:r>
              <w:rPr>
                <w:b/>
                <w:color w:val="FFFFFF"/>
                <w:sz w:val="19"/>
              </w:rPr>
              <w:lastRenderedPageBreak/>
              <w:t>Verification evidence / result</w:t>
            </w:r>
          </w:p>
        </w:tc>
      </w:tr>
      <w:tr w:rsidR="002C3C87" w14:paraId="2FD1C4A7" w14:textId="77777777" w:rsidTr="00AB5879">
        <w:trPr>
          <w:trHeight w:val="1152"/>
          <w:jc w:val="center"/>
        </w:trPr>
        <w:tc>
          <w:tcPr>
            <w:tcW w:w="1008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BE94A3D" w14:textId="77777777" w:rsidR="002C3C87" w:rsidRDefault="002C3C87" w:rsidP="00AB5879">
            <w:r>
              <w:rPr>
                <w:color w:val="2D3748"/>
                <w:sz w:val="20"/>
              </w:rPr>
              <w:t xml:space="preserve"> </w:t>
            </w:r>
          </w:p>
        </w:tc>
      </w:tr>
    </w:tbl>
    <w:p w14:paraId="1D7200E1" w14:textId="77777777" w:rsidR="002C3C87" w:rsidRDefault="002C3C87" w:rsidP="002C3C87">
      <w:pPr>
        <w:spacing w:after="80" w:line="240" w:lineRule="auto"/>
      </w:pPr>
    </w:p>
    <w:p w14:paraId="399872C8"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D4 - Determine and verify root cause and escape point</w:t>
      </w:r>
    </w:p>
    <w:p w14:paraId="28784198"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Identify the verified cause of the problem and the reason the issue was not detected before it escaped. Separate the occurrence root cause from the escape point or detection failure. Use evidence, data, testing, observation, and process review. Do not accept guesses, opinions, or unverified brainstorming as root cause.</w:t>
      </w:r>
    </w:p>
    <w:p w14:paraId="28791D04" w14:textId="77777777" w:rsidR="002C3C87" w:rsidRDefault="002C3C87" w:rsidP="002C3C87">
      <w:pPr>
        <w:pStyle w:val="Heading2"/>
        <w:spacing w:after="60" w:line="240" w:lineRule="auto"/>
      </w:pPr>
      <w:r>
        <w:rPr>
          <w:rFonts w:ascii="Arial" w:eastAsia="Arial" w:hAnsi="Arial" w:cs="Arial"/>
          <w:color w:val="17365D"/>
          <w:sz w:val="22"/>
        </w:rPr>
        <w:br/>
        <w:t>Investigation summary</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04EE007A"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95AF027" w14:textId="77777777" w:rsidR="002C3C87" w:rsidRDefault="002C3C87" w:rsidP="00AB5879">
            <w:r>
              <w:rPr>
                <w:b/>
                <w:color w:val="FFFFFF"/>
                <w:sz w:val="19"/>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0BBEFDE" w14:textId="77777777" w:rsidR="002C3C87" w:rsidRDefault="002C3C87" w:rsidP="00AB5879">
            <w:r>
              <w:rPr>
                <w:b/>
                <w:color w:val="FFFFFF"/>
                <w:sz w:val="19"/>
              </w:rPr>
              <w:t>Details</w:t>
            </w:r>
          </w:p>
        </w:tc>
      </w:tr>
      <w:tr w:rsidR="002C3C87" w14:paraId="4D224398"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9950038" w14:textId="77777777" w:rsidR="002C3C87" w:rsidRDefault="002C3C87" w:rsidP="00AB5879">
            <w:r>
              <w:rPr>
                <w:b/>
                <w:color w:val="17365D"/>
                <w:sz w:val="20"/>
              </w:rPr>
              <w:t>Investigation methods used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4362B27" w14:textId="77777777" w:rsidR="002C3C87" w:rsidRDefault="002C3C87" w:rsidP="00AB5879">
            <w:r>
              <w:rPr>
                <w:color w:val="2D3748"/>
                <w:sz w:val="20"/>
              </w:rPr>
              <w:t>5 Whys / fishbone / Is-Is Not / process walk / data review / gage check / supplier investigation / other</w:t>
            </w:r>
          </w:p>
        </w:tc>
      </w:tr>
      <w:tr w:rsidR="002C3C87" w14:paraId="356C4C58"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688028C" w14:textId="77777777" w:rsidR="002C3C87" w:rsidRDefault="002C3C87" w:rsidP="00AB5879">
            <w:r>
              <w:rPr>
                <w:b/>
                <w:color w:val="17365D"/>
                <w:sz w:val="20"/>
              </w:rPr>
              <w:t>Physical evidence reviewed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AD69705" w14:textId="77777777" w:rsidR="002C3C87" w:rsidRDefault="002C3C87" w:rsidP="00AB5879"/>
        </w:tc>
      </w:tr>
      <w:tr w:rsidR="002C3C87" w14:paraId="348635CB"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6B9A849" w14:textId="77777777" w:rsidR="002C3C87" w:rsidRDefault="002C3C87" w:rsidP="00AB5879">
            <w:r>
              <w:rPr>
                <w:b/>
                <w:color w:val="17365D"/>
                <w:sz w:val="20"/>
              </w:rPr>
              <w:t>Process evidence reviewed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79A39A" w14:textId="77777777" w:rsidR="002C3C87" w:rsidRDefault="002C3C87" w:rsidP="00AB5879"/>
        </w:tc>
      </w:tr>
      <w:tr w:rsidR="002C3C87" w14:paraId="306BED56"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BCA877D" w14:textId="77777777" w:rsidR="002C3C87" w:rsidRDefault="002C3C87" w:rsidP="00AB5879">
            <w:r>
              <w:rPr>
                <w:b/>
                <w:color w:val="17365D"/>
                <w:sz w:val="20"/>
              </w:rPr>
              <w:t>Data or trend reviewed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3BC789D" w14:textId="77777777" w:rsidR="002C3C87" w:rsidRDefault="002C3C87" w:rsidP="00AB5879"/>
        </w:tc>
      </w:tr>
      <w:tr w:rsidR="002C3C87" w14:paraId="476FD8C0"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7CCEF7" w14:textId="77777777" w:rsidR="002C3C87" w:rsidRDefault="002C3C87" w:rsidP="00AB5879">
            <w:r>
              <w:rPr>
                <w:b/>
                <w:color w:val="17365D"/>
                <w:sz w:val="20"/>
              </w:rPr>
              <w:t>People interviewed or process observed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A1CA196" w14:textId="77777777" w:rsidR="002C3C87" w:rsidRDefault="002C3C87" w:rsidP="00AB5879"/>
        </w:tc>
      </w:tr>
    </w:tbl>
    <w:p w14:paraId="28DB0EC0" w14:textId="77777777" w:rsidR="002C3C87" w:rsidRDefault="002C3C87" w:rsidP="002C3C87">
      <w:pPr>
        <w:pStyle w:val="Heading2"/>
        <w:spacing w:after="60" w:line="240" w:lineRule="auto"/>
      </w:pPr>
      <w:r>
        <w:rPr>
          <w:rFonts w:ascii="Arial" w:eastAsia="Arial" w:hAnsi="Arial" w:cs="Arial"/>
          <w:color w:val="17365D"/>
          <w:sz w:val="22"/>
        </w:rPr>
        <w:br/>
        <w:t>Fishbone / cause category check</w:t>
      </w:r>
    </w:p>
    <w:p w14:paraId="76D19CC9"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these categories to brainstorm possible causes. Do not treat a brainstormed cause as root cause until it has been checked against evidence.</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3427"/>
        <w:gridCol w:w="3326"/>
        <w:gridCol w:w="3327"/>
      </w:tblGrid>
      <w:tr w:rsidR="002C3C87" w14:paraId="044942BB" w14:textId="77777777" w:rsidTr="00AB5879">
        <w:trPr>
          <w:tblHeade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278BE55" w14:textId="77777777" w:rsidR="002C3C87" w:rsidRDefault="002C3C87" w:rsidP="00AB5879">
            <w:r>
              <w:rPr>
                <w:b/>
                <w:color w:val="FFFFFF"/>
                <w:sz w:val="19"/>
              </w:rPr>
              <w:t>Category</w:t>
            </w:r>
          </w:p>
        </w:tc>
        <w:tc>
          <w:tcPr>
            <w:tcW w:w="332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D2AB1B3" w14:textId="77777777" w:rsidR="002C3C87" w:rsidRDefault="002C3C87" w:rsidP="00AB5879">
            <w:r>
              <w:rPr>
                <w:b/>
                <w:color w:val="FFFFFF"/>
                <w:sz w:val="19"/>
              </w:rPr>
              <w:t>Possible causes to check</w:t>
            </w:r>
          </w:p>
        </w:tc>
        <w:tc>
          <w:tcPr>
            <w:tcW w:w="33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79EFEC4D" w14:textId="77777777" w:rsidR="002C3C87" w:rsidRDefault="002C3C87" w:rsidP="00AB5879">
            <w:r>
              <w:rPr>
                <w:b/>
                <w:color w:val="FFFFFF"/>
                <w:sz w:val="19"/>
              </w:rPr>
              <w:t>Evidence checked / result</w:t>
            </w:r>
          </w:p>
        </w:tc>
      </w:tr>
      <w:tr w:rsidR="002C3C87" w14:paraId="01E851AB"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991C40C" w14:textId="77777777" w:rsidR="002C3C87" w:rsidRDefault="002C3C87" w:rsidP="00AB5879">
            <w:r>
              <w:rPr>
                <w:b/>
                <w:i/>
                <w:color w:val="17365D"/>
                <w:sz w:val="20"/>
              </w:rPr>
              <w:t>People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81AB81B"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415C30A" w14:textId="77777777" w:rsidR="002C3C87" w:rsidRDefault="002C3C87" w:rsidP="00AB5879"/>
        </w:tc>
      </w:tr>
      <w:tr w:rsidR="002C3C87" w14:paraId="406459A7"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891CA7D" w14:textId="77777777" w:rsidR="002C3C87" w:rsidRDefault="002C3C87" w:rsidP="00AB5879">
            <w:r>
              <w:rPr>
                <w:b/>
                <w:i/>
                <w:color w:val="17365D"/>
                <w:sz w:val="20"/>
              </w:rPr>
              <w:t>Method / process</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C11EE30"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6EB6A92" w14:textId="77777777" w:rsidR="002C3C87" w:rsidRDefault="002C3C87" w:rsidP="00AB5879"/>
        </w:tc>
      </w:tr>
      <w:tr w:rsidR="002C3C87" w14:paraId="1FD7E74A"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4D023D2" w14:textId="77777777" w:rsidR="002C3C87" w:rsidRDefault="002C3C87" w:rsidP="00AB5879">
            <w:r>
              <w:rPr>
                <w:b/>
                <w:i/>
                <w:color w:val="17365D"/>
                <w:sz w:val="20"/>
              </w:rPr>
              <w:t>Machine / equipment</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FFB2C6C"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1E3EBC0" w14:textId="77777777" w:rsidR="002C3C87" w:rsidRDefault="002C3C87" w:rsidP="00AB5879"/>
        </w:tc>
      </w:tr>
      <w:tr w:rsidR="002C3C87" w14:paraId="7E8541A6"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8D0C0C0" w14:textId="77777777" w:rsidR="002C3C87" w:rsidRDefault="002C3C87" w:rsidP="00AB5879">
            <w:r>
              <w:rPr>
                <w:b/>
                <w:i/>
                <w:color w:val="17365D"/>
                <w:sz w:val="20"/>
              </w:rPr>
              <w:t>Material / supplier</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7F5F71"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07D35CA" w14:textId="77777777" w:rsidR="002C3C87" w:rsidRDefault="002C3C87" w:rsidP="00AB5879"/>
        </w:tc>
      </w:tr>
      <w:tr w:rsidR="002C3C87" w14:paraId="5CC46176"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9347125" w14:textId="77777777" w:rsidR="002C3C87" w:rsidRDefault="002C3C87" w:rsidP="00AB5879">
            <w:r>
              <w:rPr>
                <w:b/>
                <w:i/>
                <w:color w:val="17365D"/>
                <w:sz w:val="20"/>
              </w:rPr>
              <w:t>Measurement / inspection</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E56B63"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5591BA" w14:textId="77777777" w:rsidR="002C3C87" w:rsidRDefault="002C3C87" w:rsidP="00AB5879"/>
        </w:tc>
      </w:tr>
      <w:tr w:rsidR="002C3C87" w14:paraId="060B82F1"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DBE459" w14:textId="77777777" w:rsidR="002C3C87" w:rsidRDefault="002C3C87" w:rsidP="00AB5879">
            <w:r>
              <w:rPr>
                <w:b/>
                <w:i/>
                <w:color w:val="17365D"/>
                <w:sz w:val="20"/>
              </w:rPr>
              <w:t>Environment</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D42D88"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E39659" w14:textId="77777777" w:rsidR="002C3C87" w:rsidRDefault="002C3C87" w:rsidP="00AB5879"/>
        </w:tc>
      </w:tr>
    </w:tbl>
    <w:p w14:paraId="02AB0A48" w14:textId="77777777" w:rsidR="002C3C87" w:rsidRDefault="002C3C87" w:rsidP="002C3C87">
      <w:pPr>
        <w:pStyle w:val="Heading2"/>
        <w:spacing w:after="60" w:line="240" w:lineRule="auto"/>
      </w:pPr>
      <w:r>
        <w:rPr>
          <w:rFonts w:ascii="Arial" w:eastAsia="Arial" w:hAnsi="Arial" w:cs="Arial"/>
          <w:color w:val="17365D"/>
          <w:sz w:val="22"/>
        </w:rPr>
        <w:lastRenderedPageBreak/>
        <w:br/>
        <w:t>5 Whys worksheet</w:t>
      </w:r>
    </w:p>
    <w:p w14:paraId="76B61E81"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table if 5 Whys is appropriate. Continue until the cause is actionable and supported by evidence. It is acceptable to use fewer or more than five whys if the evidence supports the conclusion.</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3427"/>
        <w:gridCol w:w="3326"/>
        <w:gridCol w:w="3327"/>
      </w:tblGrid>
      <w:tr w:rsidR="002C3C87" w14:paraId="2202ADDB" w14:textId="77777777" w:rsidTr="00AB5879">
        <w:trPr>
          <w:tblHeade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3BD3D77" w14:textId="77777777" w:rsidR="002C3C87" w:rsidRDefault="002C3C87" w:rsidP="00AB5879">
            <w:r>
              <w:rPr>
                <w:b/>
                <w:color w:val="FFFFFF"/>
                <w:sz w:val="19"/>
              </w:rPr>
              <w:t>Step</w:t>
            </w:r>
          </w:p>
        </w:tc>
        <w:tc>
          <w:tcPr>
            <w:tcW w:w="332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DEBDFB6" w14:textId="77777777" w:rsidR="002C3C87" w:rsidRDefault="002C3C87" w:rsidP="00AB5879">
            <w:r>
              <w:rPr>
                <w:b/>
                <w:color w:val="FFFFFF"/>
                <w:sz w:val="19"/>
              </w:rPr>
              <w:t>Why did this happen? (statement)</w:t>
            </w:r>
          </w:p>
        </w:tc>
        <w:tc>
          <w:tcPr>
            <w:tcW w:w="33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CF22F04" w14:textId="77777777" w:rsidR="002C3C87" w:rsidRDefault="002C3C87" w:rsidP="00AB5879">
            <w:r>
              <w:rPr>
                <w:b/>
                <w:color w:val="FFFFFF"/>
                <w:sz w:val="19"/>
              </w:rPr>
              <w:t>How was this verified? (data/evidence ref)</w:t>
            </w:r>
          </w:p>
        </w:tc>
      </w:tr>
      <w:tr w:rsidR="002C3C87" w14:paraId="0E54A1F7"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BD478B5" w14:textId="77777777" w:rsidR="002C3C87" w:rsidRDefault="002C3C87" w:rsidP="00AB5879">
            <w:r>
              <w:rPr>
                <w:b/>
                <w:i/>
                <w:color w:val="17365D"/>
                <w:sz w:val="20"/>
              </w:rPr>
              <w:t>Why 1</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127A2E8"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8A14804" w14:textId="77777777" w:rsidR="002C3C87" w:rsidRDefault="002C3C87" w:rsidP="00AB5879"/>
        </w:tc>
      </w:tr>
      <w:tr w:rsidR="002C3C87" w14:paraId="3B4912CB"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FD63DDF" w14:textId="77777777" w:rsidR="002C3C87" w:rsidRDefault="002C3C87" w:rsidP="00AB5879">
            <w:r>
              <w:rPr>
                <w:b/>
                <w:i/>
                <w:color w:val="17365D"/>
                <w:sz w:val="20"/>
              </w:rPr>
              <w:t>Why 2</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910763E"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7950762" w14:textId="77777777" w:rsidR="002C3C87" w:rsidRDefault="002C3C87" w:rsidP="00AB5879"/>
        </w:tc>
      </w:tr>
      <w:tr w:rsidR="002C3C87" w14:paraId="3B07D3B5"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62C790" w14:textId="77777777" w:rsidR="002C3C87" w:rsidRDefault="002C3C87" w:rsidP="00AB5879">
            <w:r>
              <w:rPr>
                <w:b/>
                <w:i/>
                <w:color w:val="17365D"/>
                <w:sz w:val="20"/>
              </w:rPr>
              <w:t>Why 3</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18EED00"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327056B" w14:textId="77777777" w:rsidR="002C3C87" w:rsidRDefault="002C3C87" w:rsidP="00AB5879"/>
        </w:tc>
      </w:tr>
      <w:tr w:rsidR="002C3C87" w14:paraId="618C1B53"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65187B8" w14:textId="77777777" w:rsidR="002C3C87" w:rsidRDefault="002C3C87" w:rsidP="00AB5879">
            <w:r>
              <w:rPr>
                <w:b/>
                <w:i/>
                <w:color w:val="17365D"/>
                <w:sz w:val="20"/>
              </w:rPr>
              <w:t>Why 4</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0D063D3"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5928885" w14:textId="77777777" w:rsidR="002C3C87" w:rsidRDefault="002C3C87" w:rsidP="00AB5879"/>
        </w:tc>
      </w:tr>
      <w:tr w:rsidR="002C3C87" w14:paraId="517DD6C6"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7012428" w14:textId="77777777" w:rsidR="002C3C87" w:rsidRDefault="002C3C87" w:rsidP="00AB5879">
            <w:r>
              <w:rPr>
                <w:b/>
                <w:i/>
                <w:color w:val="17365D"/>
                <w:sz w:val="20"/>
              </w:rPr>
              <w:t>Why 5</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1D4E6AD"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FA25403" w14:textId="77777777" w:rsidR="002C3C87" w:rsidRDefault="002C3C87" w:rsidP="00AB5879"/>
        </w:tc>
      </w:tr>
    </w:tbl>
    <w:p w14:paraId="63A5420B" w14:textId="77777777" w:rsidR="002C3C87" w:rsidRDefault="002C3C87" w:rsidP="002C3C87">
      <w:pPr>
        <w:pStyle w:val="Heading2"/>
        <w:spacing w:after="60" w:line="240" w:lineRule="auto"/>
      </w:pPr>
      <w:r>
        <w:rPr>
          <w:rFonts w:ascii="Arial" w:eastAsia="Arial" w:hAnsi="Arial" w:cs="Arial"/>
          <w:color w:val="17365D"/>
          <w:sz w:val="22"/>
        </w:rPr>
        <w:t>Occurrence cause and escape point</w:t>
      </w:r>
    </w:p>
    <w:p w14:paraId="55E39136"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Occurrence root cause explains why the problem happened. Escape point / detection failure explains why the issue was not detected before it reached the next process or customer. Both may need corrective action.</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3427"/>
        <w:gridCol w:w="3326"/>
        <w:gridCol w:w="3327"/>
      </w:tblGrid>
      <w:tr w:rsidR="002C3C87" w14:paraId="0ED65B8A" w14:textId="77777777" w:rsidTr="00AB5879">
        <w:trPr>
          <w:tblHeade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646B011" w14:textId="77777777" w:rsidR="002C3C87" w:rsidRDefault="002C3C87" w:rsidP="00AB5879">
            <w:r>
              <w:rPr>
                <w:b/>
                <w:color w:val="FFFFFF"/>
                <w:sz w:val="19"/>
              </w:rPr>
              <w:t>Cause type</w:t>
            </w:r>
          </w:p>
        </w:tc>
        <w:tc>
          <w:tcPr>
            <w:tcW w:w="332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0DD41C9" w14:textId="77777777" w:rsidR="002C3C87" w:rsidRDefault="002C3C87" w:rsidP="00AB5879">
            <w:r>
              <w:rPr>
                <w:b/>
                <w:color w:val="FFFFFF"/>
                <w:sz w:val="19"/>
              </w:rPr>
              <w:t>Verified cause</w:t>
            </w:r>
          </w:p>
        </w:tc>
        <w:tc>
          <w:tcPr>
            <w:tcW w:w="33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3318C0B" w14:textId="77777777" w:rsidR="002C3C87" w:rsidRDefault="002C3C87" w:rsidP="00AB5879">
            <w:r>
              <w:rPr>
                <w:b/>
                <w:color w:val="FFFFFF"/>
                <w:sz w:val="19"/>
              </w:rPr>
              <w:t>Evidence that confirms it</w:t>
            </w:r>
          </w:p>
        </w:tc>
      </w:tr>
      <w:tr w:rsidR="002C3C87" w14:paraId="578504EF"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08272EE" w14:textId="77777777" w:rsidR="002C3C87" w:rsidRDefault="002C3C87" w:rsidP="00AB5879">
            <w:r>
              <w:rPr>
                <w:b/>
                <w:i/>
                <w:color w:val="17365D"/>
                <w:sz w:val="20"/>
              </w:rPr>
              <w:t>Occurrence root cause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7FFE56"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44CF5F8" w14:textId="77777777" w:rsidR="002C3C87" w:rsidRDefault="002C3C87" w:rsidP="00AB5879"/>
        </w:tc>
      </w:tr>
      <w:tr w:rsidR="002C3C87" w14:paraId="16497ED2"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51B167F" w14:textId="77777777" w:rsidR="002C3C87" w:rsidRDefault="002C3C87" w:rsidP="00AB5879">
            <w:r>
              <w:rPr>
                <w:b/>
                <w:i/>
                <w:color w:val="17365D"/>
                <w:sz w:val="20"/>
              </w:rPr>
              <w:t>Escape point / detection failure</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3ADF87"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C9E0C45" w14:textId="77777777" w:rsidR="002C3C87" w:rsidRDefault="002C3C87" w:rsidP="00AB5879"/>
        </w:tc>
      </w:tr>
      <w:tr w:rsidR="002C3C87" w14:paraId="5CF386BB"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930A45" w14:textId="77777777" w:rsidR="002C3C87" w:rsidRDefault="002C3C87" w:rsidP="00AB5879">
            <w:r>
              <w:rPr>
                <w:b/>
                <w:i/>
                <w:color w:val="17365D"/>
                <w:sz w:val="20"/>
              </w:rPr>
              <w:t>Contributing causes</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FFDB396"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2DF5603" w14:textId="77777777" w:rsidR="002C3C87" w:rsidRDefault="002C3C87" w:rsidP="00AB5879"/>
        </w:tc>
      </w:tr>
    </w:tbl>
    <w:p w14:paraId="0584A561" w14:textId="77777777" w:rsidR="002C3C87" w:rsidRDefault="002C3C87" w:rsidP="002C3C87">
      <w:pPr>
        <w:pStyle w:val="Heading2"/>
        <w:spacing w:after="60" w:line="240" w:lineRule="auto"/>
      </w:pPr>
      <w:r>
        <w:rPr>
          <w:rFonts w:ascii="Arial" w:eastAsia="Arial" w:hAnsi="Arial" w:cs="Arial"/>
          <w:color w:val="17365D"/>
          <w:sz w:val="22"/>
        </w:rPr>
        <w:t>Root cause verification and causes ruled out</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319F6057"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CC92DDD" w14:textId="77777777" w:rsidR="002C3C87" w:rsidRDefault="002C3C87" w:rsidP="00AB5879">
            <w:r>
              <w:rPr>
                <w:b/>
                <w:color w:val="FFFFFF"/>
                <w:sz w:val="19"/>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CF156E4" w14:textId="77777777" w:rsidR="002C3C87" w:rsidRDefault="002C3C87" w:rsidP="00AB5879">
            <w:r>
              <w:rPr>
                <w:b/>
                <w:color w:val="FFFFFF"/>
                <w:sz w:val="19"/>
              </w:rPr>
              <w:t>Details</w:t>
            </w:r>
          </w:p>
        </w:tc>
      </w:tr>
      <w:tr w:rsidR="002C3C87" w14:paraId="4B5C313C"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A3FB894" w14:textId="77777777" w:rsidR="002C3C87" w:rsidRDefault="002C3C87" w:rsidP="00AB5879">
            <w:r>
              <w:rPr>
                <w:b/>
                <w:color w:val="17365D"/>
                <w:sz w:val="20"/>
              </w:rPr>
              <w:t>How the occurrence root cause was verified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998F0D8" w14:textId="77777777" w:rsidR="002C3C87" w:rsidRDefault="002C3C87" w:rsidP="00AB5879"/>
        </w:tc>
      </w:tr>
      <w:tr w:rsidR="002C3C87" w14:paraId="357BB81C"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AD9AF6D" w14:textId="77777777" w:rsidR="002C3C87" w:rsidRDefault="002C3C87" w:rsidP="00AB5879">
            <w:r>
              <w:rPr>
                <w:b/>
                <w:color w:val="17365D"/>
                <w:sz w:val="20"/>
              </w:rPr>
              <w:t>How the escape point / detection failure was verified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2BC043" w14:textId="77777777" w:rsidR="002C3C87" w:rsidRDefault="002C3C87" w:rsidP="00AB5879"/>
        </w:tc>
      </w:tr>
      <w:tr w:rsidR="002C3C87" w14:paraId="4F572053"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652E80E" w14:textId="77777777" w:rsidR="002C3C87" w:rsidRDefault="002C3C87" w:rsidP="00AB5879">
            <w:r>
              <w:rPr>
                <w:b/>
                <w:color w:val="17365D"/>
                <w:sz w:val="20"/>
              </w:rPr>
              <w:t>Possible causes checked and ruled out</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59D51C8" w14:textId="77777777" w:rsidR="002C3C87" w:rsidRDefault="002C3C87" w:rsidP="00AB5879"/>
        </w:tc>
      </w:tr>
      <w:tr w:rsidR="002C3C87" w14:paraId="7A275CBA"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C7FF29B" w14:textId="77777777" w:rsidR="002C3C87" w:rsidRDefault="002C3C87" w:rsidP="00AB5879">
            <w:r>
              <w:rPr>
                <w:b/>
                <w:color w:val="17365D"/>
                <w:sz w:val="20"/>
              </w:rPr>
              <w:t>What changed?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38B1813" w14:textId="77777777" w:rsidR="002C3C87" w:rsidRDefault="002C3C87" w:rsidP="00AB5879"/>
        </w:tc>
      </w:tr>
      <w:tr w:rsidR="002C3C87" w14:paraId="7E350B43"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31D44E1" w14:textId="77777777" w:rsidR="002C3C87" w:rsidRDefault="002C3C87" w:rsidP="00AB5879">
            <w:r>
              <w:rPr>
                <w:b/>
                <w:color w:val="17365D"/>
                <w:sz w:val="20"/>
              </w:rPr>
              <w:lastRenderedPageBreak/>
              <w:t>Does the root cause point to a document, control, training, maintenance, gage, supplier, or process weakness?</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4E84894" w14:textId="77777777" w:rsidR="002C3C87" w:rsidRDefault="002C3C87" w:rsidP="00AB5879"/>
        </w:tc>
      </w:tr>
    </w:tbl>
    <w:p w14:paraId="53FDFDB4" w14:textId="77777777" w:rsidR="002C3C87" w:rsidRDefault="002C3C87" w:rsidP="002C3C87">
      <w:pPr>
        <w:spacing w:after="80" w:line="240" w:lineRule="auto"/>
      </w:pPr>
    </w:p>
    <w:p w14:paraId="51FABFAD"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D5 - Choose and verify permanent corrective actions</w:t>
      </w:r>
    </w:p>
    <w:p w14:paraId="1B982F29"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Select corrective actions that address the verified occurrence root cause and escape point / detection failure. Verify the selected action is likely to fix the problem before full implementation where possible. Avoid actions that only retrain people unless the investigation shows training or competence was the actual cause.</w:t>
      </w:r>
    </w:p>
    <w:p w14:paraId="3855ED2B" w14:textId="77777777" w:rsidR="002C3C87" w:rsidRDefault="002C3C87" w:rsidP="002C3C87">
      <w:pPr>
        <w:pStyle w:val="Heading2"/>
        <w:spacing w:after="60" w:line="240" w:lineRule="auto"/>
      </w:pPr>
      <w:r>
        <w:rPr>
          <w:rFonts w:ascii="Arial" w:eastAsia="Arial" w:hAnsi="Arial" w:cs="Arial"/>
          <w:color w:val="17365D"/>
          <w:sz w:val="22"/>
        </w:rPr>
        <w:t>Corrective action options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721"/>
        <w:gridCol w:w="2016"/>
        <w:gridCol w:w="1713"/>
        <w:gridCol w:w="1815"/>
      </w:tblGrid>
      <w:tr w:rsidR="002C3C87" w14:paraId="01C1383C"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3786A14" w14:textId="77777777" w:rsidR="002C3C87" w:rsidRDefault="002C3C87" w:rsidP="00AB5879">
            <w:r>
              <w:rPr>
                <w:b/>
                <w:color w:val="FFFFFF"/>
                <w:sz w:val="19"/>
              </w:rPr>
              <w:t>Verified cause</w:t>
            </w:r>
          </w:p>
        </w:tc>
        <w:tc>
          <w:tcPr>
            <w:tcW w:w="272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D8A6AD7" w14:textId="77777777" w:rsidR="002C3C87" w:rsidRDefault="002C3C87" w:rsidP="00AB5879">
            <w:r>
              <w:rPr>
                <w:b/>
                <w:color w:val="FFFFFF"/>
                <w:sz w:val="19"/>
              </w:rPr>
              <w:t>Proposed corrective action</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2319152" w14:textId="77777777" w:rsidR="002C3C87" w:rsidRDefault="002C3C87" w:rsidP="00AB5879">
            <w:r>
              <w:rPr>
                <w:b/>
                <w:color w:val="FFFFFF"/>
                <w:sz w:val="19"/>
              </w:rPr>
              <w:t>How action addresses the cause</w:t>
            </w:r>
          </w:p>
        </w:tc>
        <w:tc>
          <w:tcPr>
            <w:tcW w:w="1713"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2A0E11D" w14:textId="77777777" w:rsidR="002C3C87" w:rsidRDefault="002C3C87" w:rsidP="00AB5879">
            <w:r>
              <w:rPr>
                <w:b/>
                <w:color w:val="FFFFFF"/>
                <w:sz w:val="19"/>
              </w:rPr>
              <w:t>Owner</w:t>
            </w:r>
          </w:p>
        </w:tc>
        <w:tc>
          <w:tcPr>
            <w:tcW w:w="181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0E8E5B6" w14:textId="77777777" w:rsidR="002C3C87" w:rsidRDefault="002C3C87" w:rsidP="00AB5879">
            <w:r>
              <w:rPr>
                <w:b/>
                <w:color w:val="FFFFFF"/>
                <w:sz w:val="19"/>
              </w:rPr>
              <w:t>Target date</w:t>
            </w:r>
          </w:p>
        </w:tc>
      </w:tr>
      <w:tr w:rsidR="002C3C87" w14:paraId="40DDD43C"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C97035A"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86889D0"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D7BFAA7"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84BCFE0"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F72C435" w14:textId="77777777" w:rsidR="002C3C87" w:rsidRDefault="002C3C87" w:rsidP="00AB5879">
            <w:r>
              <w:rPr>
                <w:color w:val="2D3748"/>
                <w:sz w:val="19"/>
              </w:rPr>
              <w:t xml:space="preserve"> </w:t>
            </w:r>
          </w:p>
        </w:tc>
      </w:tr>
      <w:tr w:rsidR="002C3C87" w14:paraId="05DF193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923D75E"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F09F54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C12C317"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6D3023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8093FBE" w14:textId="77777777" w:rsidR="002C3C87" w:rsidRDefault="002C3C87" w:rsidP="00AB5879">
            <w:r>
              <w:rPr>
                <w:color w:val="2D3748"/>
                <w:sz w:val="19"/>
              </w:rPr>
              <w:t xml:space="preserve"> </w:t>
            </w:r>
          </w:p>
        </w:tc>
      </w:tr>
      <w:tr w:rsidR="002C3C87" w14:paraId="093D1FD4"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AD8225C"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AAFE29"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AE54376"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59D42B"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92D4857" w14:textId="77777777" w:rsidR="002C3C87" w:rsidRDefault="002C3C87" w:rsidP="00AB5879">
            <w:r>
              <w:rPr>
                <w:color w:val="2D3748"/>
                <w:sz w:val="19"/>
              </w:rPr>
              <w:t xml:space="preserve"> </w:t>
            </w:r>
          </w:p>
        </w:tc>
      </w:tr>
      <w:tr w:rsidR="002C3C87" w14:paraId="3C5ED043"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8FAC2EA"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71435A5"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5ABBFA"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CEA5923"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56A5C2B" w14:textId="77777777" w:rsidR="002C3C87" w:rsidRDefault="002C3C87" w:rsidP="00AB5879">
            <w:r>
              <w:rPr>
                <w:color w:val="2D3748"/>
                <w:sz w:val="19"/>
              </w:rPr>
              <w:t xml:space="preserve"> </w:t>
            </w:r>
          </w:p>
        </w:tc>
      </w:tr>
      <w:tr w:rsidR="002C3C87" w14:paraId="708BAFC8"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C6870BC"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DB9A054"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548B406"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12F073F"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435D727" w14:textId="77777777" w:rsidR="002C3C87" w:rsidRDefault="002C3C87" w:rsidP="00AB5879">
            <w:r>
              <w:rPr>
                <w:color w:val="2D3748"/>
                <w:sz w:val="19"/>
              </w:rPr>
              <w:t xml:space="preserve"> </w:t>
            </w:r>
          </w:p>
        </w:tc>
      </w:tr>
    </w:tbl>
    <w:p w14:paraId="39E389D6" w14:textId="77777777" w:rsidR="002C3C87" w:rsidRDefault="002C3C87" w:rsidP="002C3C87">
      <w:pPr>
        <w:pStyle w:val="Heading2"/>
        <w:spacing w:after="60" w:line="240" w:lineRule="auto"/>
      </w:pPr>
      <w:r>
        <w:rPr>
          <w:rFonts w:ascii="Arial" w:eastAsia="Arial" w:hAnsi="Arial" w:cs="Arial"/>
          <w:color w:val="17365D"/>
          <w:sz w:val="22"/>
        </w:rPr>
        <w:t>Alternative actions considered</w:t>
      </w:r>
    </w:p>
    <w:p w14:paraId="692BAC15"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Briefly document alternative solutions considered and the rationale for the chosen path. Consider effectiveness, risk, side effects, resources, timing, and customer requirements. Add detailed actions to Appendix C where tracking is needed.</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7A2A616B" w14:textId="77777777" w:rsidTr="00AB5879">
        <w:trPr>
          <w:tblHeader/>
          <w:jc w:val="center"/>
        </w:trPr>
        <w:tc>
          <w:tcPr>
            <w:tcW w:w="5847" w:type="dxa"/>
            <w:gridSpan w:val="2"/>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759D8F" w14:textId="77777777" w:rsidR="002C3C87" w:rsidRDefault="002C3C87" w:rsidP="00AB5879">
            <w:r>
              <w:rPr>
                <w:b/>
                <w:color w:val="2D3748"/>
                <w:sz w:val="20"/>
              </w:rPr>
              <w:t>Alternatives considered and selection rationale</w:t>
            </w:r>
          </w:p>
        </w:tc>
      </w:tr>
      <w:tr w:rsidR="002C3C87" w14:paraId="5878F134" w14:textId="77777777" w:rsidTr="00AB5879">
        <w:trPr>
          <w:trHeight w:val="1152"/>
          <w:jc w:val="center"/>
        </w:trPr>
        <w:tc>
          <w:tcPr>
            <w:tcW w:w="5847" w:type="dxa"/>
            <w:gridSpan w:val="2"/>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6E84A58" w14:textId="77777777" w:rsidR="002C3C87" w:rsidRDefault="002C3C87" w:rsidP="00AB5879">
            <w:r>
              <w:rPr>
                <w:color w:val="2D3748"/>
                <w:sz w:val="20"/>
              </w:rPr>
              <w:t xml:space="preserve"> </w:t>
            </w:r>
          </w:p>
        </w:tc>
      </w:tr>
      <w:tr w:rsidR="002C3C87" w14:paraId="05D71D3F"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2CA2C90" w14:textId="77777777" w:rsidR="002C3C87" w:rsidRDefault="002C3C87" w:rsidP="00AB5879">
            <w:r>
              <w:rPr>
                <w:b/>
                <w:color w:val="17365D"/>
                <w:sz w:val="20"/>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1C4D88" w14:textId="77777777" w:rsidR="002C3C87" w:rsidRDefault="002C3C87" w:rsidP="00AB5879">
            <w:r>
              <w:rPr>
                <w:b/>
                <w:color w:val="2D3748"/>
                <w:sz w:val="20"/>
              </w:rPr>
              <w:t>Details</w:t>
            </w:r>
          </w:p>
        </w:tc>
      </w:tr>
      <w:tr w:rsidR="002C3C87" w14:paraId="239B4A95"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89AE43" w14:textId="77777777" w:rsidR="002C3C87" w:rsidRDefault="002C3C87" w:rsidP="00AB5879">
            <w:r>
              <w:rPr>
                <w:b/>
                <w:color w:val="17365D"/>
                <w:sz w:val="20"/>
              </w:rPr>
              <w:t>Selected corrective action rationale</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4EF18E8" w14:textId="77777777" w:rsidR="002C3C87" w:rsidRDefault="002C3C87" w:rsidP="00AB5879"/>
        </w:tc>
      </w:tr>
      <w:tr w:rsidR="002C3C87" w14:paraId="5722E2FA"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78908DA" w14:textId="77777777" w:rsidR="002C3C87" w:rsidRDefault="002C3C87" w:rsidP="00AB5879">
            <w:r>
              <w:rPr>
                <w:b/>
                <w:color w:val="17365D"/>
                <w:sz w:val="20"/>
              </w:rPr>
              <w:t>Pre-implementation verification or trial result</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255B0C" w14:textId="77777777" w:rsidR="002C3C87" w:rsidRDefault="002C3C87" w:rsidP="00AB5879"/>
        </w:tc>
      </w:tr>
      <w:tr w:rsidR="002C3C87" w14:paraId="2023DD6C"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06A8854" w14:textId="77777777" w:rsidR="002C3C87" w:rsidRDefault="002C3C87" w:rsidP="00AB5879">
            <w:r>
              <w:rPr>
                <w:b/>
                <w:color w:val="17365D"/>
                <w:sz w:val="20"/>
              </w:rPr>
              <w:t>Resources required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1FCF3DB" w14:textId="77777777" w:rsidR="002C3C87" w:rsidRDefault="002C3C87" w:rsidP="00AB5879"/>
        </w:tc>
      </w:tr>
      <w:tr w:rsidR="002C3C87" w14:paraId="02DAEED2"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AF228F1" w14:textId="77777777" w:rsidR="002C3C87" w:rsidRDefault="002C3C87" w:rsidP="00AB5879">
            <w:r>
              <w:rPr>
                <w:b/>
                <w:color w:val="17365D"/>
                <w:sz w:val="20"/>
              </w:rPr>
              <w:lastRenderedPageBreak/>
              <w:t>Customer approval needed before implementation?</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195B93" w14:textId="77777777" w:rsidR="002C3C87" w:rsidRDefault="002C3C87" w:rsidP="00AB5879">
            <w:r>
              <w:rPr>
                <w:color w:val="2D3748"/>
                <w:sz w:val="20"/>
              </w:rPr>
              <w:t>Yes / No / N/A. Add details if yes.</w:t>
            </w:r>
          </w:p>
        </w:tc>
      </w:tr>
      <w:tr w:rsidR="002C3C87" w14:paraId="1C947FF7"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408AEA8" w14:textId="77777777" w:rsidR="002C3C87" w:rsidRDefault="002C3C87" w:rsidP="00AB5879">
            <w:r>
              <w:rPr>
                <w:b/>
                <w:color w:val="17365D"/>
                <w:sz w:val="20"/>
              </w:rPr>
              <w:t>Service / field / shipped product plan needed?</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2117A1" w14:textId="77777777" w:rsidR="002C3C87" w:rsidRDefault="002C3C87" w:rsidP="00AB5879">
            <w:r>
              <w:rPr>
                <w:color w:val="2D3748"/>
                <w:sz w:val="20"/>
              </w:rPr>
              <w:t>Yes / No / N/A. Add details if yes.</w:t>
            </w:r>
          </w:p>
        </w:tc>
      </w:tr>
    </w:tbl>
    <w:p w14:paraId="07FDDF9B" w14:textId="77777777" w:rsidR="002C3C87" w:rsidRDefault="002C3C87" w:rsidP="002C3C87">
      <w:pPr>
        <w:spacing w:after="80" w:line="240" w:lineRule="auto"/>
      </w:pPr>
    </w:p>
    <w:p w14:paraId="3177EB9E"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D6 - Implement and validate permanent corrective actions</w:t>
      </w:r>
    </w:p>
    <w:p w14:paraId="6096C99D"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Record the implementation of the selected corrective actions and confirm they worked. Include owners, dates, evidence, and results. Validation should show that the problem has been reduced or eliminated after the action, not just that the action was completed.</w:t>
      </w:r>
    </w:p>
    <w:p w14:paraId="13C1753D" w14:textId="77777777" w:rsidR="002C3C87" w:rsidRDefault="002C3C87" w:rsidP="002C3C87">
      <w:pPr>
        <w:pStyle w:val="Heading2"/>
        <w:spacing w:after="60" w:line="240" w:lineRule="auto"/>
      </w:pPr>
      <w:r>
        <w:rPr>
          <w:rFonts w:ascii="Arial" w:eastAsia="Arial" w:hAnsi="Arial" w:cs="Arial"/>
          <w:color w:val="17365D"/>
          <w:sz w:val="22"/>
        </w:rPr>
        <w:t>Implementation plan and status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017"/>
        <w:gridCol w:w="1612"/>
        <w:gridCol w:w="1512"/>
        <w:gridCol w:w="1612"/>
        <w:gridCol w:w="1512"/>
      </w:tblGrid>
      <w:tr w:rsidR="002C3C87" w14:paraId="7C99A488"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FBB5988" w14:textId="77777777" w:rsidR="002C3C87" w:rsidRDefault="002C3C87" w:rsidP="00AB5879">
            <w:r>
              <w:rPr>
                <w:b/>
                <w:color w:val="FFFFFF"/>
                <w:sz w:val="19"/>
              </w:rPr>
              <w:t>Corrective action</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166B556" w14:textId="77777777" w:rsidR="002C3C87" w:rsidRDefault="002C3C87" w:rsidP="00AB5879">
            <w:r>
              <w:rPr>
                <w:b/>
                <w:color w:val="FFFFFF"/>
                <w:sz w:val="19"/>
              </w:rPr>
              <w:t>Owner</w:t>
            </w:r>
          </w:p>
        </w:tc>
        <w:tc>
          <w:tcPr>
            <w:tcW w:w="16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C4772B1" w14:textId="77777777" w:rsidR="002C3C87" w:rsidRDefault="002C3C87" w:rsidP="00AB5879">
            <w:r>
              <w:rPr>
                <w:b/>
                <w:color w:val="FFFFFF"/>
                <w:sz w:val="19"/>
              </w:rPr>
              <w:t>Due date</w:t>
            </w:r>
          </w:p>
        </w:tc>
        <w:tc>
          <w:tcPr>
            <w:tcW w:w="15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C07D0F6" w14:textId="77777777" w:rsidR="002C3C87" w:rsidRDefault="002C3C87" w:rsidP="00AB5879">
            <w:r>
              <w:rPr>
                <w:b/>
                <w:color w:val="FFFFFF"/>
                <w:sz w:val="19"/>
              </w:rPr>
              <w:t>Completed date</w:t>
            </w:r>
          </w:p>
        </w:tc>
        <w:tc>
          <w:tcPr>
            <w:tcW w:w="16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22E82D22" w14:textId="77777777" w:rsidR="002C3C87" w:rsidRDefault="002C3C87" w:rsidP="00AB5879">
            <w:r>
              <w:rPr>
                <w:b/>
                <w:color w:val="FFFFFF"/>
                <w:sz w:val="19"/>
              </w:rPr>
              <w:t>Implementation evidence</w:t>
            </w:r>
          </w:p>
        </w:tc>
        <w:tc>
          <w:tcPr>
            <w:tcW w:w="15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0183AEE" w14:textId="77777777" w:rsidR="002C3C87" w:rsidRDefault="002C3C87" w:rsidP="00AB5879">
            <w:r>
              <w:rPr>
                <w:b/>
                <w:color w:val="FFFFFF"/>
                <w:sz w:val="19"/>
              </w:rPr>
              <w:t>Status</w:t>
            </w:r>
          </w:p>
        </w:tc>
      </w:tr>
      <w:tr w:rsidR="002C3C87" w14:paraId="290D9C30"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D4A011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17FF8F"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2B3D9A1"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B0D6AC"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3284E83"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58E31C" w14:textId="77777777" w:rsidR="002C3C87" w:rsidRDefault="002C3C87" w:rsidP="00AB5879">
            <w:r>
              <w:rPr>
                <w:color w:val="2D3748"/>
                <w:sz w:val="19"/>
              </w:rPr>
              <w:t xml:space="preserve"> </w:t>
            </w:r>
          </w:p>
        </w:tc>
      </w:tr>
      <w:tr w:rsidR="002C3C87" w14:paraId="5FA46FD7"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A2DB06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D47C5E"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3B3D0AF"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597554"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F71AB8"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C8BA6A" w14:textId="77777777" w:rsidR="002C3C87" w:rsidRDefault="002C3C87" w:rsidP="00AB5879">
            <w:r>
              <w:rPr>
                <w:color w:val="2D3748"/>
                <w:sz w:val="19"/>
              </w:rPr>
              <w:t xml:space="preserve"> </w:t>
            </w:r>
          </w:p>
        </w:tc>
      </w:tr>
      <w:tr w:rsidR="002C3C87" w14:paraId="4C333CBC"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2636458"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A0D6A9E"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FC029C1"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A0EC2C8"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3533B43"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15538F" w14:textId="77777777" w:rsidR="002C3C87" w:rsidRDefault="002C3C87" w:rsidP="00AB5879">
            <w:r>
              <w:rPr>
                <w:color w:val="2D3748"/>
                <w:sz w:val="19"/>
              </w:rPr>
              <w:t xml:space="preserve"> </w:t>
            </w:r>
          </w:p>
        </w:tc>
      </w:tr>
      <w:tr w:rsidR="002C3C87" w14:paraId="5B716157"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4ADE371"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FB5C82"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18EE19"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A730D1F"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ACB4882"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3A992CB" w14:textId="77777777" w:rsidR="002C3C87" w:rsidRDefault="002C3C87" w:rsidP="00AB5879">
            <w:r>
              <w:rPr>
                <w:color w:val="2D3748"/>
                <w:sz w:val="19"/>
              </w:rPr>
              <w:t xml:space="preserve"> </w:t>
            </w:r>
          </w:p>
        </w:tc>
      </w:tr>
      <w:tr w:rsidR="002C3C87" w14:paraId="204E15A3"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7B04084"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A7CFBC"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3D93996"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F83049C"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54BBB2"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B1927F" w14:textId="77777777" w:rsidR="002C3C87" w:rsidRDefault="002C3C87" w:rsidP="00AB5879">
            <w:r>
              <w:rPr>
                <w:color w:val="2D3748"/>
                <w:sz w:val="19"/>
              </w:rPr>
              <w:t xml:space="preserve"> </w:t>
            </w:r>
          </w:p>
        </w:tc>
      </w:tr>
      <w:tr w:rsidR="002C3C87" w14:paraId="2188AF0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EA0DFA9"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CB1413E"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720C243"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EC95CE8"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FDFE94"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41C6CDA" w14:textId="77777777" w:rsidR="002C3C87" w:rsidRDefault="002C3C87" w:rsidP="00AB5879">
            <w:r>
              <w:rPr>
                <w:color w:val="2D3748"/>
                <w:sz w:val="19"/>
              </w:rPr>
              <w:t xml:space="preserve"> </w:t>
            </w:r>
          </w:p>
        </w:tc>
      </w:tr>
      <w:tr w:rsidR="002C3C87" w14:paraId="6487ACAC"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3B066FC"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16B7C2E"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387D81D"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D7A9D7C"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3F88CCA"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13E0D0F" w14:textId="77777777" w:rsidR="002C3C87" w:rsidRDefault="002C3C87" w:rsidP="00AB5879">
            <w:r>
              <w:rPr>
                <w:color w:val="2D3748"/>
                <w:sz w:val="19"/>
              </w:rPr>
              <w:t xml:space="preserve"> </w:t>
            </w:r>
          </w:p>
        </w:tc>
      </w:tr>
    </w:tbl>
    <w:p w14:paraId="43F8337A" w14:textId="77777777" w:rsidR="002C3C87" w:rsidRDefault="002C3C87" w:rsidP="002C3C87">
      <w:pPr>
        <w:pStyle w:val="Heading2"/>
        <w:spacing w:after="60" w:line="240" w:lineRule="auto"/>
      </w:pPr>
      <w:r>
        <w:rPr>
          <w:rFonts w:ascii="Arial" w:eastAsia="Arial" w:hAnsi="Arial" w:cs="Arial"/>
          <w:color w:val="17365D"/>
          <w:sz w:val="22"/>
        </w:rPr>
        <w:t>Before / after comparison</w:t>
      </w:r>
    </w:p>
    <w:p w14:paraId="23DBA5DD"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Describe and compare the condition before and after implementation. Use data where possible.</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721"/>
        <w:gridCol w:w="2016"/>
        <w:gridCol w:w="1713"/>
        <w:gridCol w:w="1815"/>
      </w:tblGrid>
      <w:tr w:rsidR="002C3C87" w14:paraId="0C76B654"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C76E142" w14:textId="77777777" w:rsidR="002C3C87" w:rsidRDefault="002C3C87" w:rsidP="00AB5879">
            <w:r>
              <w:rPr>
                <w:b/>
                <w:color w:val="FFFFFF"/>
                <w:sz w:val="19"/>
              </w:rPr>
              <w:t>Measure / condition</w:t>
            </w:r>
          </w:p>
        </w:tc>
        <w:tc>
          <w:tcPr>
            <w:tcW w:w="272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7AC6FE0" w14:textId="77777777" w:rsidR="002C3C87" w:rsidRDefault="002C3C87" w:rsidP="00AB5879">
            <w:r>
              <w:rPr>
                <w:b/>
                <w:color w:val="FFFFFF"/>
                <w:sz w:val="19"/>
              </w:rPr>
              <w:t>Before action</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D4CC87A" w14:textId="77777777" w:rsidR="002C3C87" w:rsidRDefault="002C3C87" w:rsidP="00AB5879">
            <w:r>
              <w:rPr>
                <w:b/>
                <w:color w:val="FFFFFF"/>
                <w:sz w:val="19"/>
              </w:rPr>
              <w:t>After action</w:t>
            </w:r>
          </w:p>
        </w:tc>
        <w:tc>
          <w:tcPr>
            <w:tcW w:w="1713"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5B3E3F0" w14:textId="77777777" w:rsidR="002C3C87" w:rsidRDefault="002C3C87" w:rsidP="00AB5879">
            <w:r>
              <w:rPr>
                <w:b/>
                <w:color w:val="FFFFFF"/>
                <w:sz w:val="19"/>
              </w:rPr>
              <w:t>Acceptance criteria</w:t>
            </w:r>
          </w:p>
        </w:tc>
        <w:tc>
          <w:tcPr>
            <w:tcW w:w="181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13C2C27" w14:textId="77777777" w:rsidR="002C3C87" w:rsidRDefault="002C3C87" w:rsidP="00AB5879">
            <w:r>
              <w:rPr>
                <w:b/>
                <w:color w:val="FFFFFF"/>
                <w:sz w:val="19"/>
              </w:rPr>
              <w:t>Evidence</w:t>
            </w:r>
          </w:p>
        </w:tc>
      </w:tr>
      <w:tr w:rsidR="002C3C87" w14:paraId="1C1B617B"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13D660B"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B80904E"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E2CF826"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E388E5D"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ABA6758" w14:textId="77777777" w:rsidR="002C3C87" w:rsidRDefault="002C3C87" w:rsidP="00AB5879">
            <w:r>
              <w:rPr>
                <w:color w:val="2D3748"/>
                <w:sz w:val="19"/>
              </w:rPr>
              <w:t xml:space="preserve"> </w:t>
            </w:r>
          </w:p>
        </w:tc>
      </w:tr>
      <w:tr w:rsidR="002C3C87" w14:paraId="520DD87B"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1775C3C"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B1A5E9C"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AC6753"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A04E77E"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931AEDC" w14:textId="77777777" w:rsidR="002C3C87" w:rsidRDefault="002C3C87" w:rsidP="00AB5879">
            <w:r>
              <w:rPr>
                <w:color w:val="2D3748"/>
                <w:sz w:val="19"/>
              </w:rPr>
              <w:t xml:space="preserve"> </w:t>
            </w:r>
          </w:p>
        </w:tc>
      </w:tr>
      <w:tr w:rsidR="002C3C87" w14:paraId="2842393C"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836C71D"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8819AF8"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F230A9D"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5AFFCE"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4144259" w14:textId="77777777" w:rsidR="002C3C87" w:rsidRDefault="002C3C87" w:rsidP="00AB5879">
            <w:r>
              <w:rPr>
                <w:color w:val="2D3748"/>
                <w:sz w:val="19"/>
              </w:rPr>
              <w:t xml:space="preserve"> </w:t>
            </w:r>
          </w:p>
        </w:tc>
      </w:tr>
      <w:tr w:rsidR="002C3C87" w14:paraId="78B3C596"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F9A71AA"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307497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9996737"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D1989C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7C7D7EE" w14:textId="77777777" w:rsidR="002C3C87" w:rsidRDefault="002C3C87" w:rsidP="00AB5879">
            <w:r>
              <w:rPr>
                <w:color w:val="2D3748"/>
                <w:sz w:val="19"/>
              </w:rPr>
              <w:t xml:space="preserve"> </w:t>
            </w:r>
          </w:p>
        </w:tc>
      </w:tr>
    </w:tbl>
    <w:p w14:paraId="23AFFC90" w14:textId="77777777" w:rsidR="002C3C87" w:rsidRDefault="002C3C87" w:rsidP="002C3C87">
      <w:pPr>
        <w:pStyle w:val="Heading2"/>
        <w:spacing w:after="60" w:line="240" w:lineRule="auto"/>
      </w:pPr>
      <w:r>
        <w:rPr>
          <w:rFonts w:ascii="Arial" w:eastAsia="Arial" w:hAnsi="Arial" w:cs="Arial"/>
          <w:color w:val="17365D"/>
          <w:sz w:val="22"/>
        </w:rPr>
        <w:lastRenderedPageBreak/>
        <w:t>Validation &amp; effectiveness plan</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017"/>
        <w:gridCol w:w="1612"/>
        <w:gridCol w:w="1512"/>
        <w:gridCol w:w="1612"/>
        <w:gridCol w:w="1512"/>
      </w:tblGrid>
      <w:tr w:rsidR="002C3C87" w14:paraId="36B35EB2"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178D789" w14:textId="77777777" w:rsidR="002C3C87" w:rsidRDefault="002C3C87" w:rsidP="00AB5879">
            <w:r>
              <w:rPr>
                <w:b/>
                <w:color w:val="FFFFFF"/>
                <w:sz w:val="19"/>
              </w:rPr>
              <w:t>Check method</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3F17798" w14:textId="77777777" w:rsidR="002C3C87" w:rsidRDefault="002C3C87" w:rsidP="00AB5879">
            <w:r>
              <w:rPr>
                <w:b/>
                <w:color w:val="FFFFFF"/>
                <w:sz w:val="19"/>
              </w:rPr>
              <w:t>Acceptance criteria</w:t>
            </w:r>
          </w:p>
        </w:tc>
        <w:tc>
          <w:tcPr>
            <w:tcW w:w="16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185A702" w14:textId="77777777" w:rsidR="002C3C87" w:rsidRDefault="002C3C87" w:rsidP="00AB5879">
            <w:r>
              <w:rPr>
                <w:b/>
                <w:color w:val="FFFFFF"/>
                <w:sz w:val="19"/>
              </w:rPr>
              <w:t>Monitoring period</w:t>
            </w:r>
          </w:p>
        </w:tc>
        <w:tc>
          <w:tcPr>
            <w:tcW w:w="15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F64D8AF" w14:textId="77777777" w:rsidR="002C3C87" w:rsidRDefault="002C3C87" w:rsidP="00AB5879">
            <w:r>
              <w:rPr>
                <w:b/>
                <w:color w:val="FFFFFF"/>
                <w:sz w:val="19"/>
              </w:rPr>
              <w:t>Result</w:t>
            </w:r>
          </w:p>
        </w:tc>
        <w:tc>
          <w:tcPr>
            <w:tcW w:w="16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AD98D10" w14:textId="77777777" w:rsidR="002C3C87" w:rsidRDefault="002C3C87" w:rsidP="00AB5879">
            <w:r>
              <w:rPr>
                <w:b/>
                <w:color w:val="FFFFFF"/>
                <w:sz w:val="19"/>
              </w:rPr>
              <w:t>Date checked</w:t>
            </w:r>
          </w:p>
        </w:tc>
        <w:tc>
          <w:tcPr>
            <w:tcW w:w="15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7057056" w14:textId="77777777" w:rsidR="002C3C87" w:rsidRDefault="002C3C87" w:rsidP="00AB5879">
            <w:r>
              <w:rPr>
                <w:b/>
                <w:color w:val="FFFFFF"/>
                <w:sz w:val="19"/>
              </w:rPr>
              <w:t>Checked by</w:t>
            </w:r>
          </w:p>
        </w:tc>
      </w:tr>
      <w:tr w:rsidR="002C3C87" w14:paraId="3F5653EF"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A44A92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719485B"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FF99E13"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3248FF"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2272F7B"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558182" w14:textId="77777777" w:rsidR="002C3C87" w:rsidRDefault="002C3C87" w:rsidP="00AB5879">
            <w:r>
              <w:rPr>
                <w:color w:val="2D3748"/>
                <w:sz w:val="19"/>
              </w:rPr>
              <w:t xml:space="preserve"> </w:t>
            </w:r>
          </w:p>
        </w:tc>
      </w:tr>
      <w:tr w:rsidR="002C3C87" w14:paraId="7543B069"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DDECD64"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77A5FCE"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CBA19A8"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A77283C"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84F5658"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6B051EC" w14:textId="77777777" w:rsidR="002C3C87" w:rsidRDefault="002C3C87" w:rsidP="00AB5879">
            <w:r>
              <w:rPr>
                <w:color w:val="2D3748"/>
                <w:sz w:val="19"/>
              </w:rPr>
              <w:t xml:space="preserve"> </w:t>
            </w:r>
          </w:p>
        </w:tc>
      </w:tr>
      <w:tr w:rsidR="002C3C87" w14:paraId="0072C465"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0D398A4"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093A605"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54CA83"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EE9BC03"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7DE904F"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532302" w14:textId="77777777" w:rsidR="002C3C87" w:rsidRDefault="002C3C87" w:rsidP="00AB5879">
            <w:r>
              <w:rPr>
                <w:color w:val="2D3748"/>
                <w:sz w:val="19"/>
              </w:rPr>
              <w:t xml:space="preserve"> </w:t>
            </w:r>
          </w:p>
        </w:tc>
      </w:tr>
      <w:tr w:rsidR="002C3C87" w14:paraId="48C9DAB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DE500CD"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55C9575"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BDE9EC5"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67DA94F"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DD508F3"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C53689" w14:textId="77777777" w:rsidR="002C3C87" w:rsidRDefault="002C3C87" w:rsidP="00AB5879">
            <w:r>
              <w:rPr>
                <w:color w:val="2D3748"/>
                <w:sz w:val="19"/>
              </w:rPr>
              <w:t xml:space="preserve"> </w:t>
            </w:r>
          </w:p>
        </w:tc>
      </w:tr>
      <w:tr w:rsidR="002C3C87" w14:paraId="2819313B"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2D994FA"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34E826"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BAF5E4"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777EE96"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F08EAA0"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41DD8F7" w14:textId="77777777" w:rsidR="002C3C87" w:rsidRDefault="002C3C87" w:rsidP="00AB5879">
            <w:r>
              <w:rPr>
                <w:color w:val="2D3748"/>
                <w:sz w:val="19"/>
              </w:rPr>
              <w:t xml:space="preserve"> </w:t>
            </w:r>
          </w:p>
        </w:tc>
      </w:tr>
      <w:tr w:rsidR="002C3C87" w14:paraId="0948051D" w14:textId="77777777" w:rsidTr="00AB5879">
        <w:trPr>
          <w:tblHeader/>
          <w:jc w:val="center"/>
        </w:trPr>
        <w:tc>
          <w:tcPr>
            <w:tcW w:w="16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982726F" w14:textId="77777777" w:rsidR="002C3C87" w:rsidRDefault="002C3C87" w:rsidP="00AB5879">
            <w:r>
              <w:rPr>
                <w:b/>
                <w:color w:val="2D3748"/>
                <w:sz w:val="19"/>
              </w:rPr>
              <w:t>Item</w:t>
            </w:r>
          </w:p>
        </w:tc>
        <w:tc>
          <w:tcPr>
            <w:tcW w:w="15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C6CE989" w14:textId="77777777" w:rsidR="002C3C87" w:rsidRDefault="002C3C87" w:rsidP="00AB5879">
            <w:r>
              <w:rPr>
                <w:b/>
                <w:color w:val="2D3748"/>
                <w:sz w:val="19"/>
              </w:rPr>
              <w:t>Details</w:t>
            </w:r>
          </w:p>
        </w:tc>
      </w:tr>
      <w:tr w:rsidR="002C3C87" w14:paraId="4A5CF897" w14:textId="77777777" w:rsidTr="00AB5879">
        <w:trPr>
          <w:jc w:val="center"/>
        </w:trPr>
        <w:tc>
          <w:tcPr>
            <w:tcW w:w="16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AF8E2EF" w14:textId="77777777" w:rsidR="002C3C87" w:rsidRDefault="002C3C87" w:rsidP="00AB5879">
            <w:r>
              <w:rPr>
                <w:b/>
                <w:color w:val="2D3748"/>
                <w:sz w:val="19"/>
              </w:rPr>
              <w:t>Validation conclusion</w:t>
            </w:r>
          </w:p>
        </w:tc>
        <w:tc>
          <w:tcPr>
            <w:tcW w:w="15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926A38C" w14:textId="77777777" w:rsidR="002C3C87" w:rsidRDefault="002C3C87" w:rsidP="00AB5879"/>
        </w:tc>
      </w:tr>
      <w:tr w:rsidR="002C3C87" w14:paraId="3AA76A8B" w14:textId="77777777" w:rsidTr="00AB5879">
        <w:trPr>
          <w:jc w:val="center"/>
        </w:trPr>
        <w:tc>
          <w:tcPr>
            <w:tcW w:w="16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BB9A4AD" w14:textId="77777777" w:rsidR="002C3C87" w:rsidRDefault="002C3C87" w:rsidP="00AB5879">
            <w:r>
              <w:rPr>
                <w:b/>
                <w:color w:val="2D3748"/>
                <w:sz w:val="19"/>
              </w:rPr>
              <w:t>Was containment removed or replaced by permanent control?</w:t>
            </w:r>
          </w:p>
        </w:tc>
        <w:tc>
          <w:tcPr>
            <w:tcW w:w="15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BEF694C" w14:textId="77777777" w:rsidR="002C3C87" w:rsidRDefault="002C3C87" w:rsidP="00AB5879">
            <w:r>
              <w:rPr>
                <w:color w:val="2D3748"/>
                <w:sz w:val="19"/>
              </w:rPr>
              <w:t>Yes / No / N/A. Add evidence and date removed.</w:t>
            </w:r>
          </w:p>
        </w:tc>
      </w:tr>
      <w:tr w:rsidR="002C3C87" w14:paraId="2D56D5BF" w14:textId="77777777" w:rsidTr="00AB5879">
        <w:trPr>
          <w:jc w:val="center"/>
        </w:trPr>
        <w:tc>
          <w:tcPr>
            <w:tcW w:w="16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3AF197B" w14:textId="77777777" w:rsidR="002C3C87" w:rsidRDefault="002C3C87" w:rsidP="00AB5879">
            <w:r>
              <w:rPr>
                <w:b/>
                <w:color w:val="2D3748"/>
                <w:sz w:val="19"/>
              </w:rPr>
              <w:t>Were changes communicated to affected people or stakeholders?</w:t>
            </w:r>
          </w:p>
        </w:tc>
        <w:tc>
          <w:tcPr>
            <w:tcW w:w="15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716C5C" w14:textId="77777777" w:rsidR="002C3C87" w:rsidRDefault="002C3C87" w:rsidP="00AB5879">
            <w:r>
              <w:rPr>
                <w:color w:val="2D3748"/>
                <w:sz w:val="19"/>
              </w:rPr>
              <w:t>Yes / No / N/A. Add details.</w:t>
            </w:r>
          </w:p>
        </w:tc>
      </w:tr>
      <w:tr w:rsidR="002C3C87" w14:paraId="1CA9264F" w14:textId="77777777" w:rsidTr="00AB5879">
        <w:trPr>
          <w:jc w:val="center"/>
        </w:trPr>
        <w:tc>
          <w:tcPr>
            <w:tcW w:w="16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752CF6F" w14:textId="77777777" w:rsidR="002C3C87" w:rsidRDefault="002C3C87" w:rsidP="00AB5879">
            <w:r>
              <w:rPr>
                <w:b/>
                <w:color w:val="2D3748"/>
                <w:sz w:val="19"/>
              </w:rPr>
              <w:t>Return to root cause analysis needed?</w:t>
            </w:r>
          </w:p>
        </w:tc>
        <w:tc>
          <w:tcPr>
            <w:tcW w:w="1512" w:type="dxa"/>
            <w:gridSpan w:val="3"/>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EECC75E" w14:textId="77777777" w:rsidR="002C3C87" w:rsidRDefault="002C3C87" w:rsidP="00AB5879">
            <w:r>
              <w:rPr>
                <w:color w:val="2D3748"/>
                <w:sz w:val="19"/>
              </w:rPr>
              <w:t>Yes / No. Explain if yes.</w:t>
            </w:r>
          </w:p>
        </w:tc>
      </w:tr>
    </w:tbl>
    <w:p w14:paraId="202F7147"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D7 - Prevent recurrence</w:t>
      </w:r>
    </w:p>
    <w:p w14:paraId="57197CB2"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Record the system changes that help prevent the same or similar problem from happening again. Think beyond the affected part. Consider similar products, processes, suppliers, work instructions, control plans, inspection points, training, maintenance, and audit checks.</w:t>
      </w:r>
    </w:p>
    <w:p w14:paraId="07D19295" w14:textId="77777777" w:rsidR="002C3C87" w:rsidRDefault="002C3C87" w:rsidP="002C3C87">
      <w:pPr>
        <w:pStyle w:val="Heading2"/>
        <w:spacing w:after="60" w:line="240" w:lineRule="auto"/>
      </w:pPr>
      <w:r>
        <w:rPr>
          <w:rFonts w:ascii="Arial" w:eastAsia="Arial" w:hAnsi="Arial" w:cs="Arial"/>
          <w:color w:val="17365D"/>
          <w:sz w:val="22"/>
        </w:rPr>
        <w:br/>
        <w:t>Prevention actions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017"/>
        <w:gridCol w:w="1612"/>
        <w:gridCol w:w="1512"/>
        <w:gridCol w:w="1612"/>
        <w:gridCol w:w="1512"/>
      </w:tblGrid>
      <w:tr w:rsidR="002C3C87" w14:paraId="6232FE1D"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DF11069" w14:textId="77777777" w:rsidR="002C3C87" w:rsidRDefault="002C3C87" w:rsidP="00AB5879">
            <w:r>
              <w:rPr>
                <w:b/>
                <w:color w:val="FFFFFF"/>
                <w:sz w:val="19"/>
              </w:rPr>
              <w:t>Prevention action</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40F3B0C" w14:textId="77777777" w:rsidR="002C3C87" w:rsidRDefault="002C3C87" w:rsidP="00AB5879">
            <w:r>
              <w:rPr>
                <w:b/>
                <w:color w:val="FFFFFF"/>
                <w:sz w:val="19"/>
              </w:rPr>
              <w:t>Document / process affected</w:t>
            </w:r>
          </w:p>
        </w:tc>
        <w:tc>
          <w:tcPr>
            <w:tcW w:w="16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7593054" w14:textId="77777777" w:rsidR="002C3C87" w:rsidRDefault="002C3C87" w:rsidP="00AB5879">
            <w:r>
              <w:rPr>
                <w:b/>
                <w:color w:val="FFFFFF"/>
                <w:sz w:val="19"/>
              </w:rPr>
              <w:t>Owner</w:t>
            </w:r>
          </w:p>
        </w:tc>
        <w:tc>
          <w:tcPr>
            <w:tcW w:w="15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39FA876" w14:textId="77777777" w:rsidR="002C3C87" w:rsidRDefault="002C3C87" w:rsidP="00AB5879">
            <w:r>
              <w:rPr>
                <w:b/>
                <w:color w:val="FFFFFF"/>
                <w:sz w:val="19"/>
              </w:rPr>
              <w:t>Due date</w:t>
            </w:r>
          </w:p>
        </w:tc>
        <w:tc>
          <w:tcPr>
            <w:tcW w:w="16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F0E7536" w14:textId="77777777" w:rsidR="002C3C87" w:rsidRDefault="002C3C87" w:rsidP="00AB5879">
            <w:r>
              <w:rPr>
                <w:b/>
                <w:color w:val="FFFFFF"/>
                <w:sz w:val="19"/>
              </w:rPr>
              <w:t>Completed date</w:t>
            </w:r>
          </w:p>
        </w:tc>
        <w:tc>
          <w:tcPr>
            <w:tcW w:w="1512"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8B350E4" w14:textId="77777777" w:rsidR="002C3C87" w:rsidRDefault="002C3C87" w:rsidP="00AB5879">
            <w:r>
              <w:rPr>
                <w:b/>
                <w:color w:val="FFFFFF"/>
                <w:sz w:val="19"/>
              </w:rPr>
              <w:t>Evidence</w:t>
            </w:r>
          </w:p>
        </w:tc>
      </w:tr>
      <w:tr w:rsidR="002C3C87" w14:paraId="22935E15"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94B7CB8"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FFC850C"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588EDE8"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11BC13D"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D1007A"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D0C0E75" w14:textId="77777777" w:rsidR="002C3C87" w:rsidRDefault="002C3C87" w:rsidP="00AB5879">
            <w:r>
              <w:rPr>
                <w:color w:val="2D3748"/>
                <w:sz w:val="19"/>
              </w:rPr>
              <w:t xml:space="preserve"> </w:t>
            </w:r>
          </w:p>
        </w:tc>
      </w:tr>
      <w:tr w:rsidR="002C3C87" w14:paraId="2F8FCAFA"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A8D16F9"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1B7074A"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59F8640"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3EE17AD"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0EF3D5"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8ACFDC2" w14:textId="77777777" w:rsidR="002C3C87" w:rsidRDefault="002C3C87" w:rsidP="00AB5879">
            <w:r>
              <w:rPr>
                <w:color w:val="2D3748"/>
                <w:sz w:val="19"/>
              </w:rPr>
              <w:t xml:space="preserve"> </w:t>
            </w:r>
          </w:p>
        </w:tc>
      </w:tr>
      <w:tr w:rsidR="002C3C87" w14:paraId="3CE3DE8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A6AA7F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8B9C190"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437232"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B80F3E8"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D19DBFC"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418F7B6" w14:textId="77777777" w:rsidR="002C3C87" w:rsidRDefault="002C3C87" w:rsidP="00AB5879">
            <w:r>
              <w:rPr>
                <w:color w:val="2D3748"/>
                <w:sz w:val="19"/>
              </w:rPr>
              <w:t xml:space="preserve"> </w:t>
            </w:r>
          </w:p>
        </w:tc>
      </w:tr>
      <w:tr w:rsidR="002C3C87" w14:paraId="73A32ACF"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CDDB479"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6132FD"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BEDF41F"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2BB056F"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BCC2155"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1278196" w14:textId="77777777" w:rsidR="002C3C87" w:rsidRDefault="002C3C87" w:rsidP="00AB5879">
            <w:r>
              <w:rPr>
                <w:color w:val="2D3748"/>
                <w:sz w:val="19"/>
              </w:rPr>
              <w:t xml:space="preserve"> </w:t>
            </w:r>
          </w:p>
        </w:tc>
      </w:tr>
      <w:tr w:rsidR="002C3C87" w14:paraId="401EF2FA"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5AE46CD"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9DF0D34"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D0A387E"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C2600E2"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8FCA00A"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E94737B" w14:textId="77777777" w:rsidR="002C3C87" w:rsidRDefault="002C3C87" w:rsidP="00AB5879">
            <w:r>
              <w:rPr>
                <w:color w:val="2D3748"/>
                <w:sz w:val="19"/>
              </w:rPr>
              <w:t xml:space="preserve"> </w:t>
            </w:r>
          </w:p>
        </w:tc>
      </w:tr>
      <w:tr w:rsidR="002C3C87" w14:paraId="34F271B2"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E5C2A9F"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DC12BE"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5C7DBF8"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F4E5D82" w14:textId="77777777" w:rsidR="002C3C87" w:rsidRDefault="002C3C87" w:rsidP="00AB5879">
            <w:r>
              <w:rPr>
                <w:color w:val="2D3748"/>
                <w:sz w:val="19"/>
              </w:rPr>
              <w:t xml:space="preserve"> </w:t>
            </w:r>
          </w:p>
        </w:tc>
        <w:tc>
          <w:tcPr>
            <w:tcW w:w="16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C6628B4" w14:textId="77777777" w:rsidR="002C3C87" w:rsidRDefault="002C3C87" w:rsidP="00AB5879">
            <w:r>
              <w:rPr>
                <w:color w:val="2D3748"/>
                <w:sz w:val="19"/>
              </w:rPr>
              <w:t xml:space="preserve"> </w:t>
            </w:r>
          </w:p>
        </w:tc>
        <w:tc>
          <w:tcPr>
            <w:tcW w:w="1512"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634717B" w14:textId="77777777" w:rsidR="002C3C87" w:rsidRDefault="002C3C87" w:rsidP="00AB5879">
            <w:r>
              <w:rPr>
                <w:color w:val="2D3748"/>
                <w:sz w:val="19"/>
              </w:rPr>
              <w:t xml:space="preserve"> </w:t>
            </w:r>
          </w:p>
        </w:tc>
      </w:tr>
    </w:tbl>
    <w:p w14:paraId="540096B9" w14:textId="77777777" w:rsidR="002C3C87" w:rsidRDefault="002C3C87" w:rsidP="002C3C87">
      <w:pPr>
        <w:pStyle w:val="Heading2"/>
        <w:spacing w:after="60" w:line="240" w:lineRule="auto"/>
      </w:pPr>
      <w:r>
        <w:rPr>
          <w:rFonts w:ascii="Arial" w:eastAsia="Arial" w:hAnsi="Arial" w:cs="Arial"/>
          <w:color w:val="17365D"/>
          <w:sz w:val="22"/>
        </w:rPr>
        <w:lastRenderedPageBreak/>
        <w:br/>
        <w:t>Similar product / process review</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3427"/>
        <w:gridCol w:w="3326"/>
        <w:gridCol w:w="3327"/>
      </w:tblGrid>
      <w:tr w:rsidR="002C3C87" w14:paraId="55C9CEE1" w14:textId="77777777" w:rsidTr="00AB5879">
        <w:trPr>
          <w:tblHeade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5A327FA" w14:textId="77777777" w:rsidR="002C3C87" w:rsidRDefault="002C3C87" w:rsidP="00AB5879">
            <w:r>
              <w:rPr>
                <w:b/>
                <w:color w:val="FFFFFF"/>
                <w:sz w:val="19"/>
              </w:rPr>
              <w:t>Area reviewed for similar risk</w:t>
            </w:r>
          </w:p>
        </w:tc>
        <w:tc>
          <w:tcPr>
            <w:tcW w:w="332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F416375" w14:textId="77777777" w:rsidR="002C3C87" w:rsidRDefault="002C3C87" w:rsidP="00AB5879">
            <w:r>
              <w:rPr>
                <w:b/>
                <w:color w:val="FFFFFF"/>
                <w:sz w:val="19"/>
              </w:rPr>
              <w:t>Result of review</w:t>
            </w:r>
          </w:p>
        </w:tc>
        <w:tc>
          <w:tcPr>
            <w:tcW w:w="33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A915DD7" w14:textId="77777777" w:rsidR="002C3C87" w:rsidRDefault="002C3C87" w:rsidP="00AB5879">
            <w:r>
              <w:rPr>
                <w:b/>
                <w:color w:val="FFFFFF"/>
                <w:sz w:val="19"/>
              </w:rPr>
              <w:t>Action needed?</w:t>
            </w:r>
          </w:p>
        </w:tc>
      </w:tr>
      <w:tr w:rsidR="002C3C87" w14:paraId="3D4FF9EF"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A127C68" w14:textId="77777777" w:rsidR="002C3C87" w:rsidRDefault="002C3C87" w:rsidP="00AB5879">
            <w:r>
              <w:rPr>
                <w:b/>
                <w:i/>
                <w:color w:val="17365D"/>
                <w:sz w:val="20"/>
              </w:rPr>
              <w:t>Similar parts / products</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23B867B"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0A321AE" w14:textId="77777777" w:rsidR="002C3C87" w:rsidRDefault="002C3C87" w:rsidP="00AB5879"/>
        </w:tc>
      </w:tr>
      <w:tr w:rsidR="002C3C87" w14:paraId="565C48BD"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0342B0D" w14:textId="77777777" w:rsidR="002C3C87" w:rsidRDefault="002C3C87" w:rsidP="00AB5879">
            <w:r>
              <w:rPr>
                <w:b/>
                <w:i/>
                <w:color w:val="17365D"/>
                <w:sz w:val="20"/>
              </w:rPr>
              <w:t>Similar processes / machines</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647AC6"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C6CABC" w14:textId="77777777" w:rsidR="002C3C87" w:rsidRDefault="002C3C87" w:rsidP="00AB5879"/>
        </w:tc>
      </w:tr>
      <w:tr w:rsidR="002C3C87" w14:paraId="544AE8A9"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D5F6E93" w14:textId="77777777" w:rsidR="002C3C87" w:rsidRDefault="002C3C87" w:rsidP="00AB5879">
            <w:r>
              <w:rPr>
                <w:b/>
                <w:i/>
                <w:color w:val="17365D"/>
                <w:sz w:val="20"/>
              </w:rPr>
              <w:t>Other production lines or sites</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121D72B"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A485753" w14:textId="77777777" w:rsidR="002C3C87" w:rsidRDefault="002C3C87" w:rsidP="00AB5879"/>
        </w:tc>
      </w:tr>
      <w:tr w:rsidR="002C3C87" w14:paraId="4724AD25"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CC8F9B" w14:textId="77777777" w:rsidR="002C3C87" w:rsidRDefault="002C3C87" w:rsidP="00AB5879">
            <w:r>
              <w:rPr>
                <w:b/>
                <w:i/>
                <w:color w:val="17365D"/>
                <w:sz w:val="20"/>
              </w:rPr>
              <w:t>Supplier process or incoming inspection</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AAE22F2"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57F7E7F" w14:textId="77777777" w:rsidR="002C3C87" w:rsidRDefault="002C3C87" w:rsidP="00AB5879"/>
        </w:tc>
      </w:tr>
      <w:tr w:rsidR="002C3C87" w14:paraId="2A711443"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5134A91" w14:textId="77777777" w:rsidR="002C3C87" w:rsidRDefault="002C3C87" w:rsidP="00AB5879">
            <w:r>
              <w:rPr>
                <w:b/>
                <w:i/>
                <w:color w:val="17365D"/>
                <w:sz w:val="20"/>
              </w:rPr>
              <w:t>Customer service / field stock</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0208C9F"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BBF7179" w14:textId="77777777" w:rsidR="002C3C87" w:rsidRDefault="002C3C87" w:rsidP="00AB5879"/>
        </w:tc>
      </w:tr>
    </w:tbl>
    <w:p w14:paraId="4F2317FE" w14:textId="77777777" w:rsidR="002C3C87" w:rsidRDefault="002C3C87" w:rsidP="002C3C87">
      <w:pPr>
        <w:pStyle w:val="Heading2"/>
        <w:spacing w:after="60" w:line="240" w:lineRule="auto"/>
      </w:pPr>
      <w:r>
        <w:rPr>
          <w:rFonts w:ascii="Arial" w:eastAsia="Arial" w:hAnsi="Arial" w:cs="Arial"/>
          <w:color w:val="17365D"/>
          <w:sz w:val="22"/>
        </w:rPr>
        <w:br/>
        <w:t>Documents and controls to review</w:t>
      </w:r>
    </w:p>
    <w:p w14:paraId="105C5A52"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checklist to record what changed in the relevant process documents or controls. Mark N/A where not applicable and attach evidence in Appendix A.</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721"/>
        <w:gridCol w:w="2016"/>
        <w:gridCol w:w="1713"/>
        <w:gridCol w:w="1815"/>
      </w:tblGrid>
      <w:tr w:rsidR="002C3C87" w14:paraId="50FEC3CA"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201B69C" w14:textId="77777777" w:rsidR="002C3C87" w:rsidRDefault="002C3C87" w:rsidP="00AB5879">
            <w:r>
              <w:rPr>
                <w:b/>
                <w:color w:val="FFFFFF"/>
                <w:sz w:val="19"/>
              </w:rPr>
              <w:t>Document / control</w:t>
            </w:r>
          </w:p>
        </w:tc>
        <w:tc>
          <w:tcPr>
            <w:tcW w:w="272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6C748B3" w14:textId="77777777" w:rsidR="002C3C87" w:rsidRDefault="002C3C87" w:rsidP="00AB5879">
            <w:r>
              <w:rPr>
                <w:b/>
                <w:color w:val="FFFFFF"/>
                <w:sz w:val="19"/>
              </w:rPr>
              <w:t>Action taken / changes made</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63CE68D" w14:textId="77777777" w:rsidR="002C3C87" w:rsidRDefault="002C3C87" w:rsidP="00AB5879">
            <w:r>
              <w:rPr>
                <w:b/>
                <w:color w:val="FFFFFF"/>
                <w:sz w:val="19"/>
              </w:rPr>
              <w:t>Owner</w:t>
            </w:r>
          </w:p>
        </w:tc>
        <w:tc>
          <w:tcPr>
            <w:tcW w:w="1713"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9657BCC" w14:textId="77777777" w:rsidR="002C3C87" w:rsidRDefault="002C3C87" w:rsidP="00AB5879">
            <w:r>
              <w:rPr>
                <w:b/>
                <w:color w:val="FFFFFF"/>
                <w:sz w:val="19"/>
              </w:rPr>
              <w:t>Completion date</w:t>
            </w:r>
          </w:p>
        </w:tc>
        <w:tc>
          <w:tcPr>
            <w:tcW w:w="181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254B3361" w14:textId="77777777" w:rsidR="002C3C87" w:rsidRDefault="002C3C87" w:rsidP="00AB5879">
            <w:r>
              <w:rPr>
                <w:b/>
                <w:color w:val="FFFFFF"/>
                <w:sz w:val="19"/>
              </w:rPr>
              <w:t>Evidence / notes</w:t>
            </w:r>
          </w:p>
        </w:tc>
      </w:tr>
      <w:tr w:rsidR="002C3C87" w14:paraId="10E09546"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8A9F506" w14:textId="77777777" w:rsidR="002C3C87" w:rsidRDefault="002C3C87" w:rsidP="00AB5879">
            <w:r>
              <w:rPr>
                <w:b/>
                <w:i/>
                <w:color w:val="17365D"/>
                <w:sz w:val="19"/>
              </w:rPr>
              <w:t>Control plan / inspection plan</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29BC74"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B2F5660"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2118F78"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6B9CC54" w14:textId="77777777" w:rsidR="002C3C87" w:rsidRDefault="002C3C87" w:rsidP="00AB5879"/>
        </w:tc>
      </w:tr>
      <w:tr w:rsidR="002C3C87" w14:paraId="69B6FF83"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2CB6158" w14:textId="77777777" w:rsidR="002C3C87" w:rsidRDefault="002C3C87" w:rsidP="00AB5879">
            <w:r>
              <w:rPr>
                <w:b/>
                <w:i/>
                <w:color w:val="17365D"/>
                <w:sz w:val="19"/>
              </w:rPr>
              <w:t>PFMEA / risk review</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F622850"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3B15982"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C39EE7"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CB3D31F" w14:textId="77777777" w:rsidR="002C3C87" w:rsidRDefault="002C3C87" w:rsidP="00AB5879"/>
        </w:tc>
      </w:tr>
      <w:tr w:rsidR="002C3C87" w14:paraId="366E513D"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C7527B9" w14:textId="77777777" w:rsidR="002C3C87" w:rsidRDefault="002C3C87" w:rsidP="00AB5879">
            <w:r>
              <w:rPr>
                <w:b/>
                <w:i/>
                <w:color w:val="17365D"/>
                <w:sz w:val="19"/>
              </w:rPr>
              <w:t>Process flow / router / traveler</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581A399"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6DF1AE"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9DD9CE5"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D8BA43" w14:textId="77777777" w:rsidR="002C3C87" w:rsidRDefault="002C3C87" w:rsidP="00AB5879"/>
        </w:tc>
      </w:tr>
      <w:tr w:rsidR="002C3C87" w14:paraId="4391E6AA"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12F7424" w14:textId="77777777" w:rsidR="002C3C87" w:rsidRDefault="002C3C87" w:rsidP="00AB5879">
            <w:r>
              <w:rPr>
                <w:b/>
                <w:i/>
                <w:color w:val="17365D"/>
                <w:sz w:val="19"/>
              </w:rPr>
              <w:t>Work instructions / standard work</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48760E5"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89D0688"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B108B56"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BE4CB6" w14:textId="77777777" w:rsidR="002C3C87" w:rsidRDefault="002C3C87" w:rsidP="00AB5879"/>
        </w:tc>
      </w:tr>
      <w:tr w:rsidR="002C3C87" w14:paraId="64A88E1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4F4AEE09" w14:textId="77777777" w:rsidR="002C3C87" w:rsidRDefault="002C3C87" w:rsidP="00AB5879">
            <w:r>
              <w:rPr>
                <w:b/>
                <w:i/>
                <w:color w:val="17365D"/>
                <w:sz w:val="19"/>
              </w:rPr>
              <w:t>Inspection instructions / checklist</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9AA6CA"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FD4CDB"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37A2D40"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126B2DD" w14:textId="77777777" w:rsidR="002C3C87" w:rsidRDefault="002C3C87" w:rsidP="00AB5879"/>
        </w:tc>
      </w:tr>
      <w:tr w:rsidR="002C3C87" w14:paraId="4E46DE05"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160F9D4" w14:textId="77777777" w:rsidR="002C3C87" w:rsidRDefault="002C3C87" w:rsidP="00AB5879">
            <w:r>
              <w:rPr>
                <w:b/>
                <w:i/>
                <w:color w:val="17365D"/>
                <w:sz w:val="19"/>
              </w:rPr>
              <w:t>Training record / competency record</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5D0730"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BE9C016"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17AEB61"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3A4A47B" w14:textId="77777777" w:rsidR="002C3C87" w:rsidRDefault="002C3C87" w:rsidP="00AB5879"/>
        </w:tc>
      </w:tr>
      <w:tr w:rsidR="002C3C87" w14:paraId="5B287492"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FC04FC5" w14:textId="77777777" w:rsidR="002C3C87" w:rsidRDefault="002C3C87" w:rsidP="00AB5879">
            <w:r>
              <w:rPr>
                <w:b/>
                <w:i/>
                <w:color w:val="17365D"/>
                <w:sz w:val="19"/>
              </w:rPr>
              <w:t>Tooling / fixturing</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FC0E5E5"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6407E47"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3391579"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FF9BF30" w14:textId="77777777" w:rsidR="002C3C87" w:rsidRDefault="002C3C87" w:rsidP="00AB5879"/>
        </w:tc>
      </w:tr>
      <w:tr w:rsidR="002C3C87" w14:paraId="7677CD0F"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A0CE0AD" w14:textId="77777777" w:rsidR="002C3C87" w:rsidRDefault="002C3C87" w:rsidP="00AB5879">
            <w:r>
              <w:rPr>
                <w:b/>
                <w:i/>
                <w:color w:val="17365D"/>
                <w:sz w:val="19"/>
              </w:rPr>
              <w:t>Maintenance plan / PM schedule / setup sheet</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B142C4F"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FF495E8"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27E2DD"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636FC3F" w14:textId="77777777" w:rsidR="002C3C87" w:rsidRDefault="002C3C87" w:rsidP="00AB5879"/>
        </w:tc>
      </w:tr>
      <w:tr w:rsidR="002C3C87" w14:paraId="6718740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D029FEC" w14:textId="77777777" w:rsidR="002C3C87" w:rsidRDefault="002C3C87" w:rsidP="00AB5879">
            <w:r>
              <w:rPr>
                <w:b/>
                <w:i/>
                <w:color w:val="17365D"/>
                <w:sz w:val="19"/>
              </w:rPr>
              <w:lastRenderedPageBreak/>
              <w:t>Gage / calibration / measurement method</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8BE1B18"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223305"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B0C35B6"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E755A5D" w14:textId="77777777" w:rsidR="002C3C87" w:rsidRDefault="002C3C87" w:rsidP="00AB5879"/>
        </w:tc>
      </w:tr>
      <w:tr w:rsidR="002C3C87" w14:paraId="4C994B45"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02927DC" w14:textId="77777777" w:rsidR="002C3C87" w:rsidRDefault="002C3C87" w:rsidP="00AB5879">
            <w:r>
              <w:rPr>
                <w:b/>
                <w:i/>
                <w:color w:val="17365D"/>
                <w:sz w:val="19"/>
              </w:rPr>
              <w:t>Audit checklist / layered process audit</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5EAF68B"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2010140"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B99A40E"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0378294" w14:textId="77777777" w:rsidR="002C3C87" w:rsidRDefault="002C3C87" w:rsidP="00AB5879"/>
        </w:tc>
      </w:tr>
      <w:tr w:rsidR="002C3C87" w14:paraId="4B14344F"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FE9784C" w14:textId="77777777" w:rsidR="002C3C87" w:rsidRDefault="002C3C87" w:rsidP="00AB5879">
            <w:r>
              <w:rPr>
                <w:b/>
                <w:i/>
                <w:color w:val="17365D"/>
                <w:sz w:val="19"/>
              </w:rPr>
              <w:t>Customer or supplier documentation</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AB8DA78" w14:textId="77777777" w:rsidR="002C3C87" w:rsidRDefault="002C3C87" w:rsidP="00AB5879"/>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0A205CA" w14:textId="77777777" w:rsidR="002C3C87" w:rsidRDefault="002C3C87" w:rsidP="00AB5879"/>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2C4C1D8" w14:textId="77777777" w:rsidR="002C3C87" w:rsidRDefault="002C3C87" w:rsidP="00AB5879"/>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14D3C6F" w14:textId="77777777" w:rsidR="002C3C87" w:rsidRDefault="002C3C87" w:rsidP="00AB5879"/>
        </w:tc>
      </w:tr>
    </w:tbl>
    <w:p w14:paraId="61278733" w14:textId="77777777" w:rsidR="002C3C87" w:rsidRDefault="002C3C87" w:rsidP="002C3C87">
      <w:pPr>
        <w:pStyle w:val="Heading2"/>
        <w:spacing w:after="60" w:line="240" w:lineRule="auto"/>
      </w:pPr>
      <w:r>
        <w:rPr>
          <w:rFonts w:ascii="Arial" w:eastAsia="Arial" w:hAnsi="Arial" w:cs="Arial"/>
          <w:color w:val="17365D"/>
          <w:sz w:val="22"/>
        </w:rPr>
        <w:br/>
        <w:t>Ongoing monitoring plan</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4233"/>
        <w:gridCol w:w="5847"/>
      </w:tblGrid>
      <w:tr w:rsidR="002C3C87" w14:paraId="42AD2E34" w14:textId="77777777" w:rsidTr="00AB5879">
        <w:trPr>
          <w:tblHeade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47A9AD3" w14:textId="77777777" w:rsidR="002C3C87" w:rsidRDefault="002C3C87" w:rsidP="00AB5879">
            <w:r>
              <w:rPr>
                <w:b/>
                <w:color w:val="FFFFFF"/>
                <w:sz w:val="19"/>
              </w:rPr>
              <w:t>Item</w:t>
            </w:r>
          </w:p>
        </w:tc>
        <w:tc>
          <w:tcPr>
            <w:tcW w:w="584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E926EB0" w14:textId="77777777" w:rsidR="002C3C87" w:rsidRDefault="002C3C87" w:rsidP="00AB5879">
            <w:r>
              <w:rPr>
                <w:b/>
                <w:color w:val="FFFFFF"/>
                <w:sz w:val="19"/>
              </w:rPr>
              <w:t>Details</w:t>
            </w:r>
          </w:p>
        </w:tc>
      </w:tr>
      <w:tr w:rsidR="002C3C87" w14:paraId="60A50E3A"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8D259AF" w14:textId="77777777" w:rsidR="002C3C87" w:rsidRDefault="002C3C87" w:rsidP="00AB5879">
            <w:r>
              <w:rPr>
                <w:b/>
                <w:color w:val="17365D"/>
                <w:sz w:val="20"/>
              </w:rPr>
              <w:t>Metric or check to monitor</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8C74B6B" w14:textId="77777777" w:rsidR="002C3C87" w:rsidRDefault="002C3C87" w:rsidP="00AB5879"/>
        </w:tc>
      </w:tr>
      <w:tr w:rsidR="002C3C87" w14:paraId="333D9F70"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1FB66A" w14:textId="77777777" w:rsidR="002C3C87" w:rsidRDefault="002C3C87" w:rsidP="00AB5879">
            <w:r>
              <w:rPr>
                <w:b/>
                <w:color w:val="17365D"/>
                <w:sz w:val="20"/>
              </w:rPr>
              <w:t>Frequency</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6A5D733" w14:textId="77777777" w:rsidR="002C3C87" w:rsidRDefault="002C3C87" w:rsidP="00AB5879"/>
        </w:tc>
      </w:tr>
      <w:tr w:rsidR="002C3C87" w14:paraId="51D20ADC"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E1A5258" w14:textId="77777777" w:rsidR="002C3C87" w:rsidRDefault="002C3C87" w:rsidP="00AB5879">
            <w:r>
              <w:rPr>
                <w:b/>
                <w:color w:val="17365D"/>
                <w:sz w:val="20"/>
              </w:rPr>
              <w:t>Owner</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D5DED3" w14:textId="77777777" w:rsidR="002C3C87" w:rsidRDefault="002C3C87" w:rsidP="00AB5879"/>
        </w:tc>
      </w:tr>
      <w:tr w:rsidR="002C3C87" w14:paraId="40DA2EF0"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F77B55" w14:textId="77777777" w:rsidR="002C3C87" w:rsidRDefault="002C3C87" w:rsidP="00AB5879">
            <w:r>
              <w:rPr>
                <w:b/>
                <w:color w:val="17365D"/>
                <w:sz w:val="20"/>
              </w:rPr>
              <w:t>How long to monitor</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E432474" w14:textId="77777777" w:rsidR="002C3C87" w:rsidRDefault="002C3C87" w:rsidP="00AB5879"/>
        </w:tc>
      </w:tr>
      <w:tr w:rsidR="002C3C87" w14:paraId="68C8B684" w14:textId="77777777" w:rsidTr="00AB5879">
        <w:trPr>
          <w:jc w:val="center"/>
        </w:trPr>
        <w:tc>
          <w:tcPr>
            <w:tcW w:w="4233"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D4791E5" w14:textId="77777777" w:rsidR="002C3C87" w:rsidRDefault="002C3C87" w:rsidP="00AB5879">
            <w:r>
              <w:rPr>
                <w:b/>
                <w:color w:val="17365D"/>
                <w:sz w:val="20"/>
              </w:rPr>
              <w:t>Escalation if problem repeats</w:t>
            </w:r>
          </w:p>
        </w:tc>
        <w:tc>
          <w:tcPr>
            <w:tcW w:w="584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DB4B677" w14:textId="77777777" w:rsidR="002C3C87" w:rsidRDefault="002C3C87" w:rsidP="00AB5879"/>
        </w:tc>
      </w:tr>
    </w:tbl>
    <w:p w14:paraId="770EC423" w14:textId="77777777" w:rsidR="002C3C87" w:rsidRDefault="002C3C87" w:rsidP="002C3C87">
      <w:pPr>
        <w:spacing w:after="80" w:line="240" w:lineRule="auto"/>
      </w:pPr>
    </w:p>
    <w:p w14:paraId="0C8758EC"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D8 - Close the 8D and recognize the team</w:t>
      </w:r>
    </w:p>
    <w:p w14:paraId="3F6AFFEB"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Close the 8D only after containment is no longer needed, root cause is verified, corrective actions are implemented, effectiveness has been checked, and recurrence prevention actions are complete or formally owned. Recognize the team contribution and record final approval.</w:t>
      </w:r>
    </w:p>
    <w:p w14:paraId="06E8BE54" w14:textId="77777777" w:rsidR="002C3C87" w:rsidRDefault="002C3C87" w:rsidP="002C3C87">
      <w:pPr>
        <w:pStyle w:val="Heading2"/>
        <w:spacing w:after="60" w:line="240" w:lineRule="auto"/>
      </w:pPr>
      <w:r>
        <w:rPr>
          <w:rFonts w:ascii="Arial" w:eastAsia="Arial" w:hAnsi="Arial" w:cs="Arial"/>
          <w:color w:val="17365D"/>
          <w:sz w:val="22"/>
        </w:rPr>
        <w:t>Closure checklist</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3427"/>
        <w:gridCol w:w="3326"/>
        <w:gridCol w:w="3327"/>
      </w:tblGrid>
      <w:tr w:rsidR="002C3C87" w14:paraId="1562BB9A" w14:textId="77777777" w:rsidTr="00AB5879">
        <w:trPr>
          <w:tblHeade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9DA5BD5" w14:textId="77777777" w:rsidR="002C3C87" w:rsidRDefault="002C3C87" w:rsidP="00AB5879">
            <w:r>
              <w:rPr>
                <w:b/>
                <w:color w:val="FFFFFF"/>
                <w:sz w:val="19"/>
              </w:rPr>
              <w:t>Closure check</w:t>
            </w:r>
          </w:p>
        </w:tc>
        <w:tc>
          <w:tcPr>
            <w:tcW w:w="332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901C083" w14:textId="77777777" w:rsidR="002C3C87" w:rsidRDefault="002C3C87" w:rsidP="00AB5879">
            <w:r>
              <w:rPr>
                <w:b/>
                <w:color w:val="FFFFFF"/>
                <w:sz w:val="19"/>
              </w:rPr>
              <w:t>Yes / No / N/A</w:t>
            </w:r>
          </w:p>
        </w:tc>
        <w:tc>
          <w:tcPr>
            <w:tcW w:w="3327"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13433C08" w14:textId="77777777" w:rsidR="002C3C87" w:rsidRDefault="002C3C87" w:rsidP="00AB5879">
            <w:r>
              <w:rPr>
                <w:b/>
                <w:color w:val="FFFFFF"/>
                <w:sz w:val="19"/>
              </w:rPr>
              <w:t>Notes / evidence</w:t>
            </w:r>
          </w:p>
        </w:tc>
      </w:tr>
      <w:tr w:rsidR="002C3C87" w14:paraId="2834D92B"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7C3BB5F" w14:textId="77777777" w:rsidR="002C3C87" w:rsidRDefault="002C3C87" w:rsidP="00AB5879">
            <w:r>
              <w:rPr>
                <w:b/>
                <w:i/>
                <w:color w:val="17365D"/>
                <w:sz w:val="20"/>
              </w:rPr>
              <w:t>Problem statement completed and approved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F7D65E"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E7D075" w14:textId="77777777" w:rsidR="002C3C87" w:rsidRDefault="002C3C87" w:rsidP="00AB5879"/>
        </w:tc>
      </w:tr>
      <w:tr w:rsidR="002C3C87" w14:paraId="44F4E48F"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E7C1719" w14:textId="77777777" w:rsidR="002C3C87" w:rsidRDefault="002C3C87" w:rsidP="00AB5879">
            <w:r>
              <w:rPr>
                <w:b/>
                <w:i/>
                <w:color w:val="17365D"/>
                <w:sz w:val="20"/>
              </w:rPr>
              <w:t>Containment completed and released or replaced by permanent control</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98ED0B4"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E97331" w14:textId="77777777" w:rsidR="002C3C87" w:rsidRDefault="002C3C87" w:rsidP="00AB5879"/>
        </w:tc>
      </w:tr>
      <w:tr w:rsidR="002C3C87" w14:paraId="527BE8B3"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F11FEA" w14:textId="77777777" w:rsidR="002C3C87" w:rsidRDefault="002C3C87" w:rsidP="00AB5879">
            <w:r>
              <w:rPr>
                <w:b/>
                <w:i/>
                <w:color w:val="17365D"/>
                <w:sz w:val="20"/>
              </w:rPr>
              <w:lastRenderedPageBreak/>
              <w:t>Containment actions formally removed or rescinded where no longer needed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A61FEF2"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C7E4077" w14:textId="77777777" w:rsidR="002C3C87" w:rsidRDefault="002C3C87" w:rsidP="00AB5879"/>
        </w:tc>
      </w:tr>
      <w:tr w:rsidR="002C3C87" w14:paraId="3C8B3807"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69B0233" w14:textId="77777777" w:rsidR="002C3C87" w:rsidRDefault="002C3C87" w:rsidP="00AB5879">
            <w:r>
              <w:rPr>
                <w:b/>
                <w:i/>
                <w:color w:val="17365D"/>
                <w:sz w:val="20"/>
              </w:rPr>
              <w:t>Occurrence root cause verified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3B0634D"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DE55B8" w14:textId="77777777" w:rsidR="002C3C87" w:rsidRDefault="002C3C87" w:rsidP="00AB5879"/>
        </w:tc>
      </w:tr>
      <w:tr w:rsidR="002C3C87" w14:paraId="141D01EF"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3F1499F" w14:textId="77777777" w:rsidR="002C3C87" w:rsidRDefault="002C3C87" w:rsidP="00AB5879">
            <w:r>
              <w:rPr>
                <w:b/>
                <w:i/>
                <w:color w:val="17365D"/>
                <w:sz w:val="20"/>
              </w:rPr>
              <w:t>Escape point / detection failure verified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AA233E1"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BACED6B" w14:textId="77777777" w:rsidR="002C3C87" w:rsidRDefault="002C3C87" w:rsidP="00AB5879"/>
        </w:tc>
      </w:tr>
      <w:tr w:rsidR="002C3C87" w14:paraId="3D29DBE9"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DFDC0E" w14:textId="77777777" w:rsidR="002C3C87" w:rsidRDefault="002C3C87" w:rsidP="00AB5879">
            <w:r>
              <w:rPr>
                <w:b/>
                <w:i/>
                <w:color w:val="17365D"/>
                <w:sz w:val="20"/>
              </w:rPr>
              <w:t>Corrective actions implemented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209E1B3"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02456FB" w14:textId="77777777" w:rsidR="002C3C87" w:rsidRDefault="002C3C87" w:rsidP="00AB5879"/>
        </w:tc>
      </w:tr>
      <w:tr w:rsidR="002C3C87" w14:paraId="01A3C384"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9E655E3" w14:textId="77777777" w:rsidR="002C3C87" w:rsidRDefault="002C3C87" w:rsidP="00AB5879">
            <w:r>
              <w:rPr>
                <w:b/>
                <w:i/>
                <w:color w:val="17365D"/>
                <w:sz w:val="20"/>
              </w:rPr>
              <w:t>Validation / effectiveness evidence reviewed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4798994"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9FE1BD" w14:textId="77777777" w:rsidR="002C3C87" w:rsidRDefault="002C3C87" w:rsidP="00AB5879"/>
        </w:tc>
      </w:tr>
      <w:tr w:rsidR="002C3C87" w14:paraId="3B470D4D"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29046BE" w14:textId="77777777" w:rsidR="002C3C87" w:rsidRDefault="002C3C87" w:rsidP="00AB5879">
            <w:r>
              <w:rPr>
                <w:b/>
                <w:i/>
                <w:color w:val="17365D"/>
                <w:sz w:val="20"/>
              </w:rPr>
              <w:t>Prevention actions completed or formally assigned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3F6ABCE"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29FFCC" w14:textId="77777777" w:rsidR="002C3C87" w:rsidRDefault="002C3C87" w:rsidP="00AB5879"/>
        </w:tc>
      </w:tr>
      <w:tr w:rsidR="002C3C87" w14:paraId="2A68C5F8"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FD614CC" w14:textId="77777777" w:rsidR="002C3C87" w:rsidRDefault="002C3C87" w:rsidP="00AB5879">
            <w:r>
              <w:rPr>
                <w:b/>
                <w:i/>
                <w:color w:val="17365D"/>
                <w:sz w:val="20"/>
              </w:rPr>
              <w:t>Customer response / final report sent if required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2E89713"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FF879E2" w14:textId="77777777" w:rsidR="002C3C87" w:rsidRDefault="002C3C87" w:rsidP="00AB5879"/>
        </w:tc>
      </w:tr>
      <w:tr w:rsidR="002C3C87" w14:paraId="3523C3E6"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07F801B" w14:textId="77777777" w:rsidR="002C3C87" w:rsidRDefault="002C3C87" w:rsidP="00AB5879">
            <w:r>
              <w:rPr>
                <w:b/>
                <w:i/>
                <w:color w:val="17365D"/>
                <w:sz w:val="20"/>
              </w:rPr>
              <w:t>Customer approval or feedback recorded if required</w:t>
            </w:r>
          </w:p>
        </w:tc>
        <w:tc>
          <w:tcPr>
            <w:tcW w:w="332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624A74" w14:textId="77777777" w:rsidR="002C3C87" w:rsidRDefault="002C3C87" w:rsidP="00AB5879"/>
        </w:tc>
        <w:tc>
          <w:tcPr>
            <w:tcW w:w="3327"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3CEF1ED" w14:textId="77777777" w:rsidR="002C3C87" w:rsidRDefault="002C3C87" w:rsidP="00AB5879"/>
        </w:tc>
      </w:tr>
      <w:tr w:rsidR="002C3C87" w14:paraId="1CED18A6" w14:textId="77777777" w:rsidTr="00AB5879">
        <w:trPr>
          <w:tblHeade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81F2E3D" w14:textId="77777777" w:rsidR="002C3C87" w:rsidRDefault="002C3C87" w:rsidP="00AB5879">
            <w:r>
              <w:rPr>
                <w:b/>
                <w:color w:val="17365D"/>
                <w:sz w:val="20"/>
              </w:rPr>
              <w:t>Item</w:t>
            </w:r>
          </w:p>
        </w:tc>
        <w:tc>
          <w:tcPr>
            <w:tcW w:w="3327" w:type="dxa"/>
            <w:gridSpan w:val="2"/>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F3DB247" w14:textId="77777777" w:rsidR="002C3C87" w:rsidRDefault="002C3C87" w:rsidP="00AB5879">
            <w:r>
              <w:rPr>
                <w:b/>
                <w:color w:val="2D3748"/>
                <w:sz w:val="20"/>
              </w:rPr>
              <w:t>Details</w:t>
            </w:r>
          </w:p>
        </w:tc>
      </w:tr>
      <w:tr w:rsidR="002C3C87" w14:paraId="5CACE936"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ED75D63" w14:textId="77777777" w:rsidR="002C3C87" w:rsidRDefault="002C3C87" w:rsidP="00AB5879">
            <w:r>
              <w:rPr>
                <w:b/>
                <w:color w:val="17365D"/>
                <w:sz w:val="20"/>
              </w:rPr>
              <w:t>Final closure summary</w:t>
            </w:r>
          </w:p>
        </w:tc>
        <w:tc>
          <w:tcPr>
            <w:tcW w:w="3327" w:type="dxa"/>
            <w:gridSpan w:val="2"/>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268AF0" w14:textId="77777777" w:rsidR="002C3C87" w:rsidRDefault="002C3C87" w:rsidP="00AB5879"/>
        </w:tc>
      </w:tr>
      <w:tr w:rsidR="002C3C87" w14:paraId="36236853"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07B9627" w14:textId="77777777" w:rsidR="002C3C87" w:rsidRDefault="002C3C87" w:rsidP="00AB5879">
            <w:r>
              <w:rPr>
                <w:b/>
                <w:color w:val="17365D"/>
                <w:sz w:val="20"/>
              </w:rPr>
              <w:t>Residual risk or open follow-up</w:t>
            </w:r>
          </w:p>
        </w:tc>
        <w:tc>
          <w:tcPr>
            <w:tcW w:w="3327" w:type="dxa"/>
            <w:gridSpan w:val="2"/>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03C58B1" w14:textId="77777777" w:rsidR="002C3C87" w:rsidRDefault="002C3C87" w:rsidP="00AB5879"/>
        </w:tc>
      </w:tr>
      <w:tr w:rsidR="002C3C87" w14:paraId="1FC9C01A"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76612D2" w14:textId="77777777" w:rsidR="002C3C87" w:rsidRDefault="002C3C87" w:rsidP="00AB5879">
            <w:r>
              <w:rPr>
                <w:b/>
                <w:color w:val="17365D"/>
                <w:sz w:val="20"/>
              </w:rPr>
              <w:t>Lessons learned</w:t>
            </w:r>
          </w:p>
        </w:tc>
        <w:tc>
          <w:tcPr>
            <w:tcW w:w="3327" w:type="dxa"/>
            <w:gridSpan w:val="2"/>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1ECAD85" w14:textId="77777777" w:rsidR="002C3C87" w:rsidRDefault="002C3C87" w:rsidP="00AB5879"/>
        </w:tc>
      </w:tr>
      <w:tr w:rsidR="002C3C87" w14:paraId="011A0521" w14:textId="77777777" w:rsidTr="00AB5879">
        <w:trPr>
          <w:jc w:val="center"/>
        </w:trPr>
        <w:tc>
          <w:tcPr>
            <w:tcW w:w="3427"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9DB77CB" w14:textId="77777777" w:rsidR="002C3C87" w:rsidRDefault="002C3C87" w:rsidP="00AB5879">
            <w:r>
              <w:rPr>
                <w:b/>
                <w:color w:val="17365D"/>
                <w:sz w:val="20"/>
              </w:rPr>
              <w:t>Team recognition</w:t>
            </w:r>
          </w:p>
        </w:tc>
        <w:tc>
          <w:tcPr>
            <w:tcW w:w="3327" w:type="dxa"/>
            <w:gridSpan w:val="2"/>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38F7221" w14:textId="77777777" w:rsidR="002C3C87" w:rsidRDefault="002C3C87" w:rsidP="00AB5879"/>
        </w:tc>
      </w:tr>
    </w:tbl>
    <w:p w14:paraId="5E436BBF" w14:textId="77777777" w:rsidR="002C3C87" w:rsidRDefault="002C3C87" w:rsidP="002C3C87">
      <w:pPr>
        <w:pStyle w:val="Heading2"/>
        <w:spacing w:after="60" w:line="240" w:lineRule="auto"/>
      </w:pPr>
      <w:r>
        <w:rPr>
          <w:rFonts w:ascii="Arial" w:eastAsia="Arial" w:hAnsi="Arial" w:cs="Arial"/>
          <w:color w:val="17365D"/>
          <w:sz w:val="22"/>
        </w:rPr>
        <w:t>Final approval</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2117"/>
        <w:gridCol w:w="2923"/>
        <w:gridCol w:w="2116"/>
        <w:gridCol w:w="2924"/>
      </w:tblGrid>
      <w:tr w:rsidR="002C3C87" w14:paraId="702E9492" w14:textId="77777777" w:rsidTr="00AB5879">
        <w:trPr>
          <w:tblHeade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B897765" w14:textId="77777777" w:rsidR="002C3C87" w:rsidRDefault="002C3C87" w:rsidP="00AB5879">
            <w:r>
              <w:rPr>
                <w:b/>
                <w:color w:val="FFFFFF"/>
                <w:sz w:val="19"/>
              </w:rPr>
              <w:t>Approver</w:t>
            </w:r>
          </w:p>
        </w:tc>
        <w:tc>
          <w:tcPr>
            <w:tcW w:w="2923"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3B65068" w14:textId="77777777" w:rsidR="002C3C87" w:rsidRDefault="002C3C87" w:rsidP="00AB5879">
            <w:r>
              <w:rPr>
                <w:b/>
                <w:color w:val="FFFFFF"/>
                <w:sz w:val="19"/>
              </w:rPr>
              <w:t>Role</w:t>
            </w:r>
          </w:p>
        </w:tc>
        <w:tc>
          <w:tcPr>
            <w:tcW w:w="211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4378324" w14:textId="77777777" w:rsidR="002C3C87" w:rsidRDefault="002C3C87" w:rsidP="00AB5879">
            <w:r>
              <w:rPr>
                <w:b/>
                <w:color w:val="FFFFFF"/>
                <w:sz w:val="19"/>
              </w:rPr>
              <w:t>Approval / signature</w:t>
            </w:r>
          </w:p>
        </w:tc>
        <w:tc>
          <w:tcPr>
            <w:tcW w:w="2924"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20AEE25C" w14:textId="77777777" w:rsidR="002C3C87" w:rsidRDefault="002C3C87" w:rsidP="00AB5879">
            <w:r>
              <w:rPr>
                <w:b/>
                <w:color w:val="FFFFFF"/>
                <w:sz w:val="19"/>
              </w:rPr>
              <w:t>Date</w:t>
            </w:r>
          </w:p>
        </w:tc>
      </w:tr>
      <w:tr w:rsidR="002C3C87" w14:paraId="248CC60A"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606AB3C"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8E402EE"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5107AE"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5A05FEC" w14:textId="77777777" w:rsidR="002C3C87" w:rsidRDefault="002C3C87" w:rsidP="00AB5879">
            <w:r>
              <w:rPr>
                <w:color w:val="2D3748"/>
                <w:sz w:val="20"/>
              </w:rPr>
              <w:t xml:space="preserve"> </w:t>
            </w:r>
          </w:p>
        </w:tc>
      </w:tr>
      <w:tr w:rsidR="002C3C87" w14:paraId="74B09FC7"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796374A"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8D3DA90"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274A77F"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04A7D2A" w14:textId="77777777" w:rsidR="002C3C87" w:rsidRDefault="002C3C87" w:rsidP="00AB5879">
            <w:r>
              <w:rPr>
                <w:color w:val="2D3748"/>
                <w:sz w:val="20"/>
              </w:rPr>
              <w:t xml:space="preserve"> </w:t>
            </w:r>
          </w:p>
        </w:tc>
      </w:tr>
      <w:tr w:rsidR="002C3C87" w14:paraId="43607362"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6EE884F" w14:textId="77777777" w:rsidR="002C3C87" w:rsidRDefault="002C3C87" w:rsidP="00AB5879">
            <w:r>
              <w:rPr>
                <w:color w:val="2D3748"/>
                <w:sz w:val="20"/>
              </w:rPr>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7F011A4"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FE1C3B4"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1DA570" w14:textId="77777777" w:rsidR="002C3C87" w:rsidRDefault="002C3C87" w:rsidP="00AB5879">
            <w:r>
              <w:rPr>
                <w:color w:val="2D3748"/>
                <w:sz w:val="20"/>
              </w:rPr>
              <w:t xml:space="preserve"> </w:t>
            </w:r>
          </w:p>
        </w:tc>
      </w:tr>
      <w:tr w:rsidR="002C3C87" w14:paraId="63826E11" w14:textId="77777777" w:rsidTr="00AB5879">
        <w:trPr>
          <w:jc w:val="center"/>
        </w:trPr>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6374B32" w14:textId="77777777" w:rsidR="002C3C87" w:rsidRDefault="002C3C87" w:rsidP="00AB5879">
            <w:r>
              <w:rPr>
                <w:color w:val="2D3748"/>
                <w:sz w:val="20"/>
              </w:rPr>
              <w:lastRenderedPageBreak/>
              <w:t xml:space="preserve"> </w:t>
            </w:r>
          </w:p>
        </w:tc>
        <w:tc>
          <w:tcPr>
            <w:tcW w:w="2923"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24C99C6" w14:textId="77777777" w:rsidR="002C3C87" w:rsidRDefault="002C3C87" w:rsidP="00AB5879">
            <w:r>
              <w:rPr>
                <w:color w:val="2D3748"/>
                <w:sz w:val="20"/>
              </w:rPr>
              <w:t xml:space="preserve"> </w:t>
            </w:r>
          </w:p>
        </w:tc>
        <w:tc>
          <w:tcPr>
            <w:tcW w:w="211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FB42E3F" w14:textId="77777777" w:rsidR="002C3C87" w:rsidRDefault="002C3C87" w:rsidP="00AB5879">
            <w:r>
              <w:rPr>
                <w:color w:val="2D3748"/>
                <w:sz w:val="20"/>
              </w:rPr>
              <w:t xml:space="preserve"> </w:t>
            </w:r>
          </w:p>
        </w:tc>
        <w:tc>
          <w:tcPr>
            <w:tcW w:w="2924"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E5F27B0" w14:textId="77777777" w:rsidR="002C3C87" w:rsidRDefault="002C3C87" w:rsidP="00AB5879">
            <w:r>
              <w:rPr>
                <w:color w:val="2D3748"/>
                <w:sz w:val="20"/>
              </w:rPr>
              <w:t xml:space="preserve"> </w:t>
            </w:r>
          </w:p>
        </w:tc>
      </w:tr>
    </w:tbl>
    <w:p w14:paraId="1DC567EE" w14:textId="77777777" w:rsidR="002C3C87" w:rsidRDefault="002C3C87" w:rsidP="002C3C87">
      <w:pPr>
        <w:spacing w:after="80" w:line="240" w:lineRule="auto"/>
      </w:pPr>
    </w:p>
    <w:p w14:paraId="3930E290"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Appendix A - Evidence and attachment log</w:t>
      </w:r>
    </w:p>
    <w:p w14:paraId="237084A2"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log to keep track of evidence used in the 8D. Attach or reference the actual files according to your company process. Keep file names clear so the evidence can be found later.</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721"/>
        <w:gridCol w:w="2016"/>
        <w:gridCol w:w="1713"/>
        <w:gridCol w:w="1815"/>
      </w:tblGrid>
      <w:tr w:rsidR="002C3C87" w14:paraId="47E3BCCB"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2E9CF7EB" w14:textId="77777777" w:rsidR="002C3C87" w:rsidRDefault="002C3C87" w:rsidP="00AB5879">
            <w:r>
              <w:rPr>
                <w:b/>
                <w:color w:val="FFFFFF"/>
                <w:sz w:val="19"/>
              </w:rPr>
              <w:t>Ref.</w:t>
            </w:r>
          </w:p>
        </w:tc>
        <w:tc>
          <w:tcPr>
            <w:tcW w:w="272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6DFCDA2" w14:textId="77777777" w:rsidR="002C3C87" w:rsidRDefault="002C3C87" w:rsidP="00AB5879">
            <w:r>
              <w:rPr>
                <w:b/>
                <w:color w:val="FFFFFF"/>
                <w:sz w:val="19"/>
              </w:rPr>
              <w:t>Evidence / file name</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2E0A2D4" w14:textId="77777777" w:rsidR="002C3C87" w:rsidRDefault="002C3C87" w:rsidP="00AB5879">
            <w:r>
              <w:rPr>
                <w:b/>
                <w:color w:val="FFFFFF"/>
                <w:sz w:val="19"/>
              </w:rPr>
              <w:t>What it supports</w:t>
            </w:r>
          </w:p>
        </w:tc>
        <w:tc>
          <w:tcPr>
            <w:tcW w:w="1713"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ED39D31" w14:textId="77777777" w:rsidR="002C3C87" w:rsidRDefault="002C3C87" w:rsidP="00AB5879">
            <w:r>
              <w:rPr>
                <w:b/>
                <w:color w:val="FFFFFF"/>
                <w:sz w:val="19"/>
              </w:rPr>
              <w:t>Owner</w:t>
            </w:r>
          </w:p>
        </w:tc>
        <w:tc>
          <w:tcPr>
            <w:tcW w:w="181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7425C81" w14:textId="77777777" w:rsidR="002C3C87" w:rsidRDefault="002C3C87" w:rsidP="00AB5879">
            <w:r>
              <w:rPr>
                <w:b/>
                <w:color w:val="FFFFFF"/>
                <w:sz w:val="19"/>
              </w:rPr>
              <w:t>Location / link</w:t>
            </w:r>
          </w:p>
        </w:tc>
      </w:tr>
      <w:tr w:rsidR="002C3C87" w14:paraId="40F16FEA"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6CEA25F"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37DC3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A074128"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35B70F3"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08F6D1" w14:textId="77777777" w:rsidR="002C3C87" w:rsidRDefault="002C3C87" w:rsidP="00AB5879">
            <w:r>
              <w:rPr>
                <w:color w:val="2D3748"/>
                <w:sz w:val="19"/>
              </w:rPr>
              <w:t xml:space="preserve"> </w:t>
            </w:r>
          </w:p>
        </w:tc>
      </w:tr>
      <w:tr w:rsidR="002C3C87" w14:paraId="2735C71A"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95F427F"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86B77D"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939F67A"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FB16569"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38C44BD" w14:textId="77777777" w:rsidR="002C3C87" w:rsidRDefault="002C3C87" w:rsidP="00AB5879">
            <w:r>
              <w:rPr>
                <w:color w:val="2D3748"/>
                <w:sz w:val="19"/>
              </w:rPr>
              <w:t xml:space="preserve"> </w:t>
            </w:r>
          </w:p>
        </w:tc>
      </w:tr>
      <w:tr w:rsidR="002C3C87" w14:paraId="6C838062"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523EC03"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E221870"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D10695C"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9A6E51B"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2B03238" w14:textId="77777777" w:rsidR="002C3C87" w:rsidRDefault="002C3C87" w:rsidP="00AB5879">
            <w:r>
              <w:rPr>
                <w:color w:val="2D3748"/>
                <w:sz w:val="19"/>
              </w:rPr>
              <w:t xml:space="preserve"> </w:t>
            </w:r>
          </w:p>
        </w:tc>
      </w:tr>
      <w:tr w:rsidR="002C3C87" w14:paraId="005533E9"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BE11B21"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5DA6747"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6B8E1AA"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DB60C8C"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C0C563C" w14:textId="77777777" w:rsidR="002C3C87" w:rsidRDefault="002C3C87" w:rsidP="00AB5879">
            <w:r>
              <w:rPr>
                <w:color w:val="2D3748"/>
                <w:sz w:val="19"/>
              </w:rPr>
              <w:t xml:space="preserve"> </w:t>
            </w:r>
          </w:p>
        </w:tc>
      </w:tr>
      <w:tr w:rsidR="002C3C87" w14:paraId="75C73D66"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FB52BB6"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45ADC8E"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CC09FA"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AA7A637"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CA0897C" w14:textId="77777777" w:rsidR="002C3C87" w:rsidRDefault="002C3C87" w:rsidP="00AB5879">
            <w:r>
              <w:rPr>
                <w:color w:val="2D3748"/>
                <w:sz w:val="19"/>
              </w:rPr>
              <w:t xml:space="preserve"> </w:t>
            </w:r>
          </w:p>
        </w:tc>
      </w:tr>
      <w:tr w:rsidR="002C3C87" w14:paraId="78970499"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78B6CB6"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AD6694B"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E9240BB"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BCA21A5"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799D5E" w14:textId="77777777" w:rsidR="002C3C87" w:rsidRDefault="002C3C87" w:rsidP="00AB5879">
            <w:r>
              <w:rPr>
                <w:color w:val="2D3748"/>
                <w:sz w:val="19"/>
              </w:rPr>
              <w:t xml:space="preserve"> </w:t>
            </w:r>
          </w:p>
        </w:tc>
      </w:tr>
      <w:tr w:rsidR="002C3C87" w14:paraId="0DDA71DC"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4985FAF"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9BB16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3F103A0"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24D0E4"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F6E8468" w14:textId="77777777" w:rsidR="002C3C87" w:rsidRDefault="002C3C87" w:rsidP="00AB5879">
            <w:r>
              <w:rPr>
                <w:color w:val="2D3748"/>
                <w:sz w:val="19"/>
              </w:rPr>
              <w:t xml:space="preserve"> </w:t>
            </w:r>
          </w:p>
        </w:tc>
      </w:tr>
      <w:tr w:rsidR="002C3C87" w14:paraId="4619901F"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04EC3DD"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BCBEF1"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BF5EC3B"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74749D"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2AA9B6D" w14:textId="77777777" w:rsidR="002C3C87" w:rsidRDefault="002C3C87" w:rsidP="00AB5879">
            <w:r>
              <w:rPr>
                <w:color w:val="2D3748"/>
                <w:sz w:val="19"/>
              </w:rPr>
              <w:t xml:space="preserve"> </w:t>
            </w:r>
          </w:p>
        </w:tc>
      </w:tr>
      <w:tr w:rsidR="002C3C87" w14:paraId="225C85A3"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DBAC1D6"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0AB210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1E23A5"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F4A2338"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A35F09D" w14:textId="77777777" w:rsidR="002C3C87" w:rsidRDefault="002C3C87" w:rsidP="00AB5879">
            <w:r>
              <w:rPr>
                <w:color w:val="2D3748"/>
                <w:sz w:val="19"/>
              </w:rPr>
              <w:t xml:space="preserve"> </w:t>
            </w:r>
          </w:p>
        </w:tc>
      </w:tr>
      <w:tr w:rsidR="002C3C87" w14:paraId="6482632A"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27F8672"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155A127"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D14118F"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5F2843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3C76BE1" w14:textId="77777777" w:rsidR="002C3C87" w:rsidRDefault="002C3C87" w:rsidP="00AB5879">
            <w:r>
              <w:rPr>
                <w:color w:val="2D3748"/>
                <w:sz w:val="19"/>
              </w:rPr>
              <w:t xml:space="preserve"> </w:t>
            </w:r>
          </w:p>
        </w:tc>
      </w:tr>
      <w:tr w:rsidR="002C3C87" w14:paraId="5C028B74"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9232695"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48C2AA6"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4CFA59"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42CEC38"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A6EE98D" w14:textId="77777777" w:rsidR="002C3C87" w:rsidRDefault="002C3C87" w:rsidP="00AB5879">
            <w:r>
              <w:rPr>
                <w:color w:val="2D3748"/>
                <w:sz w:val="19"/>
              </w:rPr>
              <w:t xml:space="preserve"> </w:t>
            </w:r>
          </w:p>
        </w:tc>
      </w:tr>
      <w:tr w:rsidR="002C3C87" w14:paraId="7B273F54"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8ACDB0C"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A5C4981"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17CB427"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18114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5C048D" w14:textId="77777777" w:rsidR="002C3C87" w:rsidRDefault="002C3C87" w:rsidP="00AB5879">
            <w:r>
              <w:rPr>
                <w:color w:val="2D3748"/>
                <w:sz w:val="19"/>
              </w:rPr>
              <w:t xml:space="preserve"> </w:t>
            </w:r>
          </w:p>
        </w:tc>
      </w:tr>
    </w:tbl>
    <w:p w14:paraId="2BB57CDE" w14:textId="77777777" w:rsidR="002C3C87" w:rsidRDefault="002C3C87" w:rsidP="002C3C87">
      <w:pPr>
        <w:spacing w:after="80" w:line="240" w:lineRule="auto"/>
      </w:pPr>
    </w:p>
    <w:p w14:paraId="6C841428"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t>Appendix B - Customer communication log (optional)</w:t>
      </w:r>
    </w:p>
    <w:p w14:paraId="220635A0"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log if customer communication needs to be tracked in the 8D record. Record containment updates, interim responses, final 8D submission, and customer approval or feedback.</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1815"/>
        <w:gridCol w:w="2721"/>
        <w:gridCol w:w="2016"/>
        <w:gridCol w:w="1713"/>
        <w:gridCol w:w="1815"/>
      </w:tblGrid>
      <w:tr w:rsidR="002C3C87" w14:paraId="6D24F193" w14:textId="77777777" w:rsidTr="00AB5879">
        <w:trPr>
          <w:tblHeade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343EE99" w14:textId="77777777" w:rsidR="002C3C87" w:rsidRDefault="002C3C87" w:rsidP="00AB5879">
            <w:r>
              <w:rPr>
                <w:b/>
                <w:color w:val="FFFFFF"/>
                <w:sz w:val="19"/>
              </w:rPr>
              <w:t>Date</w:t>
            </w:r>
          </w:p>
        </w:tc>
        <w:tc>
          <w:tcPr>
            <w:tcW w:w="272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0255B9E" w14:textId="77777777" w:rsidR="002C3C87" w:rsidRDefault="002C3C87" w:rsidP="00AB5879">
            <w:r>
              <w:rPr>
                <w:b/>
                <w:color w:val="FFFFFF"/>
                <w:sz w:val="19"/>
              </w:rPr>
              <w:t>Customer contact</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43895C9" w14:textId="77777777" w:rsidR="002C3C87" w:rsidRDefault="002C3C87" w:rsidP="00AB5879">
            <w:r>
              <w:rPr>
                <w:b/>
                <w:color w:val="FFFFFF"/>
                <w:sz w:val="19"/>
              </w:rPr>
              <w:t>Message / response summary</w:t>
            </w:r>
          </w:p>
        </w:tc>
        <w:tc>
          <w:tcPr>
            <w:tcW w:w="1713"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39D7349C" w14:textId="77777777" w:rsidR="002C3C87" w:rsidRDefault="002C3C87" w:rsidP="00AB5879">
            <w:r>
              <w:rPr>
                <w:b/>
                <w:color w:val="FFFFFF"/>
                <w:sz w:val="19"/>
              </w:rPr>
              <w:t>Owner</w:t>
            </w:r>
          </w:p>
        </w:tc>
        <w:tc>
          <w:tcPr>
            <w:tcW w:w="181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00A106D" w14:textId="77777777" w:rsidR="002C3C87" w:rsidRDefault="002C3C87" w:rsidP="00AB5879">
            <w:r>
              <w:rPr>
                <w:b/>
                <w:color w:val="FFFFFF"/>
                <w:sz w:val="19"/>
              </w:rPr>
              <w:t>Follow-up needed</w:t>
            </w:r>
          </w:p>
        </w:tc>
      </w:tr>
      <w:tr w:rsidR="002C3C87" w14:paraId="6DCCF4FA"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D547549"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24461C"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6A2A325"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859AFC2"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3B8A634" w14:textId="77777777" w:rsidR="002C3C87" w:rsidRDefault="002C3C87" w:rsidP="00AB5879">
            <w:r>
              <w:rPr>
                <w:color w:val="2D3748"/>
                <w:sz w:val="19"/>
              </w:rPr>
              <w:t xml:space="preserve"> </w:t>
            </w:r>
          </w:p>
        </w:tc>
      </w:tr>
      <w:tr w:rsidR="002C3C87" w14:paraId="78F08157"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ADEFDB9"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7B8996C"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FE27769"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E0BD34F"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6B64135" w14:textId="77777777" w:rsidR="002C3C87" w:rsidRDefault="002C3C87" w:rsidP="00AB5879">
            <w:r>
              <w:rPr>
                <w:color w:val="2D3748"/>
                <w:sz w:val="19"/>
              </w:rPr>
              <w:t xml:space="preserve"> </w:t>
            </w:r>
          </w:p>
        </w:tc>
      </w:tr>
      <w:tr w:rsidR="002C3C87" w14:paraId="114A7E03"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D9EE6CF"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40964F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7727846"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D7CDF8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A9856E6" w14:textId="77777777" w:rsidR="002C3C87" w:rsidRDefault="002C3C87" w:rsidP="00AB5879">
            <w:r>
              <w:rPr>
                <w:color w:val="2D3748"/>
                <w:sz w:val="19"/>
              </w:rPr>
              <w:t xml:space="preserve"> </w:t>
            </w:r>
          </w:p>
        </w:tc>
      </w:tr>
      <w:tr w:rsidR="002C3C87" w14:paraId="52DAAF5E"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1D1055D" w14:textId="77777777" w:rsidR="002C3C87" w:rsidRDefault="002C3C87" w:rsidP="00AB5879">
            <w:r>
              <w:rPr>
                <w:color w:val="2D3748"/>
                <w:sz w:val="19"/>
              </w:rPr>
              <w:lastRenderedPageBreak/>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AC7BD8A"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BBF419B"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344B57E"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DF388FB" w14:textId="77777777" w:rsidR="002C3C87" w:rsidRDefault="002C3C87" w:rsidP="00AB5879">
            <w:r>
              <w:rPr>
                <w:color w:val="2D3748"/>
                <w:sz w:val="19"/>
              </w:rPr>
              <w:t xml:space="preserve"> </w:t>
            </w:r>
          </w:p>
        </w:tc>
      </w:tr>
      <w:tr w:rsidR="002C3C87" w14:paraId="76F84D98"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A868D1B"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6E00420"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B0B05C2"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E8BDE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CA9D11" w14:textId="77777777" w:rsidR="002C3C87" w:rsidRDefault="002C3C87" w:rsidP="00AB5879">
            <w:r>
              <w:rPr>
                <w:color w:val="2D3748"/>
                <w:sz w:val="19"/>
              </w:rPr>
              <w:t xml:space="preserve"> </w:t>
            </w:r>
          </w:p>
        </w:tc>
      </w:tr>
      <w:tr w:rsidR="002C3C87" w14:paraId="6FC32EAD" w14:textId="77777777" w:rsidTr="00AB5879">
        <w:trPr>
          <w:jc w:val="center"/>
        </w:trPr>
        <w:tc>
          <w:tcPr>
            <w:tcW w:w="1814"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EC5B7CE" w14:textId="77777777" w:rsidR="002C3C87" w:rsidRDefault="002C3C87" w:rsidP="00AB5879">
            <w:r>
              <w:rPr>
                <w:color w:val="2D3748"/>
                <w:sz w:val="19"/>
              </w:rPr>
              <w:t xml:space="preserve"> </w:t>
            </w:r>
          </w:p>
        </w:tc>
        <w:tc>
          <w:tcPr>
            <w:tcW w:w="272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2292FC7"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11ACC3F" w14:textId="77777777" w:rsidR="002C3C87" w:rsidRDefault="002C3C87" w:rsidP="00AB5879">
            <w:r>
              <w:rPr>
                <w:color w:val="2D3748"/>
                <w:sz w:val="19"/>
              </w:rPr>
              <w:t xml:space="preserve"> </w:t>
            </w:r>
          </w:p>
        </w:tc>
        <w:tc>
          <w:tcPr>
            <w:tcW w:w="1713"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C1A568A" w14:textId="77777777" w:rsidR="002C3C87" w:rsidRDefault="002C3C87" w:rsidP="00AB5879">
            <w:r>
              <w:rPr>
                <w:color w:val="2D3748"/>
                <w:sz w:val="19"/>
              </w:rPr>
              <w:t xml:space="preserve"> </w:t>
            </w:r>
          </w:p>
        </w:tc>
        <w:tc>
          <w:tcPr>
            <w:tcW w:w="181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976DB2D" w14:textId="77777777" w:rsidR="002C3C87" w:rsidRDefault="002C3C87" w:rsidP="00AB5879">
            <w:r>
              <w:rPr>
                <w:color w:val="2D3748"/>
                <w:sz w:val="19"/>
              </w:rPr>
              <w:t xml:space="preserve"> </w:t>
            </w:r>
          </w:p>
        </w:tc>
      </w:tr>
    </w:tbl>
    <w:p w14:paraId="2DE2A12E" w14:textId="77777777" w:rsidR="002C3C87" w:rsidRDefault="002C3C87" w:rsidP="002C3C87">
      <w:pPr>
        <w:spacing w:after="80" w:line="240" w:lineRule="auto"/>
      </w:pPr>
    </w:p>
    <w:p w14:paraId="6A4E1EC6" w14:textId="583F83E7" w:rsidR="002C3C87" w:rsidRDefault="002C3C87" w:rsidP="002C3C87">
      <w:pPr>
        <w:pStyle w:val="Heading1"/>
        <w:shd w:val="clear" w:color="auto" w:fill="17365D"/>
        <w:spacing w:before="200" w:after="120" w:line="240" w:lineRule="auto"/>
      </w:pPr>
      <w:r>
        <w:rPr>
          <w:rFonts w:ascii="Arial" w:eastAsia="Arial" w:hAnsi="Arial" w:cs="Arial"/>
          <w:color w:val="FFFFFF"/>
          <w:sz w:val="22"/>
        </w:rPr>
        <w:t>Appendix C - 8D action tracker</w:t>
      </w:r>
      <w:r w:rsidR="002524CF">
        <w:rPr>
          <w:rFonts w:ascii="Arial" w:eastAsia="Arial" w:hAnsi="Arial" w:cs="Arial"/>
          <w:color w:val="FFFFFF"/>
          <w:sz w:val="22"/>
        </w:rPr>
        <w:t xml:space="preserve"> </w:t>
      </w:r>
      <w:r w:rsidR="002524CF" w:rsidRPr="002524CF">
        <w:rPr>
          <w:rFonts w:ascii="Arial" w:eastAsia="Arial" w:hAnsi="Arial" w:cs="Arial"/>
          <w:color w:val="1F3864" w:themeColor="accent1" w:themeShade="80"/>
          <w:sz w:val="22"/>
        </w:rPr>
        <w:t>© 8Dflow.com - For internal adaptation only.</w:t>
      </w:r>
    </w:p>
    <w:p w14:paraId="51FF938E"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Use this as the master tracker for actions that need follow-up. Include emergency response, containment, corrective action, verification, validation, and prevention actions where they need an owner, date, evidence, and status.</w:t>
      </w:r>
    </w:p>
    <w:tbl>
      <w:tblPr>
        <w:tblStyle w:val="TableGrid"/>
        <w:tblW w:w="10080" w:type="dxa"/>
        <w:jc w:val="center"/>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Layout w:type="fixed"/>
        <w:tblLook w:val="04A0" w:firstRow="1" w:lastRow="0" w:firstColumn="1" w:lastColumn="0" w:noHBand="0" w:noVBand="1"/>
      </w:tblPr>
      <w:tblGrid>
        <w:gridCol w:w="807"/>
        <w:gridCol w:w="1109"/>
        <w:gridCol w:w="705"/>
        <w:gridCol w:w="2016"/>
        <w:gridCol w:w="1108"/>
        <w:gridCol w:w="1008"/>
        <w:gridCol w:w="1008"/>
        <w:gridCol w:w="1008"/>
        <w:gridCol w:w="1311"/>
      </w:tblGrid>
      <w:tr w:rsidR="002C3C87" w14:paraId="7F7285C9" w14:textId="77777777" w:rsidTr="00AB5879">
        <w:trPr>
          <w:tblHeade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4CC9191" w14:textId="77777777" w:rsidR="002C3C87" w:rsidRDefault="002C3C87" w:rsidP="00AB5879">
            <w:r>
              <w:rPr>
                <w:b/>
                <w:color w:val="FFFFFF"/>
                <w:sz w:val="19"/>
              </w:rPr>
              <w:t>Action ID</w:t>
            </w:r>
          </w:p>
        </w:tc>
        <w:tc>
          <w:tcPr>
            <w:tcW w:w="110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6F93F7E" w14:textId="77777777" w:rsidR="002C3C87" w:rsidRDefault="002C3C87" w:rsidP="00AB5879">
            <w:r>
              <w:rPr>
                <w:b/>
                <w:color w:val="FFFFFF"/>
                <w:sz w:val="19"/>
              </w:rPr>
              <w:t>Action type</w:t>
            </w:r>
          </w:p>
        </w:tc>
        <w:tc>
          <w:tcPr>
            <w:tcW w:w="705"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3059A1D" w14:textId="77777777" w:rsidR="002C3C87" w:rsidRDefault="002C3C87" w:rsidP="00AB5879">
            <w:r>
              <w:rPr>
                <w:b/>
                <w:color w:val="FFFFFF"/>
                <w:sz w:val="19"/>
              </w:rPr>
              <w:t>D-section</w:t>
            </w:r>
          </w:p>
        </w:tc>
        <w:tc>
          <w:tcPr>
            <w:tcW w:w="2016"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68F64677" w14:textId="77777777" w:rsidR="002C3C87" w:rsidRDefault="002C3C87" w:rsidP="00AB5879">
            <w:r>
              <w:rPr>
                <w:b/>
                <w:color w:val="FFFFFF"/>
                <w:sz w:val="19"/>
              </w:rPr>
              <w:t>Action description</w:t>
            </w:r>
          </w:p>
        </w:tc>
        <w:tc>
          <w:tcPr>
            <w:tcW w:w="110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4AFA2DB4" w14:textId="77777777" w:rsidR="002C3C87" w:rsidRDefault="002C3C87" w:rsidP="00AB5879">
            <w:r>
              <w:rPr>
                <w:b/>
                <w:color w:val="FFFFFF"/>
                <w:sz w:val="19"/>
              </w:rPr>
              <w:t>Owner</w:t>
            </w:r>
          </w:p>
        </w:tc>
        <w:tc>
          <w:tcPr>
            <w:tcW w:w="100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7AB8307F" w14:textId="77777777" w:rsidR="002C3C87" w:rsidRDefault="002C3C87" w:rsidP="00AB5879">
            <w:r>
              <w:rPr>
                <w:b/>
                <w:color w:val="FFFFFF"/>
                <w:sz w:val="19"/>
              </w:rPr>
              <w:t>Planned date</w:t>
            </w:r>
          </w:p>
        </w:tc>
        <w:tc>
          <w:tcPr>
            <w:tcW w:w="100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07297DBD" w14:textId="77777777" w:rsidR="002C3C87" w:rsidRDefault="002C3C87" w:rsidP="00AB5879">
            <w:r>
              <w:rPr>
                <w:b/>
                <w:color w:val="FFFFFF"/>
                <w:sz w:val="19"/>
              </w:rPr>
              <w:t>Actual date</w:t>
            </w:r>
          </w:p>
        </w:tc>
        <w:tc>
          <w:tcPr>
            <w:tcW w:w="1008"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5DC96A0A" w14:textId="77777777" w:rsidR="002C3C87" w:rsidRDefault="002C3C87" w:rsidP="00AB5879">
            <w:r>
              <w:rPr>
                <w:b/>
                <w:color w:val="FFFFFF"/>
                <w:sz w:val="19"/>
              </w:rPr>
              <w:t>Status</w:t>
            </w:r>
          </w:p>
        </w:tc>
        <w:tc>
          <w:tcPr>
            <w:tcW w:w="1311" w:type="dxa"/>
            <w:tcBorders>
              <w:top w:val="single" w:sz="4" w:space="0" w:color="CBD5E0"/>
              <w:left w:val="single" w:sz="4" w:space="0" w:color="CBD5E0"/>
              <w:bottom w:val="single" w:sz="4" w:space="0" w:color="CBD5E0"/>
              <w:right w:val="single" w:sz="4" w:space="0" w:color="CBD5E0"/>
            </w:tcBorders>
            <w:shd w:val="clear" w:color="auto" w:fill="17365D"/>
            <w:tcMar>
              <w:top w:w="70" w:type="dxa"/>
              <w:left w:w="90" w:type="dxa"/>
              <w:bottom w:w="70" w:type="dxa"/>
              <w:right w:w="90" w:type="dxa"/>
            </w:tcMar>
          </w:tcPr>
          <w:p w14:paraId="12F5EC2F" w14:textId="77777777" w:rsidR="002C3C87" w:rsidRDefault="002C3C87" w:rsidP="00AB5879">
            <w:r>
              <w:rPr>
                <w:b/>
                <w:color w:val="FFFFFF"/>
                <w:sz w:val="19"/>
              </w:rPr>
              <w:t>How verified / evidence</w:t>
            </w:r>
          </w:p>
        </w:tc>
      </w:tr>
      <w:tr w:rsidR="002C3C87" w14:paraId="570B9C88"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6783717E"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A5EA2E"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15C6C5"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E774828"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1182981"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6FD272F"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8D51082"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E754A6"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5A71CE0" w14:textId="77777777" w:rsidR="002C3C87" w:rsidRDefault="002C3C87" w:rsidP="00AB5879">
            <w:r>
              <w:rPr>
                <w:color w:val="2D3748"/>
                <w:sz w:val="19"/>
              </w:rPr>
              <w:t xml:space="preserve"> </w:t>
            </w:r>
          </w:p>
        </w:tc>
      </w:tr>
      <w:tr w:rsidR="002C3C87" w14:paraId="09D334E9"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3810178"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722404C"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8096612"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B9D9ECC"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8E1E548"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D25C796"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D668375"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CE01A8"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A228849" w14:textId="77777777" w:rsidR="002C3C87" w:rsidRDefault="002C3C87" w:rsidP="00AB5879">
            <w:r>
              <w:rPr>
                <w:color w:val="2D3748"/>
                <w:sz w:val="19"/>
              </w:rPr>
              <w:t xml:space="preserve"> </w:t>
            </w:r>
          </w:p>
        </w:tc>
      </w:tr>
      <w:tr w:rsidR="002C3C87" w14:paraId="32AB9917"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6A180B3"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CD31363"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89BBE4A"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9E00A81"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2FFC6BD"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9780C43"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D7B4ABF"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DEF4426"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F163994" w14:textId="77777777" w:rsidR="002C3C87" w:rsidRDefault="002C3C87" w:rsidP="00AB5879">
            <w:r>
              <w:rPr>
                <w:color w:val="2D3748"/>
                <w:sz w:val="19"/>
              </w:rPr>
              <w:t xml:space="preserve"> </w:t>
            </w:r>
          </w:p>
        </w:tc>
      </w:tr>
      <w:tr w:rsidR="002C3C87" w14:paraId="23346794"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C1CD547"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92F0165"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B558298"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A7FC148"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226CC9C"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5845444"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0A17525"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D17C803"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460DE13" w14:textId="77777777" w:rsidR="002C3C87" w:rsidRDefault="002C3C87" w:rsidP="00AB5879">
            <w:r>
              <w:rPr>
                <w:color w:val="2D3748"/>
                <w:sz w:val="19"/>
              </w:rPr>
              <w:t xml:space="preserve"> </w:t>
            </w:r>
          </w:p>
        </w:tc>
      </w:tr>
      <w:tr w:rsidR="002C3C87" w14:paraId="552B3242"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2C766917"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5AA6667"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5276F76"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4EBC6E0"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396460"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8CCB162"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FBDD5D7"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C17FC1"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A4F0979" w14:textId="77777777" w:rsidR="002C3C87" w:rsidRDefault="002C3C87" w:rsidP="00AB5879">
            <w:r>
              <w:rPr>
                <w:color w:val="2D3748"/>
                <w:sz w:val="19"/>
              </w:rPr>
              <w:t xml:space="preserve"> </w:t>
            </w:r>
          </w:p>
        </w:tc>
      </w:tr>
      <w:tr w:rsidR="002C3C87" w14:paraId="3D28BC3E"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533FCDE"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678CA41"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2F4185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955F388"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16C77E7"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940CE69"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63B3E6D"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9D6C2DA"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FDE437" w14:textId="77777777" w:rsidR="002C3C87" w:rsidRDefault="002C3C87" w:rsidP="00AB5879">
            <w:r>
              <w:rPr>
                <w:color w:val="2D3748"/>
                <w:sz w:val="19"/>
              </w:rPr>
              <w:t xml:space="preserve"> </w:t>
            </w:r>
          </w:p>
        </w:tc>
      </w:tr>
      <w:tr w:rsidR="002C3C87" w14:paraId="1EDCFCF6"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ECA5B15"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4151630"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800F5F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7E81BD5"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E8088D5"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40E0DAC"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A2F6576"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75441F2"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72D834" w14:textId="77777777" w:rsidR="002C3C87" w:rsidRDefault="002C3C87" w:rsidP="00AB5879">
            <w:r>
              <w:rPr>
                <w:color w:val="2D3748"/>
                <w:sz w:val="19"/>
              </w:rPr>
              <w:t xml:space="preserve"> </w:t>
            </w:r>
          </w:p>
        </w:tc>
      </w:tr>
      <w:tr w:rsidR="002C3C87" w14:paraId="369629EF"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EE13A71"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18BC90F"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AAD0D48"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BE34BE9"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9E411CB"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D8B8504"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C7AD65A"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7E03C0"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062BA6A" w14:textId="77777777" w:rsidR="002C3C87" w:rsidRDefault="002C3C87" w:rsidP="00AB5879">
            <w:r>
              <w:rPr>
                <w:color w:val="2D3748"/>
                <w:sz w:val="19"/>
              </w:rPr>
              <w:t xml:space="preserve"> </w:t>
            </w:r>
          </w:p>
        </w:tc>
      </w:tr>
      <w:tr w:rsidR="002C3C87" w14:paraId="6A22EC0A"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39D37CDB"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169BEE5"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CD08CB"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D73706"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F66E056"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8B90016"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C45125A"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0DDCFAD"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874F68A" w14:textId="77777777" w:rsidR="002C3C87" w:rsidRDefault="002C3C87" w:rsidP="00AB5879">
            <w:r>
              <w:rPr>
                <w:color w:val="2D3748"/>
                <w:sz w:val="19"/>
              </w:rPr>
              <w:t xml:space="preserve"> </w:t>
            </w:r>
          </w:p>
        </w:tc>
      </w:tr>
      <w:tr w:rsidR="002C3C87" w14:paraId="7DF9D9B3"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8C628A7"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5127385"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FE6A1E3"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DDD62DE"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126E3F2"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3C039A26"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13D7879"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E439D89"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2FF7A0B" w14:textId="77777777" w:rsidR="002C3C87" w:rsidRDefault="002C3C87" w:rsidP="00AB5879">
            <w:r>
              <w:rPr>
                <w:color w:val="2D3748"/>
                <w:sz w:val="19"/>
              </w:rPr>
              <w:t xml:space="preserve"> </w:t>
            </w:r>
          </w:p>
        </w:tc>
      </w:tr>
      <w:tr w:rsidR="002C3C87" w14:paraId="32D491FA"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7521A2D5"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670BA7E"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DAF4A04"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8B757EA"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CB48B65"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5545DF0"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0A4752A"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02F8FD9"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BAE252B" w14:textId="77777777" w:rsidR="002C3C87" w:rsidRDefault="002C3C87" w:rsidP="00AB5879">
            <w:r>
              <w:rPr>
                <w:color w:val="2D3748"/>
                <w:sz w:val="19"/>
              </w:rPr>
              <w:t xml:space="preserve"> </w:t>
            </w:r>
          </w:p>
        </w:tc>
      </w:tr>
      <w:tr w:rsidR="002C3C87" w14:paraId="0D3336E9"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1FF0F5DE"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A151B83"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6CD76F0"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358A2E3"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A6DC62A"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0582215"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0205DE4"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4BEBAA3"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40ACBA4" w14:textId="77777777" w:rsidR="002C3C87" w:rsidRDefault="002C3C87" w:rsidP="00AB5879">
            <w:r>
              <w:rPr>
                <w:color w:val="2D3748"/>
                <w:sz w:val="19"/>
              </w:rPr>
              <w:t xml:space="preserve"> </w:t>
            </w:r>
          </w:p>
        </w:tc>
      </w:tr>
      <w:tr w:rsidR="002C3C87" w14:paraId="72345111"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00CE4471"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4245495"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0CD8E15"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8D07235"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1FBA4D20"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92D8763"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2AFB4BB"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9B56CFB"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022CD8D" w14:textId="77777777" w:rsidR="002C3C87" w:rsidRDefault="002C3C87" w:rsidP="00AB5879">
            <w:r>
              <w:rPr>
                <w:color w:val="2D3748"/>
                <w:sz w:val="19"/>
              </w:rPr>
              <w:t xml:space="preserve"> </w:t>
            </w:r>
          </w:p>
        </w:tc>
      </w:tr>
      <w:tr w:rsidR="002C3C87" w14:paraId="1428A9D2" w14:textId="77777777" w:rsidTr="00AB5879">
        <w:trPr>
          <w:jc w:val="center"/>
        </w:trPr>
        <w:tc>
          <w:tcPr>
            <w:tcW w:w="806" w:type="dxa"/>
            <w:tcBorders>
              <w:top w:val="single" w:sz="4" w:space="0" w:color="CBD5E0"/>
              <w:left w:val="single" w:sz="4" w:space="0" w:color="CBD5E0"/>
              <w:bottom w:val="single" w:sz="4" w:space="0" w:color="CBD5E0"/>
              <w:right w:val="single" w:sz="4" w:space="0" w:color="CBD5E0"/>
            </w:tcBorders>
            <w:shd w:val="clear" w:color="auto" w:fill="F7FAFC"/>
            <w:tcMar>
              <w:top w:w="70" w:type="dxa"/>
              <w:left w:w="90" w:type="dxa"/>
              <w:bottom w:w="70" w:type="dxa"/>
              <w:right w:w="90" w:type="dxa"/>
            </w:tcMar>
          </w:tcPr>
          <w:p w14:paraId="5C16F7E1"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8305292" w14:textId="77777777" w:rsidR="002C3C87" w:rsidRDefault="002C3C87" w:rsidP="00AB5879">
            <w:r>
              <w:rPr>
                <w:color w:val="2D3748"/>
                <w:sz w:val="19"/>
              </w:rPr>
              <w:t xml:space="preserve"> </w:t>
            </w:r>
          </w:p>
        </w:tc>
        <w:tc>
          <w:tcPr>
            <w:tcW w:w="705"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70DC9117" w14:textId="77777777" w:rsidR="002C3C87" w:rsidRDefault="002C3C87" w:rsidP="00AB5879">
            <w:r>
              <w:rPr>
                <w:color w:val="2D3748"/>
                <w:sz w:val="19"/>
              </w:rPr>
              <w:t xml:space="preserve"> </w:t>
            </w:r>
          </w:p>
        </w:tc>
        <w:tc>
          <w:tcPr>
            <w:tcW w:w="2016"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8B7087B" w14:textId="77777777" w:rsidR="002C3C87" w:rsidRDefault="002C3C87" w:rsidP="00AB5879">
            <w:r>
              <w:rPr>
                <w:color w:val="2D3748"/>
                <w:sz w:val="19"/>
              </w:rPr>
              <w:t xml:space="preserve"> </w:t>
            </w:r>
          </w:p>
        </w:tc>
        <w:tc>
          <w:tcPr>
            <w:tcW w:w="11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00CD2A88"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59E560B2"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4FBB7CD5" w14:textId="77777777" w:rsidR="002C3C87" w:rsidRDefault="002C3C87" w:rsidP="00AB5879">
            <w:r>
              <w:rPr>
                <w:color w:val="2D3748"/>
                <w:sz w:val="19"/>
              </w:rPr>
              <w:t xml:space="preserve"> </w:t>
            </w:r>
          </w:p>
        </w:tc>
        <w:tc>
          <w:tcPr>
            <w:tcW w:w="1008"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66B0D975" w14:textId="77777777" w:rsidR="002C3C87" w:rsidRDefault="002C3C87" w:rsidP="00AB5879">
            <w:r>
              <w:rPr>
                <w:color w:val="2D3748"/>
                <w:sz w:val="19"/>
              </w:rPr>
              <w:t xml:space="preserve"> </w:t>
            </w:r>
          </w:p>
        </w:tc>
        <w:tc>
          <w:tcPr>
            <w:tcW w:w="1311" w:type="dxa"/>
            <w:tcBorders>
              <w:top w:val="single" w:sz="4" w:space="0" w:color="CBD5E0"/>
              <w:left w:val="single" w:sz="4" w:space="0" w:color="CBD5E0"/>
              <w:bottom w:val="single" w:sz="4" w:space="0" w:color="CBD5E0"/>
              <w:right w:val="single" w:sz="4" w:space="0" w:color="CBD5E0"/>
            </w:tcBorders>
            <w:shd w:val="clear" w:color="auto" w:fill="FFFFFF"/>
            <w:tcMar>
              <w:top w:w="70" w:type="dxa"/>
              <w:left w:w="90" w:type="dxa"/>
              <w:bottom w:w="70" w:type="dxa"/>
              <w:right w:w="90" w:type="dxa"/>
            </w:tcMar>
          </w:tcPr>
          <w:p w14:paraId="299354CB" w14:textId="77777777" w:rsidR="002C3C87" w:rsidRDefault="002C3C87" w:rsidP="00AB5879">
            <w:r>
              <w:rPr>
                <w:color w:val="2D3748"/>
                <w:sz w:val="19"/>
              </w:rPr>
              <w:t xml:space="preserve"> </w:t>
            </w:r>
          </w:p>
        </w:tc>
      </w:tr>
    </w:tbl>
    <w:p w14:paraId="770787FF" w14:textId="77777777" w:rsidR="002C3C87" w:rsidRDefault="002C3C87" w:rsidP="002C3C87">
      <w:pPr>
        <w:spacing w:after="80" w:line="240" w:lineRule="auto"/>
      </w:pPr>
    </w:p>
    <w:p w14:paraId="76F93001" w14:textId="77777777" w:rsidR="002C3C87" w:rsidRDefault="002C3C87" w:rsidP="002C3C87">
      <w:pPr>
        <w:pStyle w:val="Heading1"/>
        <w:shd w:val="clear" w:color="auto" w:fill="17365D"/>
        <w:spacing w:before="200" w:after="120" w:line="240" w:lineRule="auto"/>
      </w:pPr>
      <w:r>
        <w:rPr>
          <w:rFonts w:ascii="Arial" w:eastAsia="Arial" w:hAnsi="Arial" w:cs="Arial"/>
          <w:color w:val="FFFFFF"/>
          <w:sz w:val="22"/>
        </w:rPr>
        <w:lastRenderedPageBreak/>
        <w:t>Common mistakes to check before sending</w:t>
      </w:r>
    </w:p>
    <w:p w14:paraId="50B385A2" w14:textId="77777777" w:rsidR="002C3C87" w:rsidRDefault="002C3C87" w:rsidP="002C3C87">
      <w:pPr>
        <w:pStyle w:val="Instruction"/>
        <w:pBdr>
          <w:top w:val="single" w:sz="4" w:space="0" w:color="CBD5E0"/>
          <w:left w:val="single" w:sz="4" w:space="0" w:color="CBD5E0"/>
          <w:bottom w:val="single" w:sz="4" w:space="0" w:color="CBD5E0"/>
          <w:right w:val="single" w:sz="4" w:space="0" w:color="CBD5E0"/>
        </w:pBdr>
        <w:shd w:val="clear" w:color="auto" w:fill="EAF4FB"/>
        <w:spacing w:before="60" w:after="80"/>
      </w:pPr>
      <w:r>
        <w:rPr>
          <w:color w:val="2D3748"/>
          <w:sz w:val="18"/>
        </w:rPr>
        <w:t>Review this list before sending the 8D to a customer or closing it internally.</w:t>
      </w:r>
    </w:p>
    <w:p w14:paraId="121A67A7"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Problem statement includes assumed root cause instead of facts.</w:t>
      </w:r>
    </w:p>
    <w:p w14:paraId="1A07364E"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D0 does not explain why an 8D is needed or what response date is required.</w:t>
      </w:r>
    </w:p>
    <w:p w14:paraId="21BB1080"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Containment is missing, late, or not verified.</w:t>
      </w:r>
    </w:p>
    <w:p w14:paraId="2074C0E4"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Affected and suspect quantities are not recorded.</w:t>
      </w:r>
    </w:p>
    <w:p w14:paraId="3A189BC2"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Clean point or first compliant shipment information is missing when required by the customer.</w:t>
      </w:r>
    </w:p>
    <w:p w14:paraId="5D1C2C67"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Occurrence root cause and escape point / detection failure are mixed together.</w:t>
      </w:r>
    </w:p>
    <w:p w14:paraId="1CE05DD6"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Root cause is a guess and is not supported by evidence.</w:t>
      </w:r>
    </w:p>
    <w:p w14:paraId="667C9C3A"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Causes ruled out are not documented.</w:t>
      </w:r>
    </w:p>
    <w:p w14:paraId="558253D5"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Corrective actions do not address the verified occurrence cause and escape point / detection failure.</w:t>
      </w:r>
    </w:p>
    <w:p w14:paraId="03D6E867"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Actions have no owner, planned date, actual completion date, or completion evidence.</w:t>
      </w:r>
    </w:p>
    <w:p w14:paraId="669E589C"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Validation only confirms the action was done, not that it worked.</w:t>
      </w:r>
    </w:p>
    <w:p w14:paraId="63BA446B"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Containment actions were never formally removed or replaced by permanent controls.</w:t>
      </w:r>
    </w:p>
    <w:p w14:paraId="7BDF9E59"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D7 prevention actions are skipped or limited to retraining only.</w:t>
      </w:r>
    </w:p>
    <w:p w14:paraId="4CCAC899"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PFMEA, control plan, work instruction, inspection plan, or similar controls were not reviewed where relevant.</w:t>
      </w:r>
    </w:p>
    <w:p w14:paraId="1A7E709F" w14:textId="77777777" w:rsidR="002C3C87" w:rsidRDefault="002C3C87" w:rsidP="002C3C87">
      <w:pPr>
        <w:pStyle w:val="Body"/>
        <w:spacing w:line="240" w:lineRule="auto"/>
        <w:ind w:left="216"/>
      </w:pPr>
      <w:proofErr w:type="gramStart"/>
      <w:r>
        <w:rPr>
          <w:b/>
          <w:color w:val="2D3748"/>
          <w:sz w:val="20"/>
        </w:rPr>
        <w:t>[ ]</w:t>
      </w:r>
      <w:proofErr w:type="gramEnd"/>
      <w:r>
        <w:rPr>
          <w:b/>
          <w:color w:val="2D3748"/>
          <w:sz w:val="20"/>
        </w:rPr>
        <w:t xml:space="preserve"> </w:t>
      </w:r>
      <w:r>
        <w:rPr>
          <w:color w:val="2D3748"/>
          <w:sz w:val="20"/>
        </w:rPr>
        <w:t>Attachments are referenced but not included or easy to find.</w:t>
      </w:r>
    </w:p>
    <w:p w14:paraId="7FB351D5" w14:textId="77777777" w:rsidR="002C3C87" w:rsidRDefault="002C3C87" w:rsidP="002C3C87">
      <w:pPr>
        <w:pStyle w:val="Body"/>
        <w:spacing w:line="240" w:lineRule="auto"/>
        <w:ind w:left="216"/>
        <w:rPr>
          <w:color w:val="2D3748"/>
          <w:sz w:val="20"/>
        </w:rPr>
      </w:pPr>
      <w:proofErr w:type="gramStart"/>
      <w:r>
        <w:rPr>
          <w:b/>
          <w:color w:val="2D3748"/>
          <w:sz w:val="20"/>
        </w:rPr>
        <w:t>[ ]</w:t>
      </w:r>
      <w:proofErr w:type="gramEnd"/>
      <w:r>
        <w:rPr>
          <w:b/>
          <w:color w:val="2D3748"/>
          <w:sz w:val="20"/>
        </w:rPr>
        <w:t xml:space="preserve"> </w:t>
      </w:r>
      <w:r>
        <w:rPr>
          <w:color w:val="2D3748"/>
          <w:sz w:val="20"/>
        </w:rPr>
        <w:t>Final customer response does not match the evidence in the report.</w:t>
      </w:r>
      <w:r>
        <w:rPr>
          <w:color w:val="2D3748"/>
          <w:sz w:val="20"/>
        </w:rPr>
        <w:br/>
      </w:r>
    </w:p>
    <w:p w14:paraId="1D5762EC" w14:textId="77777777" w:rsidR="002C3C87" w:rsidRPr="00CF2A79" w:rsidRDefault="002C3C87" w:rsidP="002C3C87">
      <w:pPr>
        <w:pStyle w:val="Heading2"/>
        <w:pBdr>
          <w:top w:val="single" w:sz="4" w:space="0" w:color="CBD5E0"/>
          <w:left w:val="single" w:sz="4" w:space="0" w:color="CBD5E0"/>
          <w:bottom w:val="single" w:sz="4" w:space="0" w:color="CBD5E0"/>
          <w:right w:val="single" w:sz="4" w:space="0" w:color="CBD5E0"/>
        </w:pBdr>
        <w:shd w:val="clear" w:color="auto" w:fill="EAF4FB"/>
        <w:spacing w:after="60" w:line="240" w:lineRule="auto"/>
        <w:rPr>
          <w:i/>
          <w:iCs/>
        </w:rPr>
      </w:pPr>
      <w:r w:rsidRPr="00CF2A79">
        <w:rPr>
          <w:rFonts w:ascii="Arial" w:eastAsia="Arial" w:hAnsi="Arial" w:cs="Arial"/>
          <w:i/>
          <w:iCs/>
          <w:color w:val="2D3748"/>
          <w:sz w:val="18"/>
        </w:rPr>
        <w:t>8Dflow.com note</w:t>
      </w:r>
    </w:p>
    <w:p w14:paraId="3C7ACC07" w14:textId="77777777" w:rsidR="002C3C87" w:rsidRDefault="002C3C87" w:rsidP="002C3C87">
      <w:pPr>
        <w:pStyle w:val="SmallNote"/>
        <w:pBdr>
          <w:top w:val="single" w:sz="4" w:space="0" w:color="CBD5E0"/>
          <w:left w:val="single" w:sz="4" w:space="0" w:color="CBD5E0"/>
          <w:bottom w:val="single" w:sz="4" w:space="0" w:color="CBD5E0"/>
          <w:right w:val="single" w:sz="4" w:space="0" w:color="CBD5E0"/>
        </w:pBdr>
        <w:shd w:val="clear" w:color="auto" w:fill="EAF4FB"/>
        <w:spacing w:before="60" w:after="80" w:line="240" w:lineRule="auto"/>
      </w:pPr>
      <w:r>
        <w:rPr>
          <w:i/>
          <w:color w:val="2D3748"/>
          <w:sz w:val="18"/>
        </w:rPr>
        <w:t>General manufacturing quality template. Adapt to your company, customer, and industry requirements. Not intended for medical device, pharma, FDA, Part 11, or validated regulated workflows.</w:t>
      </w:r>
    </w:p>
    <w:p w14:paraId="4DF20FA5" w14:textId="77777777" w:rsidR="002C3C87" w:rsidRDefault="002C3C87" w:rsidP="002C3C87">
      <w:pPr>
        <w:pStyle w:val="Body"/>
        <w:spacing w:line="240" w:lineRule="auto"/>
      </w:pPr>
    </w:p>
    <w:p w14:paraId="5A4F0462" w14:textId="77777777" w:rsidR="002C3C87" w:rsidRPr="00CF2A79" w:rsidRDefault="002C3C87" w:rsidP="002C3C87">
      <w:pPr>
        <w:pStyle w:val="Heading2"/>
        <w:spacing w:before="80" w:after="60" w:line="240" w:lineRule="auto"/>
        <w:rPr>
          <w:b/>
          <w:bCs/>
          <w:sz w:val="22"/>
          <w:szCs w:val="22"/>
        </w:rPr>
      </w:pPr>
      <w:r w:rsidRPr="00CF2A79">
        <w:rPr>
          <w:rFonts w:ascii="Arial" w:eastAsia="Arial" w:hAnsi="Arial" w:cs="Arial"/>
          <w:b/>
          <w:bCs/>
          <w:sz w:val="22"/>
          <w:szCs w:val="22"/>
        </w:rPr>
        <w:t>Use</w:t>
      </w:r>
      <w:r w:rsidRPr="00CF2A79">
        <w:rPr>
          <w:rFonts w:ascii="Arial" w:eastAsia="Arial" w:hAnsi="Arial" w:cs="Arial"/>
          <w:b/>
          <w:bCs/>
          <w:color w:val="17365D"/>
          <w:sz w:val="22"/>
          <w:szCs w:val="22"/>
        </w:rPr>
        <w:t xml:space="preserve"> 8Dflow.com</w:t>
      </w:r>
    </w:p>
    <w:p w14:paraId="4F0EAF47" w14:textId="77777777" w:rsidR="003B20B8" w:rsidRDefault="003B20B8" w:rsidP="003B20B8">
      <w:pPr>
        <w:pStyle w:val="Body"/>
        <w:spacing w:line="240" w:lineRule="auto"/>
        <w:rPr>
          <w:b/>
          <w:bCs/>
          <w:sz w:val="20"/>
          <w:szCs w:val="20"/>
        </w:rPr>
      </w:pPr>
    </w:p>
    <w:p w14:paraId="45010440" w14:textId="59C97AF5" w:rsidR="003B20B8" w:rsidRPr="003B20B8" w:rsidRDefault="003B20B8" w:rsidP="003B20B8">
      <w:pPr>
        <w:pStyle w:val="Body"/>
        <w:spacing w:line="240" w:lineRule="auto"/>
        <w:rPr>
          <w:sz w:val="20"/>
          <w:szCs w:val="20"/>
          <w:lang w:val="en-AU"/>
        </w:rPr>
      </w:pPr>
      <w:r w:rsidRPr="003B20B8">
        <w:rPr>
          <w:sz w:val="20"/>
          <w:szCs w:val="20"/>
          <w:lang w:val="en-AU"/>
        </w:rPr>
        <w:t>Tracking owners, due dates, and evidence across Word files and email threads gets messy fast.</w:t>
      </w:r>
      <w:r>
        <w:rPr>
          <w:sz w:val="20"/>
          <w:szCs w:val="20"/>
          <w:lang w:val="en-AU"/>
        </w:rPr>
        <w:t xml:space="preserve"> </w:t>
      </w:r>
      <w:r w:rsidRPr="003B20B8">
        <w:rPr>
          <w:sz w:val="20"/>
          <w:szCs w:val="20"/>
          <w:lang w:val="en-AU"/>
        </w:rPr>
        <w:t>8Dflow is manufacturing quality software for managing 8D reports, NCRs, corrective actions, owners, due dates, and evidence in one place.</w:t>
      </w:r>
    </w:p>
    <w:p w14:paraId="239920B9" w14:textId="77777777" w:rsidR="003B20B8" w:rsidRDefault="003B20B8" w:rsidP="003B20B8">
      <w:pPr>
        <w:pStyle w:val="Body"/>
        <w:spacing w:line="240" w:lineRule="auto"/>
        <w:rPr>
          <w:sz w:val="20"/>
          <w:szCs w:val="20"/>
          <w:lang w:val="en-AU"/>
        </w:rPr>
      </w:pPr>
    </w:p>
    <w:p w14:paraId="530CDA73" w14:textId="0B9D10C6" w:rsidR="003B20B8" w:rsidRPr="003B20B8" w:rsidRDefault="003B20B8" w:rsidP="003B20B8">
      <w:pPr>
        <w:pStyle w:val="Body"/>
        <w:spacing w:line="240" w:lineRule="auto"/>
        <w:rPr>
          <w:sz w:val="20"/>
          <w:szCs w:val="20"/>
          <w:lang w:val="en-AU"/>
        </w:rPr>
      </w:pPr>
      <w:r w:rsidRPr="003B20B8">
        <w:rPr>
          <w:sz w:val="20"/>
          <w:szCs w:val="20"/>
          <w:lang w:val="en-AU"/>
        </w:rPr>
        <w:t>Visit 8Dflow.com.</w:t>
      </w:r>
    </w:p>
    <w:p w14:paraId="444D4B67" w14:textId="77777777" w:rsidR="002C3C87" w:rsidRDefault="002C3C87" w:rsidP="002C3C87">
      <w:pPr>
        <w:pStyle w:val="Body"/>
        <w:spacing w:line="240" w:lineRule="auto"/>
      </w:pPr>
    </w:p>
    <w:p w14:paraId="40015FAC" w14:textId="46D56799" w:rsidR="00F959F5" w:rsidRDefault="00F959F5"/>
    <w:sectPr w:rsidR="00F959F5" w:rsidSect="002C3C87">
      <w:headerReference w:type="default" r:id="rId7"/>
      <w:footerReference w:type="default" r:id="rId8"/>
      <w:pgSz w:w="12240" w:h="15840"/>
      <w:pgMar w:top="792" w:right="936" w:bottom="792" w:left="93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692C5" w14:textId="77777777" w:rsidR="00A17094" w:rsidRDefault="00A17094">
      <w:pPr>
        <w:spacing w:after="0" w:line="240" w:lineRule="auto"/>
      </w:pPr>
      <w:r>
        <w:separator/>
      </w:r>
    </w:p>
  </w:endnote>
  <w:endnote w:type="continuationSeparator" w:id="0">
    <w:p w14:paraId="4F5EAA92" w14:textId="77777777" w:rsidR="00A17094" w:rsidRDefault="00A1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BF27" w14:textId="4694C78A" w:rsidR="002C3C87" w:rsidRPr="0026679E" w:rsidRDefault="0026679E" w:rsidP="001C0986">
    <w:pPr>
      <w:pStyle w:val="Footer"/>
      <w:rPr>
        <w:color w:val="4A5568"/>
        <w:sz w:val="13"/>
        <w:lang w:val="en-AU"/>
      </w:rPr>
    </w:pPr>
    <w:r w:rsidRPr="000E1F20">
      <w:rPr>
        <w:i/>
        <w:iCs/>
        <w:color w:val="4A5568"/>
        <w:sz w:val="13"/>
        <w:lang w:val="en-AU"/>
      </w:rPr>
      <w:t>© 8Dflow.com For internal business use only. General manufacturing quality reference; adapt before use. No warranty is given as to accuracy, completeness, suitability, or compliance with any audit, regulatory, contractual, certification, or legal requirement. Do not redistribute, resell, or publish without 8Dflow’s written permission</w:t>
    </w:r>
    <w:r w:rsidR="002C3C87" w:rsidRPr="000E1F20">
      <w:rPr>
        <w:i/>
        <w:iCs/>
        <w:color w:val="4A5568"/>
        <w:sz w:val="13"/>
      </w:rPr>
      <w:t xml:space="preserve">. | </w:t>
    </w:r>
    <w:r w:rsidR="002C3C87">
      <w:rPr>
        <w:color w:val="4A5568"/>
        <w:sz w:val="13"/>
      </w:rPr>
      <w:t xml:space="preserve">Page </w:t>
    </w:r>
    <w:r w:rsidR="002C3C87">
      <w:fldChar w:fldCharType="begin"/>
    </w:r>
    <w:r w:rsidR="002C3C87">
      <w:instrText>PAGE</w:instrText>
    </w:r>
    <w:r w:rsidR="002C3C87">
      <w:fldChar w:fldCharType="separate"/>
    </w:r>
    <w:r w:rsidR="002C3C87">
      <w:rPr>
        <w:color w:val="4A5568"/>
        <w:sz w:val="13"/>
      </w:rPr>
      <w:t>1</w:t>
    </w:r>
    <w:r w:rsidR="002C3C87">
      <w:rPr>
        <w:color w:val="4A5568"/>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1ED5" w14:textId="77777777" w:rsidR="00A17094" w:rsidRDefault="00A17094">
      <w:pPr>
        <w:spacing w:after="0" w:line="240" w:lineRule="auto"/>
      </w:pPr>
      <w:r>
        <w:separator/>
      </w:r>
    </w:p>
  </w:footnote>
  <w:footnote w:type="continuationSeparator" w:id="0">
    <w:p w14:paraId="3B5F52D5" w14:textId="77777777" w:rsidR="00A17094" w:rsidRDefault="00A170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9704" w14:textId="77777777" w:rsidR="002C3C87" w:rsidRDefault="002C3C87">
    <w:pPr>
      <w:pStyle w:val="Header"/>
    </w:pPr>
    <w:hyperlink r:id="rId1">
      <w:r>
        <w:rPr>
          <w:b/>
          <w:color w:val="17365D"/>
          <w:sz w:val="16"/>
        </w:rPr>
        <w:t>8Dflow.com</w:t>
      </w:r>
    </w:hyperlink>
    <w:r>
      <w:rPr>
        <w:color w:val="4A5568"/>
        <w:sz w:val="16"/>
      </w:rPr>
      <w:t xml:space="preserve"> | 8D Report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F46C6"/>
    <w:multiLevelType w:val="hybridMultilevel"/>
    <w:tmpl w:val="C148683A"/>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CAE3A61"/>
    <w:multiLevelType w:val="hybridMultilevel"/>
    <w:tmpl w:val="CEECC172"/>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66775650">
    <w:abstractNumId w:val="8"/>
  </w:num>
  <w:num w:numId="2" w16cid:durableId="85032175">
    <w:abstractNumId w:val="6"/>
  </w:num>
  <w:num w:numId="3" w16cid:durableId="922419831">
    <w:abstractNumId w:val="5"/>
  </w:num>
  <w:num w:numId="4" w16cid:durableId="213589886">
    <w:abstractNumId w:val="4"/>
  </w:num>
  <w:num w:numId="5" w16cid:durableId="2108891890">
    <w:abstractNumId w:val="7"/>
  </w:num>
  <w:num w:numId="6" w16cid:durableId="1756970232">
    <w:abstractNumId w:val="3"/>
  </w:num>
  <w:num w:numId="7" w16cid:durableId="831412455">
    <w:abstractNumId w:val="2"/>
  </w:num>
  <w:num w:numId="8" w16cid:durableId="1447044682">
    <w:abstractNumId w:val="1"/>
  </w:num>
  <w:num w:numId="9" w16cid:durableId="682363257">
    <w:abstractNumId w:val="0"/>
  </w:num>
  <w:num w:numId="10" w16cid:durableId="763571171">
    <w:abstractNumId w:val="10"/>
  </w:num>
  <w:num w:numId="11" w16cid:durableId="12555561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87"/>
    <w:rsid w:val="000E1F20"/>
    <w:rsid w:val="00106225"/>
    <w:rsid w:val="00181728"/>
    <w:rsid w:val="0019006C"/>
    <w:rsid w:val="001C0986"/>
    <w:rsid w:val="002524CF"/>
    <w:rsid w:val="0025764B"/>
    <w:rsid w:val="0026679E"/>
    <w:rsid w:val="002A528E"/>
    <w:rsid w:val="002C3C87"/>
    <w:rsid w:val="003B20B8"/>
    <w:rsid w:val="003D1A1E"/>
    <w:rsid w:val="005D157C"/>
    <w:rsid w:val="006361AB"/>
    <w:rsid w:val="00663E8C"/>
    <w:rsid w:val="006926B1"/>
    <w:rsid w:val="007B101C"/>
    <w:rsid w:val="00955107"/>
    <w:rsid w:val="00982E50"/>
    <w:rsid w:val="009B4D88"/>
    <w:rsid w:val="009D0365"/>
    <w:rsid w:val="00A17094"/>
    <w:rsid w:val="00B465C7"/>
    <w:rsid w:val="00C21195"/>
    <w:rsid w:val="00CF2A79"/>
    <w:rsid w:val="00D100C9"/>
    <w:rsid w:val="00D14FFC"/>
    <w:rsid w:val="00E45E1C"/>
    <w:rsid w:val="00EF4217"/>
    <w:rsid w:val="00F72C1B"/>
    <w:rsid w:val="00F959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12A4E"/>
  <w15:chartTrackingRefBased/>
  <w15:docId w15:val="{671FB62D-7B79-47EA-B72B-788F9B9A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C87"/>
    <w:pPr>
      <w:spacing w:after="200" w:line="276" w:lineRule="auto"/>
    </w:pPr>
    <w:rPr>
      <w:rFonts w:ascii="Arial" w:eastAsia="Arial" w:hAnsi="Arial" w:cs="Arial"/>
      <w:color w:val="111827"/>
      <w:kern w:val="0"/>
      <w:sz w:val="18"/>
      <w:szCs w:val="22"/>
      <w:lang w:val="en-US"/>
      <w14:ligatures w14:val="none"/>
    </w:rPr>
  </w:style>
  <w:style w:type="paragraph" w:styleId="Heading1">
    <w:name w:val="heading 1"/>
    <w:basedOn w:val="Normal"/>
    <w:next w:val="Normal"/>
    <w:link w:val="Heading1Char"/>
    <w:uiPriority w:val="9"/>
    <w:qFormat/>
    <w:rsid w:val="002C3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C3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3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3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3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3C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C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C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C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C3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C3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3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3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3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C87"/>
    <w:rPr>
      <w:rFonts w:eastAsiaTheme="majorEastAsia" w:cstheme="majorBidi"/>
      <w:color w:val="272727" w:themeColor="text1" w:themeTint="D8"/>
    </w:rPr>
  </w:style>
  <w:style w:type="paragraph" w:styleId="Title">
    <w:name w:val="Title"/>
    <w:basedOn w:val="Normal"/>
    <w:next w:val="Normal"/>
    <w:link w:val="TitleChar"/>
    <w:uiPriority w:val="10"/>
    <w:qFormat/>
    <w:rsid w:val="002C3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C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C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3C87"/>
    <w:rPr>
      <w:i/>
      <w:iCs/>
      <w:color w:val="404040" w:themeColor="text1" w:themeTint="BF"/>
    </w:rPr>
  </w:style>
  <w:style w:type="paragraph" w:styleId="ListParagraph">
    <w:name w:val="List Paragraph"/>
    <w:basedOn w:val="Normal"/>
    <w:uiPriority w:val="34"/>
    <w:qFormat/>
    <w:rsid w:val="002C3C87"/>
    <w:pPr>
      <w:ind w:left="720"/>
      <w:contextualSpacing/>
    </w:pPr>
  </w:style>
  <w:style w:type="character" w:styleId="IntenseEmphasis">
    <w:name w:val="Intense Emphasis"/>
    <w:basedOn w:val="DefaultParagraphFont"/>
    <w:uiPriority w:val="21"/>
    <w:qFormat/>
    <w:rsid w:val="002C3C87"/>
    <w:rPr>
      <w:i/>
      <w:iCs/>
      <w:color w:val="2F5496" w:themeColor="accent1" w:themeShade="BF"/>
    </w:rPr>
  </w:style>
  <w:style w:type="paragraph" w:styleId="IntenseQuote">
    <w:name w:val="Intense Quote"/>
    <w:basedOn w:val="Normal"/>
    <w:next w:val="Normal"/>
    <w:link w:val="IntenseQuoteChar"/>
    <w:uiPriority w:val="30"/>
    <w:qFormat/>
    <w:rsid w:val="002C3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3C87"/>
    <w:rPr>
      <w:i/>
      <w:iCs/>
      <w:color w:val="2F5496" w:themeColor="accent1" w:themeShade="BF"/>
    </w:rPr>
  </w:style>
  <w:style w:type="character" w:styleId="IntenseReference">
    <w:name w:val="Intense Reference"/>
    <w:basedOn w:val="DefaultParagraphFont"/>
    <w:uiPriority w:val="32"/>
    <w:qFormat/>
    <w:rsid w:val="002C3C87"/>
    <w:rPr>
      <w:b/>
      <w:bCs/>
      <w:smallCaps/>
      <w:color w:val="2F5496" w:themeColor="accent1" w:themeShade="BF"/>
      <w:spacing w:val="5"/>
    </w:rPr>
  </w:style>
  <w:style w:type="paragraph" w:styleId="Header">
    <w:name w:val="header"/>
    <w:basedOn w:val="Normal"/>
    <w:link w:val="HeaderChar"/>
    <w:uiPriority w:val="99"/>
    <w:unhideWhenUsed/>
    <w:rsid w:val="002C3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C87"/>
    <w:rPr>
      <w:rFonts w:ascii="Arial" w:eastAsia="Arial" w:hAnsi="Arial" w:cs="Arial"/>
      <w:color w:val="111827"/>
      <w:kern w:val="0"/>
      <w:sz w:val="18"/>
      <w:szCs w:val="22"/>
      <w:lang w:val="en-US"/>
      <w14:ligatures w14:val="none"/>
    </w:rPr>
  </w:style>
  <w:style w:type="paragraph" w:styleId="Footer">
    <w:name w:val="footer"/>
    <w:basedOn w:val="Normal"/>
    <w:link w:val="FooterChar"/>
    <w:uiPriority w:val="99"/>
    <w:unhideWhenUsed/>
    <w:rsid w:val="002C3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C87"/>
    <w:rPr>
      <w:rFonts w:ascii="Arial" w:eastAsia="Arial" w:hAnsi="Arial" w:cs="Arial"/>
      <w:color w:val="111827"/>
      <w:kern w:val="0"/>
      <w:sz w:val="18"/>
      <w:szCs w:val="22"/>
      <w:lang w:val="en-US"/>
      <w14:ligatures w14:val="none"/>
    </w:rPr>
  </w:style>
  <w:style w:type="paragraph" w:styleId="NoSpacing">
    <w:name w:val="No Spacing"/>
    <w:uiPriority w:val="1"/>
    <w:qFormat/>
    <w:rsid w:val="002C3C87"/>
    <w:pPr>
      <w:spacing w:line="240" w:lineRule="auto"/>
    </w:pPr>
    <w:rPr>
      <w:rFonts w:eastAsiaTheme="minorEastAsia"/>
      <w:kern w:val="0"/>
      <w:sz w:val="22"/>
      <w:szCs w:val="22"/>
      <w:lang w:val="en-US"/>
      <w14:ligatures w14:val="none"/>
    </w:rPr>
  </w:style>
  <w:style w:type="paragraph" w:styleId="BodyText">
    <w:name w:val="Body Text"/>
    <w:basedOn w:val="Normal"/>
    <w:link w:val="BodyTextChar"/>
    <w:uiPriority w:val="99"/>
    <w:unhideWhenUsed/>
    <w:rsid w:val="002C3C87"/>
    <w:pPr>
      <w:spacing w:after="120"/>
    </w:pPr>
  </w:style>
  <w:style w:type="character" w:customStyle="1" w:styleId="BodyTextChar">
    <w:name w:val="Body Text Char"/>
    <w:basedOn w:val="DefaultParagraphFont"/>
    <w:link w:val="BodyText"/>
    <w:uiPriority w:val="99"/>
    <w:rsid w:val="002C3C87"/>
    <w:rPr>
      <w:rFonts w:ascii="Arial" w:eastAsia="Arial" w:hAnsi="Arial" w:cs="Arial"/>
      <w:color w:val="111827"/>
      <w:kern w:val="0"/>
      <w:sz w:val="18"/>
      <w:szCs w:val="22"/>
      <w:lang w:val="en-US"/>
      <w14:ligatures w14:val="none"/>
    </w:rPr>
  </w:style>
  <w:style w:type="paragraph" w:styleId="BodyText2">
    <w:name w:val="Body Text 2"/>
    <w:basedOn w:val="Normal"/>
    <w:link w:val="BodyText2Char"/>
    <w:uiPriority w:val="99"/>
    <w:unhideWhenUsed/>
    <w:rsid w:val="002C3C87"/>
    <w:pPr>
      <w:spacing w:after="120" w:line="480" w:lineRule="auto"/>
    </w:pPr>
  </w:style>
  <w:style w:type="character" w:customStyle="1" w:styleId="BodyText2Char">
    <w:name w:val="Body Text 2 Char"/>
    <w:basedOn w:val="DefaultParagraphFont"/>
    <w:link w:val="BodyText2"/>
    <w:uiPriority w:val="99"/>
    <w:rsid w:val="002C3C87"/>
    <w:rPr>
      <w:rFonts w:ascii="Arial" w:eastAsia="Arial" w:hAnsi="Arial" w:cs="Arial"/>
      <w:color w:val="111827"/>
      <w:kern w:val="0"/>
      <w:sz w:val="18"/>
      <w:szCs w:val="22"/>
      <w:lang w:val="en-US"/>
      <w14:ligatures w14:val="none"/>
    </w:rPr>
  </w:style>
  <w:style w:type="paragraph" w:styleId="BodyText3">
    <w:name w:val="Body Text 3"/>
    <w:basedOn w:val="Normal"/>
    <w:link w:val="BodyText3Char"/>
    <w:uiPriority w:val="99"/>
    <w:unhideWhenUsed/>
    <w:rsid w:val="002C3C87"/>
    <w:pPr>
      <w:spacing w:after="120"/>
    </w:pPr>
    <w:rPr>
      <w:sz w:val="16"/>
      <w:szCs w:val="16"/>
    </w:rPr>
  </w:style>
  <w:style w:type="character" w:customStyle="1" w:styleId="BodyText3Char">
    <w:name w:val="Body Text 3 Char"/>
    <w:basedOn w:val="DefaultParagraphFont"/>
    <w:link w:val="BodyText3"/>
    <w:uiPriority w:val="99"/>
    <w:rsid w:val="002C3C87"/>
    <w:rPr>
      <w:rFonts w:ascii="Arial" w:eastAsia="Arial" w:hAnsi="Arial" w:cs="Arial"/>
      <w:color w:val="111827"/>
      <w:kern w:val="0"/>
      <w:sz w:val="16"/>
      <w:szCs w:val="16"/>
      <w:lang w:val="en-US"/>
      <w14:ligatures w14:val="none"/>
    </w:rPr>
  </w:style>
  <w:style w:type="paragraph" w:styleId="List">
    <w:name w:val="List"/>
    <w:basedOn w:val="Normal"/>
    <w:uiPriority w:val="99"/>
    <w:unhideWhenUsed/>
    <w:rsid w:val="002C3C87"/>
    <w:pPr>
      <w:ind w:left="360" w:hanging="360"/>
      <w:contextualSpacing/>
    </w:pPr>
  </w:style>
  <w:style w:type="paragraph" w:styleId="List2">
    <w:name w:val="List 2"/>
    <w:basedOn w:val="Normal"/>
    <w:uiPriority w:val="99"/>
    <w:unhideWhenUsed/>
    <w:rsid w:val="002C3C87"/>
    <w:pPr>
      <w:ind w:left="720" w:hanging="360"/>
      <w:contextualSpacing/>
    </w:pPr>
  </w:style>
  <w:style w:type="paragraph" w:styleId="List3">
    <w:name w:val="List 3"/>
    <w:basedOn w:val="Normal"/>
    <w:uiPriority w:val="99"/>
    <w:unhideWhenUsed/>
    <w:rsid w:val="002C3C87"/>
    <w:pPr>
      <w:ind w:left="1080" w:hanging="360"/>
      <w:contextualSpacing/>
    </w:pPr>
  </w:style>
  <w:style w:type="paragraph" w:styleId="ListBullet">
    <w:name w:val="List Bullet"/>
    <w:basedOn w:val="Normal"/>
    <w:uiPriority w:val="99"/>
    <w:unhideWhenUsed/>
    <w:rsid w:val="002C3C87"/>
    <w:pPr>
      <w:numPr>
        <w:numId w:val="1"/>
      </w:numPr>
      <w:tabs>
        <w:tab w:val="clear" w:pos="360"/>
      </w:tabs>
      <w:ind w:left="0" w:firstLine="0"/>
      <w:contextualSpacing/>
    </w:pPr>
  </w:style>
  <w:style w:type="paragraph" w:styleId="ListBullet2">
    <w:name w:val="List Bullet 2"/>
    <w:basedOn w:val="Normal"/>
    <w:uiPriority w:val="99"/>
    <w:unhideWhenUsed/>
    <w:rsid w:val="002C3C87"/>
    <w:pPr>
      <w:numPr>
        <w:numId w:val="2"/>
      </w:numPr>
      <w:tabs>
        <w:tab w:val="clear" w:pos="720"/>
      </w:tabs>
      <w:ind w:left="0" w:firstLine="0"/>
      <w:contextualSpacing/>
    </w:pPr>
  </w:style>
  <w:style w:type="paragraph" w:styleId="ListBullet3">
    <w:name w:val="List Bullet 3"/>
    <w:basedOn w:val="Normal"/>
    <w:uiPriority w:val="99"/>
    <w:unhideWhenUsed/>
    <w:rsid w:val="002C3C87"/>
    <w:pPr>
      <w:numPr>
        <w:numId w:val="3"/>
      </w:numPr>
      <w:tabs>
        <w:tab w:val="clear" w:pos="1080"/>
      </w:tabs>
      <w:ind w:left="0" w:firstLine="0"/>
      <w:contextualSpacing/>
    </w:pPr>
  </w:style>
  <w:style w:type="paragraph" w:styleId="ListNumber">
    <w:name w:val="List Number"/>
    <w:basedOn w:val="Normal"/>
    <w:uiPriority w:val="99"/>
    <w:unhideWhenUsed/>
    <w:rsid w:val="002C3C87"/>
    <w:pPr>
      <w:numPr>
        <w:numId w:val="5"/>
      </w:numPr>
      <w:tabs>
        <w:tab w:val="clear" w:pos="360"/>
      </w:tabs>
      <w:ind w:left="0" w:firstLine="0"/>
      <w:contextualSpacing/>
    </w:pPr>
  </w:style>
  <w:style w:type="paragraph" w:styleId="ListNumber2">
    <w:name w:val="List Number 2"/>
    <w:basedOn w:val="Normal"/>
    <w:uiPriority w:val="99"/>
    <w:unhideWhenUsed/>
    <w:rsid w:val="002C3C87"/>
    <w:pPr>
      <w:numPr>
        <w:numId w:val="6"/>
      </w:numPr>
      <w:tabs>
        <w:tab w:val="clear" w:pos="720"/>
      </w:tabs>
      <w:ind w:left="0" w:firstLine="0"/>
      <w:contextualSpacing/>
    </w:pPr>
  </w:style>
  <w:style w:type="paragraph" w:styleId="ListNumber3">
    <w:name w:val="List Number 3"/>
    <w:basedOn w:val="Normal"/>
    <w:uiPriority w:val="99"/>
    <w:unhideWhenUsed/>
    <w:rsid w:val="002C3C87"/>
    <w:pPr>
      <w:numPr>
        <w:numId w:val="7"/>
      </w:numPr>
      <w:tabs>
        <w:tab w:val="clear" w:pos="1080"/>
      </w:tabs>
      <w:ind w:left="0" w:firstLine="0"/>
      <w:contextualSpacing/>
    </w:pPr>
  </w:style>
  <w:style w:type="paragraph" w:styleId="ListContinue">
    <w:name w:val="List Continue"/>
    <w:basedOn w:val="Normal"/>
    <w:uiPriority w:val="99"/>
    <w:unhideWhenUsed/>
    <w:rsid w:val="002C3C87"/>
    <w:pPr>
      <w:spacing w:after="120"/>
      <w:ind w:left="360"/>
      <w:contextualSpacing/>
    </w:pPr>
  </w:style>
  <w:style w:type="paragraph" w:styleId="ListContinue2">
    <w:name w:val="List Continue 2"/>
    <w:basedOn w:val="Normal"/>
    <w:uiPriority w:val="99"/>
    <w:unhideWhenUsed/>
    <w:rsid w:val="002C3C87"/>
    <w:pPr>
      <w:spacing w:after="120"/>
      <w:ind w:left="720"/>
      <w:contextualSpacing/>
    </w:pPr>
  </w:style>
  <w:style w:type="paragraph" w:styleId="ListContinue3">
    <w:name w:val="List Continue 3"/>
    <w:basedOn w:val="Normal"/>
    <w:uiPriority w:val="99"/>
    <w:unhideWhenUsed/>
    <w:rsid w:val="002C3C87"/>
    <w:pPr>
      <w:spacing w:after="120"/>
      <w:ind w:left="1080"/>
      <w:contextualSpacing/>
    </w:pPr>
  </w:style>
  <w:style w:type="paragraph" w:styleId="MacroText">
    <w:name w:val="macro"/>
    <w:link w:val="MacroTextChar"/>
    <w:uiPriority w:val="99"/>
    <w:unhideWhenUsed/>
    <w:rsid w:val="002C3C8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2C3C87"/>
    <w:rPr>
      <w:rFonts w:ascii="Courier" w:eastAsiaTheme="minorEastAsia" w:hAnsi="Courier"/>
      <w:kern w:val="0"/>
      <w:sz w:val="20"/>
      <w:szCs w:val="20"/>
      <w:lang w:val="en-US"/>
      <w14:ligatures w14:val="none"/>
    </w:rPr>
  </w:style>
  <w:style w:type="paragraph" w:styleId="Caption">
    <w:name w:val="caption"/>
    <w:basedOn w:val="Normal"/>
    <w:next w:val="Normal"/>
    <w:uiPriority w:val="35"/>
    <w:semiHidden/>
    <w:unhideWhenUsed/>
    <w:qFormat/>
    <w:rsid w:val="002C3C87"/>
    <w:pPr>
      <w:spacing w:line="240" w:lineRule="auto"/>
    </w:pPr>
    <w:rPr>
      <w:b/>
      <w:bCs/>
      <w:color w:val="4472C4" w:themeColor="accent1"/>
      <w:szCs w:val="18"/>
    </w:rPr>
  </w:style>
  <w:style w:type="character" w:styleId="Strong">
    <w:name w:val="Strong"/>
    <w:basedOn w:val="DefaultParagraphFont"/>
    <w:uiPriority w:val="22"/>
    <w:qFormat/>
    <w:rsid w:val="002C3C87"/>
    <w:rPr>
      <w:b/>
      <w:bCs/>
    </w:rPr>
  </w:style>
  <w:style w:type="character" w:styleId="Emphasis">
    <w:name w:val="Emphasis"/>
    <w:basedOn w:val="DefaultParagraphFont"/>
    <w:uiPriority w:val="20"/>
    <w:qFormat/>
    <w:rsid w:val="002C3C87"/>
    <w:rPr>
      <w:i/>
      <w:iCs/>
    </w:rPr>
  </w:style>
  <w:style w:type="character" w:styleId="SubtleEmphasis">
    <w:name w:val="Subtle Emphasis"/>
    <w:basedOn w:val="DefaultParagraphFont"/>
    <w:uiPriority w:val="19"/>
    <w:qFormat/>
    <w:rsid w:val="002C3C87"/>
    <w:rPr>
      <w:i/>
      <w:iCs/>
      <w:color w:val="808080" w:themeColor="text1" w:themeTint="7F"/>
    </w:rPr>
  </w:style>
  <w:style w:type="character" w:styleId="SubtleReference">
    <w:name w:val="Subtle Reference"/>
    <w:basedOn w:val="DefaultParagraphFont"/>
    <w:uiPriority w:val="31"/>
    <w:qFormat/>
    <w:rsid w:val="002C3C87"/>
    <w:rPr>
      <w:smallCaps/>
      <w:color w:val="ED7D31" w:themeColor="accent2"/>
      <w:u w:val="single"/>
    </w:rPr>
  </w:style>
  <w:style w:type="character" w:styleId="BookTitle">
    <w:name w:val="Book Title"/>
    <w:basedOn w:val="DefaultParagraphFont"/>
    <w:uiPriority w:val="33"/>
    <w:qFormat/>
    <w:rsid w:val="002C3C87"/>
    <w:rPr>
      <w:b/>
      <w:bCs/>
      <w:smallCaps/>
      <w:spacing w:val="5"/>
    </w:rPr>
  </w:style>
  <w:style w:type="paragraph" w:styleId="TOCHeading">
    <w:name w:val="TOC Heading"/>
    <w:basedOn w:val="Heading1"/>
    <w:next w:val="Normal"/>
    <w:uiPriority w:val="39"/>
    <w:semiHidden/>
    <w:unhideWhenUsed/>
    <w:qFormat/>
    <w:rsid w:val="002C3C87"/>
    <w:pPr>
      <w:spacing w:before="160"/>
      <w:outlineLvl w:val="9"/>
    </w:pPr>
    <w:rPr>
      <w:b/>
      <w:bCs/>
      <w:color w:val="111827"/>
      <w:szCs w:val="28"/>
    </w:rPr>
  </w:style>
  <w:style w:type="table" w:styleId="TableGrid">
    <w:name w:val="Table Grid"/>
    <w:basedOn w:val="TableNormal"/>
    <w:uiPriority w:val="59"/>
    <w:rsid w:val="002C3C87"/>
    <w:pPr>
      <w:spacing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C3C87"/>
    <w:pPr>
      <w:spacing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C3C87"/>
    <w:pPr>
      <w:spacing w:line="240" w:lineRule="auto"/>
    </w:pPr>
    <w:rPr>
      <w:rFonts w:eastAsiaTheme="minorEastAsia"/>
      <w:color w:val="2F5496" w:themeColor="accent1" w:themeShade="BF"/>
      <w:kern w:val="0"/>
      <w:sz w:val="22"/>
      <w:szCs w:val="22"/>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2C3C87"/>
    <w:pPr>
      <w:spacing w:line="240" w:lineRule="auto"/>
    </w:pPr>
    <w:rPr>
      <w:rFonts w:eastAsiaTheme="minorEastAsia"/>
      <w:color w:val="C45911" w:themeColor="accent2" w:themeShade="BF"/>
      <w:kern w:val="0"/>
      <w:sz w:val="22"/>
      <w:szCs w:val="22"/>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2C3C87"/>
    <w:pPr>
      <w:spacing w:line="240" w:lineRule="auto"/>
    </w:pPr>
    <w:rPr>
      <w:rFonts w:eastAsiaTheme="minorEastAsia"/>
      <w:color w:val="7B7B7B" w:themeColor="accent3" w:themeShade="BF"/>
      <w:kern w:val="0"/>
      <w:sz w:val="22"/>
      <w:szCs w:val="22"/>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2C3C87"/>
    <w:pPr>
      <w:spacing w:line="240" w:lineRule="auto"/>
    </w:pPr>
    <w:rPr>
      <w:rFonts w:eastAsiaTheme="minorEastAsia"/>
      <w:color w:val="BF8F00" w:themeColor="accent4" w:themeShade="BF"/>
      <w:kern w:val="0"/>
      <w:sz w:val="22"/>
      <w:szCs w:val="22"/>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2C3C87"/>
    <w:pPr>
      <w:spacing w:line="240" w:lineRule="auto"/>
    </w:pPr>
    <w:rPr>
      <w:rFonts w:eastAsiaTheme="minorEastAsia"/>
      <w:color w:val="2E74B5" w:themeColor="accent5" w:themeShade="BF"/>
      <w:kern w:val="0"/>
      <w:sz w:val="22"/>
      <w:szCs w:val="22"/>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2C3C87"/>
    <w:pPr>
      <w:spacing w:line="240" w:lineRule="auto"/>
    </w:pPr>
    <w:rPr>
      <w:rFonts w:eastAsiaTheme="minorEastAsia"/>
      <w:color w:val="538135" w:themeColor="accent6" w:themeShade="BF"/>
      <w:kern w:val="0"/>
      <w:sz w:val="22"/>
      <w:szCs w:val="22"/>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C3C87"/>
    <w:pPr>
      <w:spacing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C3C87"/>
    <w:pPr>
      <w:spacing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C3C87"/>
    <w:pPr>
      <w:spacing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C3C87"/>
    <w:pPr>
      <w:spacing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C3C87"/>
    <w:pPr>
      <w:spacing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C3C87"/>
    <w:pPr>
      <w:spacing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C3C87"/>
    <w:pPr>
      <w:spacing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C3C87"/>
    <w:pPr>
      <w:spacing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2C3C87"/>
    <w:pPr>
      <w:spacing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2C3C87"/>
    <w:pPr>
      <w:spacing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C3C87"/>
    <w:pPr>
      <w:spacing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2C3C87"/>
    <w:pPr>
      <w:spacing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2C3C87"/>
    <w:pPr>
      <w:spacing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2C3C87"/>
    <w:pPr>
      <w:spacing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2C3C87"/>
    <w:pPr>
      <w:spacing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2C3C87"/>
    <w:pPr>
      <w:spacing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2C3C87"/>
    <w:pPr>
      <w:spacing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Body">
    <w:name w:val="Body"/>
    <w:rsid w:val="002C3C87"/>
    <w:pPr>
      <w:spacing w:after="80" w:line="252" w:lineRule="auto"/>
    </w:pPr>
    <w:rPr>
      <w:rFonts w:ascii="Arial" w:eastAsia="Arial" w:hAnsi="Arial" w:cs="Arial"/>
      <w:color w:val="111827"/>
      <w:kern w:val="0"/>
      <w:sz w:val="18"/>
      <w:szCs w:val="22"/>
      <w:lang w:val="en-US"/>
      <w14:ligatures w14:val="none"/>
    </w:rPr>
  </w:style>
  <w:style w:type="paragraph" w:customStyle="1" w:styleId="Instruction">
    <w:name w:val="Instruction"/>
    <w:rsid w:val="002C3C87"/>
    <w:pPr>
      <w:spacing w:after="100" w:line="240" w:lineRule="auto"/>
    </w:pPr>
    <w:rPr>
      <w:rFonts w:ascii="Arial" w:eastAsia="Arial" w:hAnsi="Arial" w:cs="Arial"/>
      <w:i/>
      <w:color w:val="6B7280"/>
      <w:kern w:val="0"/>
      <w:sz w:val="17"/>
      <w:szCs w:val="22"/>
      <w:lang w:val="en-US"/>
      <w14:ligatures w14:val="none"/>
    </w:rPr>
  </w:style>
  <w:style w:type="paragraph" w:customStyle="1" w:styleId="SmallNote">
    <w:name w:val="Small Note"/>
    <w:rsid w:val="002C3C87"/>
    <w:pPr>
      <w:spacing w:after="60" w:line="276" w:lineRule="auto"/>
    </w:pPr>
    <w:rPr>
      <w:rFonts w:ascii="Arial" w:eastAsia="Arial" w:hAnsi="Arial" w:cs="Arial"/>
      <w:color w:val="6B7280"/>
      <w:kern w:val="0"/>
      <w:sz w:val="15"/>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8dfl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3144</Words>
  <Characters>17922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Reviewer;8Dflow;8DFlow.com</dc:creator>
  <cp:keywords/>
  <dc:description/>
  <cp:lastModifiedBy>Reviewer</cp:lastModifiedBy>
  <cp:revision>11</cp:revision>
  <dcterms:created xsi:type="dcterms:W3CDTF">2026-06-24T19:46:00Z</dcterms:created>
  <dcterms:modified xsi:type="dcterms:W3CDTF">2026-06-24T23:05:00Z</dcterms:modified>
</cp:coreProperties>
</file>