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5C520" w14:textId="77777777" w:rsidR="00466FB2" w:rsidRDefault="00000000">
      <w:pPr>
        <w:pStyle w:val="8DFTitle"/>
        <w:spacing w:before="120" w:after="0" w:line="240" w:lineRule="auto"/>
        <w:jc w:val="center"/>
      </w:pPr>
      <w:r>
        <w:t>CAR Template</w:t>
      </w:r>
    </w:p>
    <w:p w14:paraId="4F78198B" w14:textId="27A9CB66" w:rsidR="00466FB2" w:rsidRDefault="00765D91">
      <w:pPr>
        <w:pStyle w:val="8DFSubtitle"/>
        <w:spacing w:after="40" w:line="240" w:lineRule="auto"/>
        <w:jc w:val="center"/>
      </w:pPr>
      <w:r>
        <w:rPr>
          <w:b/>
        </w:rPr>
        <w:br/>
        <w:t>Corrective Action Request for Manufacturing Quality Issues</w:t>
      </w:r>
    </w:p>
    <w:p w14:paraId="4D78B6D2" w14:textId="37ECC25A" w:rsidR="00466FB2" w:rsidRDefault="00000000">
      <w:pPr>
        <w:pStyle w:val="8DFBody"/>
        <w:spacing w:after="160" w:line="240" w:lineRule="auto"/>
        <w:jc w:val="center"/>
      </w:pPr>
      <w:r>
        <w:t>A practical Word template for requesting, reviewing, verifying, and closing corrective action.</w:t>
      </w:r>
      <w:r w:rsidR="00765D91">
        <w:br/>
      </w:r>
    </w:p>
    <w:tbl>
      <w:tblPr>
        <w:tblW w:w="0" w:type="auto"/>
        <w:tblLayout w:type="fixed"/>
        <w:tblLook w:val="04A0" w:firstRow="1" w:lastRow="0" w:firstColumn="1" w:lastColumn="0" w:noHBand="0" w:noVBand="1"/>
      </w:tblPr>
      <w:tblGrid>
        <w:gridCol w:w="10656"/>
      </w:tblGrid>
      <w:tr w:rsidR="00466FB2" w14:paraId="4D1755A8" w14:textId="77777777">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2B0A8183" w14:textId="77777777" w:rsidR="00466FB2" w:rsidRDefault="00000000">
            <w:pPr>
              <w:spacing w:after="0" w:line="240" w:lineRule="auto"/>
            </w:pPr>
            <w:r>
              <w:rPr>
                <w:sz w:val="18"/>
              </w:rPr>
              <w:t xml:space="preserve">Use this template when you need a clear corrective action request and response record. When CARs, NCRs, SCARs, 8Ds, owners, due dates, evidence files, and approvals are tracked across separate Word files, spreadsheets, and email threads, things get missed. </w:t>
            </w:r>
            <w:hyperlink r:id="rId8">
              <w:r w:rsidR="00466FB2">
                <w:rPr>
                  <w:color w:val="17365D"/>
                  <w:sz w:val="18"/>
                </w:rPr>
                <w:t>8Dflow.com</w:t>
              </w:r>
            </w:hyperlink>
            <w:r>
              <w:rPr>
                <w:sz w:val="18"/>
              </w:rPr>
              <w:t xml:space="preserve"> keeps all of it connected to the same quality issue - so you can see what is open, what is overdue, and what still needs evidence, without chasing files.</w:t>
            </w:r>
          </w:p>
        </w:tc>
      </w:tr>
    </w:tbl>
    <w:p w14:paraId="0BAF6542" w14:textId="77777777" w:rsidR="00B663D8" w:rsidRDefault="00B663D8"/>
    <w:tbl>
      <w:tblPr>
        <w:tblW w:w="0" w:type="auto"/>
        <w:jc w:val="center"/>
        <w:tblLayout w:type="fixed"/>
        <w:tblLook w:val="04A0" w:firstRow="1" w:lastRow="0" w:firstColumn="1" w:lastColumn="0" w:noHBand="0" w:noVBand="1"/>
      </w:tblPr>
      <w:tblGrid>
        <w:gridCol w:w="2376"/>
        <w:gridCol w:w="2952"/>
        <w:gridCol w:w="2376"/>
        <w:gridCol w:w="2952"/>
      </w:tblGrid>
      <w:tr w:rsidR="00B663D8" w14:paraId="0F9D3D15" w14:textId="77777777" w:rsidTr="00234A74">
        <w:trPr>
          <w:cantSplit/>
          <w:trHeight w:val="7"/>
          <w:jc w:val="center"/>
        </w:trPr>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2CC39C4" w14:textId="77777777" w:rsidR="00B663D8" w:rsidRDefault="00B663D8" w:rsidP="00234A74">
            <w:pPr>
              <w:spacing w:after="0" w:line="240" w:lineRule="auto"/>
            </w:pPr>
            <w:r>
              <w:rPr>
                <w:b/>
                <w:color w:val="17365D"/>
              </w:rPr>
              <w:br/>
              <w:t>CAR number</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FD0F529" w14:textId="77777777" w:rsidR="00B663D8" w:rsidRDefault="00B663D8" w:rsidP="00234A74">
            <w:pPr>
              <w:spacing w:after="0" w:line="240" w:lineRule="auto"/>
            </w:pPr>
            <w:r>
              <w:rPr>
                <w:i/>
                <w:color w:val="718096"/>
                <w:sz w:val="17"/>
              </w:rPr>
              <w:t>Enter details here.</w:t>
            </w:r>
          </w:p>
        </w:tc>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E5A0162" w14:textId="77777777" w:rsidR="00B663D8" w:rsidRDefault="00B663D8" w:rsidP="00234A74">
            <w:pPr>
              <w:spacing w:after="0" w:line="240" w:lineRule="auto"/>
            </w:pPr>
            <w:r>
              <w:rPr>
                <w:b/>
                <w:color w:val="17365D"/>
              </w:rPr>
              <w:t>Date issued</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DF3DE1F" w14:textId="77777777" w:rsidR="00B663D8" w:rsidRDefault="00B663D8" w:rsidP="00234A74">
            <w:pPr>
              <w:spacing w:after="0" w:line="240" w:lineRule="auto"/>
            </w:pPr>
            <w:r>
              <w:rPr>
                <w:i/>
                <w:color w:val="718096"/>
                <w:sz w:val="17"/>
              </w:rPr>
              <w:t>Enter details here.</w:t>
            </w:r>
          </w:p>
        </w:tc>
      </w:tr>
      <w:tr w:rsidR="00B663D8" w14:paraId="1136DF82" w14:textId="77777777" w:rsidTr="00234A74">
        <w:trPr>
          <w:cantSplit/>
          <w:trHeight w:val="7"/>
          <w:jc w:val="center"/>
        </w:trPr>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E3CFECF" w14:textId="77777777" w:rsidR="00B663D8" w:rsidRDefault="00B663D8" w:rsidP="00234A74">
            <w:pPr>
              <w:spacing w:after="0" w:line="240" w:lineRule="auto"/>
            </w:pPr>
            <w:r>
              <w:rPr>
                <w:b/>
                <w:color w:val="17365D"/>
              </w:rPr>
              <w:t>Status</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5081D2C" w14:textId="77777777" w:rsidR="00B663D8" w:rsidRDefault="00B663D8" w:rsidP="00234A74">
            <w:pPr>
              <w:spacing w:after="0" w:line="240" w:lineRule="auto"/>
            </w:pPr>
            <w:r>
              <w:t>Draft / Issued / Under review / Closed</w:t>
            </w:r>
          </w:p>
        </w:tc>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353EFE2" w14:textId="77777777" w:rsidR="00B663D8" w:rsidRDefault="00B663D8" w:rsidP="00234A74">
            <w:pPr>
              <w:spacing w:after="0" w:line="240" w:lineRule="auto"/>
            </w:pPr>
            <w:r>
              <w:rPr>
                <w:b/>
                <w:color w:val="17365D"/>
              </w:rPr>
              <w:t>Revision / version</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6269536" w14:textId="77777777" w:rsidR="00B663D8" w:rsidRDefault="00B663D8" w:rsidP="00234A74">
            <w:pPr>
              <w:spacing w:after="0" w:line="240" w:lineRule="auto"/>
            </w:pPr>
            <w:r>
              <w:rPr>
                <w:i/>
                <w:color w:val="718096"/>
                <w:sz w:val="17"/>
              </w:rPr>
              <w:t>Enter details here.</w:t>
            </w:r>
          </w:p>
        </w:tc>
      </w:tr>
      <w:tr w:rsidR="00B663D8" w14:paraId="31837B17" w14:textId="77777777" w:rsidTr="00234A74">
        <w:trPr>
          <w:cantSplit/>
          <w:trHeight w:val="7"/>
          <w:jc w:val="center"/>
        </w:trPr>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1293C1F" w14:textId="77777777" w:rsidR="00B663D8" w:rsidRDefault="00B663D8" w:rsidP="00234A74">
            <w:pPr>
              <w:spacing w:after="0" w:line="240" w:lineRule="auto"/>
            </w:pPr>
            <w:r>
              <w:rPr>
                <w:b/>
                <w:color w:val="17365D"/>
              </w:rPr>
              <w:t>Issued by</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5F42617" w14:textId="77777777" w:rsidR="00B663D8" w:rsidRDefault="00B663D8" w:rsidP="00234A74">
            <w:pPr>
              <w:spacing w:after="0" w:line="240" w:lineRule="auto"/>
            </w:pPr>
            <w:r>
              <w:rPr>
                <w:i/>
                <w:color w:val="718096"/>
                <w:sz w:val="17"/>
              </w:rPr>
              <w:t>Enter details here.</w:t>
            </w:r>
          </w:p>
        </w:tc>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265F602" w14:textId="77777777" w:rsidR="00B663D8" w:rsidRDefault="00B663D8" w:rsidP="00234A74">
            <w:pPr>
              <w:spacing w:after="0" w:line="240" w:lineRule="auto"/>
            </w:pPr>
            <w:r>
              <w:rPr>
                <w:b/>
                <w:color w:val="17365D"/>
              </w:rPr>
              <w:t>Corrective action owner</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C9B6BCD" w14:textId="77777777" w:rsidR="00B663D8" w:rsidRDefault="00B663D8" w:rsidP="00234A74">
            <w:pPr>
              <w:spacing w:after="0" w:line="240" w:lineRule="auto"/>
            </w:pPr>
            <w:r>
              <w:rPr>
                <w:i/>
                <w:color w:val="718096"/>
                <w:sz w:val="17"/>
              </w:rPr>
              <w:t>Enter details here.</w:t>
            </w:r>
          </w:p>
        </w:tc>
      </w:tr>
      <w:tr w:rsidR="00B663D8" w14:paraId="74734BAC" w14:textId="77777777" w:rsidTr="00234A74">
        <w:trPr>
          <w:cantSplit/>
          <w:trHeight w:val="7"/>
          <w:jc w:val="center"/>
        </w:trPr>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C15FAD3" w14:textId="77777777" w:rsidR="00B663D8" w:rsidRDefault="00B663D8" w:rsidP="00234A74">
            <w:pPr>
              <w:spacing w:after="0" w:line="240" w:lineRule="auto"/>
            </w:pPr>
            <w:r>
              <w:rPr>
                <w:b/>
                <w:color w:val="17365D"/>
              </w:rPr>
              <w:t>Department / process area</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2441F7C" w14:textId="77777777" w:rsidR="00B663D8" w:rsidRDefault="00B663D8" w:rsidP="00234A74">
            <w:pPr>
              <w:spacing w:after="0" w:line="240" w:lineRule="auto"/>
            </w:pPr>
            <w:r>
              <w:rPr>
                <w:i/>
                <w:color w:val="718096"/>
                <w:sz w:val="17"/>
              </w:rPr>
              <w:t>Enter details here.</w:t>
            </w:r>
          </w:p>
        </w:tc>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A789FAD" w14:textId="77777777" w:rsidR="00B663D8" w:rsidRDefault="00B663D8" w:rsidP="00234A74">
            <w:pPr>
              <w:spacing w:after="0" w:line="240" w:lineRule="auto"/>
            </w:pPr>
            <w:r>
              <w:rPr>
                <w:b/>
                <w:color w:val="17365D"/>
              </w:rPr>
              <w:t>Site / plant</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092A290" w14:textId="77777777" w:rsidR="00B663D8" w:rsidRDefault="00B663D8" w:rsidP="00234A74">
            <w:pPr>
              <w:spacing w:after="0" w:line="240" w:lineRule="auto"/>
            </w:pPr>
            <w:r>
              <w:rPr>
                <w:i/>
                <w:color w:val="718096"/>
                <w:sz w:val="17"/>
              </w:rPr>
              <w:t>Enter details here.</w:t>
            </w:r>
          </w:p>
        </w:tc>
      </w:tr>
    </w:tbl>
    <w:p w14:paraId="062AEBC4" w14:textId="77777777" w:rsidR="00B663D8" w:rsidRDefault="00B663D8" w:rsidP="00B663D8">
      <w:pPr>
        <w:spacing w:after="60"/>
      </w:pPr>
      <w:r>
        <w:rPr>
          <w:sz w:val="2"/>
        </w:rPr>
        <w:t xml:space="preserve"> </w:t>
      </w:r>
    </w:p>
    <w:tbl>
      <w:tblPr>
        <w:tblW w:w="0" w:type="auto"/>
        <w:jc w:val="center"/>
        <w:tblLayout w:type="fixed"/>
        <w:tblLook w:val="04A0" w:firstRow="1" w:lastRow="0" w:firstColumn="1" w:lastColumn="0" w:noHBand="0" w:noVBand="1"/>
      </w:tblPr>
      <w:tblGrid>
        <w:gridCol w:w="10656"/>
      </w:tblGrid>
      <w:tr w:rsidR="00B663D8" w14:paraId="13F6B5C4" w14:textId="77777777" w:rsidTr="00234A74">
        <w:trPr>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37A36F6F" w14:textId="77777777" w:rsidR="00B663D8" w:rsidRDefault="00B663D8" w:rsidP="00234A74">
            <w:pPr>
              <w:pStyle w:val="GuidanceText"/>
              <w:spacing w:line="240" w:lineRule="auto"/>
            </w:pPr>
            <w:r>
              <w:rPr>
                <w:b/>
                <w:color w:val="2D3748"/>
                <w:sz w:val="18"/>
              </w:rPr>
              <w:t>Guidance:</w:t>
            </w:r>
            <w:r>
              <w:rPr>
                <w:color w:val="2D3748"/>
                <w:sz w:val="18"/>
              </w:rPr>
              <w:t xml:space="preserve"> This is a general manufacturing quality template. Adapt the fields, approval rules, response times, and evidence requirements to your company, customer, product, process, supplier, and industry requirements before use.</w:t>
            </w:r>
          </w:p>
        </w:tc>
      </w:tr>
    </w:tbl>
    <w:p w14:paraId="2F565401" w14:textId="6DA91C4B" w:rsidR="00466FB2" w:rsidRDefault="00000000">
      <w:r>
        <w:br w:type="page"/>
      </w:r>
    </w:p>
    <w:p w14:paraId="1DE16ABB" w14:textId="77777777" w:rsidR="00466FB2" w:rsidRDefault="00000000" w:rsidP="00B663D8">
      <w:pPr>
        <w:pStyle w:val="8DFSectionBar"/>
        <w:keepNext/>
        <w:shd w:val="clear" w:color="auto" w:fill="17365D"/>
        <w:spacing w:before="200" w:after="80" w:line="240" w:lineRule="auto"/>
      </w:pPr>
      <w:r>
        <w:lastRenderedPageBreak/>
        <w:t>2. Start Here / How to Use This Template</w:t>
      </w:r>
    </w:p>
    <w:p w14:paraId="5D75E3A3" w14:textId="77777777" w:rsidR="00B663D8" w:rsidRDefault="00B663D8">
      <w:pPr>
        <w:pStyle w:val="8DFSubsection"/>
        <w:keepNext/>
        <w:spacing w:before="120" w:after="60" w:line="240" w:lineRule="auto"/>
      </w:pPr>
    </w:p>
    <w:p w14:paraId="6BC83C88" w14:textId="6567E2D5" w:rsidR="00466FB2" w:rsidRDefault="00000000">
      <w:pPr>
        <w:pStyle w:val="8DFSubsection"/>
        <w:keepNext/>
        <w:spacing w:before="120" w:after="60" w:line="240" w:lineRule="auto"/>
      </w:pPr>
      <w:r>
        <w:t>Purpose</w:t>
      </w:r>
    </w:p>
    <w:p w14:paraId="7BC71AE0" w14:textId="77777777" w:rsidR="00466FB2" w:rsidRDefault="00000000">
      <w:pPr>
        <w:pStyle w:val="8DFBody"/>
        <w:spacing w:after="60" w:line="240" w:lineRule="auto"/>
      </w:pPr>
      <w:r>
        <w:t>Use this template to issue a formal corrective action request, capture the response, review evidence, verify completion, check effectiveness, and record closure.</w:t>
      </w:r>
    </w:p>
    <w:p w14:paraId="205EEBC1" w14:textId="77777777" w:rsidR="00466FB2" w:rsidRDefault="00000000">
      <w:pPr>
        <w:pStyle w:val="8DFSubsection"/>
        <w:keepNext/>
        <w:spacing w:before="120" w:after="60" w:line="240" w:lineRule="auto"/>
      </w:pPr>
      <w:r>
        <w:t>Issue a CAR when</w:t>
      </w:r>
    </w:p>
    <w:p w14:paraId="7486FFA3" w14:textId="77777777" w:rsidR="00466FB2" w:rsidRDefault="00000000">
      <w:pPr>
        <w:pStyle w:val="8DFBody"/>
        <w:spacing w:after="60" w:line="240" w:lineRule="auto"/>
        <w:ind w:left="259" w:hanging="173"/>
      </w:pPr>
      <w:r>
        <w:t>• a nonconformance, complaint, audit finding, escape, inspection failure, or repeated production issue needs formal corrective action</w:t>
      </w:r>
    </w:p>
    <w:p w14:paraId="7A09F6B7" w14:textId="77777777" w:rsidR="00466FB2" w:rsidRDefault="00000000">
      <w:pPr>
        <w:pStyle w:val="8DFBody"/>
        <w:spacing w:after="60" w:line="240" w:lineRule="auto"/>
        <w:ind w:left="259" w:hanging="173"/>
      </w:pPr>
      <w:r>
        <w:t>• containment, root cause, corrective action, evidence, owner, due date, verification, and closure must be tracked in one record</w:t>
      </w:r>
    </w:p>
    <w:p w14:paraId="6B4AB6E6" w14:textId="77777777" w:rsidR="00466FB2" w:rsidRDefault="00000000">
      <w:pPr>
        <w:pStyle w:val="8DFBody"/>
        <w:spacing w:after="60" w:line="240" w:lineRule="auto"/>
        <w:ind w:left="259" w:hanging="173"/>
      </w:pPr>
      <w:r>
        <w:t>• the issue is more than a quick correction or one-off follow-up</w:t>
      </w:r>
    </w:p>
    <w:p w14:paraId="2C578F77" w14:textId="77777777" w:rsidR="00466FB2" w:rsidRDefault="00000000">
      <w:pPr>
        <w:pStyle w:val="8DFSubsection"/>
        <w:keepNext/>
        <w:spacing w:before="120" w:after="60" w:line="240" w:lineRule="auto"/>
      </w:pPr>
      <w:r>
        <w:t>A simpler follow-up may be enough when</w:t>
      </w:r>
    </w:p>
    <w:p w14:paraId="36279016" w14:textId="77777777" w:rsidR="00466FB2" w:rsidRDefault="00000000">
      <w:pPr>
        <w:pStyle w:val="8DFBody"/>
        <w:spacing w:after="60" w:line="240" w:lineRule="auto"/>
        <w:ind w:left="259" w:hanging="173"/>
      </w:pPr>
      <w:r>
        <w:t>• the issue is minor, isolated, already corrected, and does not need formal root cause investigation</w:t>
      </w:r>
    </w:p>
    <w:p w14:paraId="26CF7D40" w14:textId="77777777" w:rsidR="00466FB2" w:rsidRDefault="00000000">
      <w:pPr>
        <w:pStyle w:val="8DFBody"/>
        <w:spacing w:after="60" w:line="240" w:lineRule="auto"/>
        <w:ind w:left="259" w:hanging="173"/>
      </w:pPr>
      <w:r>
        <w:t>• the customer, internal procedure, or risk level does not require a formal corrective action record</w:t>
      </w:r>
    </w:p>
    <w:p w14:paraId="0104D140" w14:textId="77777777" w:rsidR="00466FB2" w:rsidRDefault="00000000">
      <w:pPr>
        <w:pStyle w:val="8DFSubsection"/>
        <w:keepNext/>
        <w:spacing w:before="120" w:after="60" w:line="240" w:lineRule="auto"/>
      </w:pPr>
      <w:r>
        <w:t>Link related records where required</w:t>
      </w:r>
    </w:p>
    <w:p w14:paraId="30DC454A" w14:textId="77777777" w:rsidR="00466FB2" w:rsidRDefault="00000000">
      <w:pPr>
        <w:pStyle w:val="8DFBody"/>
        <w:spacing w:after="60" w:line="240" w:lineRule="auto"/>
        <w:ind w:left="259" w:hanging="173"/>
      </w:pPr>
      <w:r>
        <w:t>• NCR: use when the main record is control and disposition of nonconforming product or output</w:t>
      </w:r>
    </w:p>
    <w:p w14:paraId="0D5AF4D7" w14:textId="77777777" w:rsidR="00466FB2" w:rsidRDefault="00000000">
      <w:pPr>
        <w:pStyle w:val="8DFBody"/>
        <w:spacing w:after="60" w:line="240" w:lineRule="auto"/>
        <w:ind w:left="259" w:hanging="173"/>
      </w:pPr>
      <w:r>
        <w:t>• SCAR: use when corrective action is being requested from an external supplier</w:t>
      </w:r>
    </w:p>
    <w:p w14:paraId="756F899F" w14:textId="77777777" w:rsidR="00466FB2" w:rsidRDefault="00000000">
      <w:pPr>
        <w:pStyle w:val="8DFBody"/>
        <w:spacing w:after="60" w:line="240" w:lineRule="auto"/>
        <w:ind w:left="259" w:hanging="173"/>
      </w:pPr>
      <w:r>
        <w:t>• 8D: use when the customer or internal process requires the D1-D8 structure</w:t>
      </w:r>
    </w:p>
    <w:p w14:paraId="52FF9315" w14:textId="451A9F76" w:rsidR="00466FB2" w:rsidRDefault="00000000">
      <w:pPr>
        <w:pStyle w:val="8DFBody"/>
        <w:spacing w:after="60" w:line="240" w:lineRule="auto"/>
        <w:ind w:left="259" w:hanging="173"/>
      </w:pPr>
      <w:r>
        <w:t>• Customer complaint, audit finding, work order, batch record, or internal issue record: reference these rather than retyping the same facts</w:t>
      </w:r>
      <w:r w:rsidR="00B663D8">
        <w:br/>
      </w:r>
    </w:p>
    <w:tbl>
      <w:tblPr>
        <w:tblW w:w="0" w:type="auto"/>
        <w:jc w:val="center"/>
        <w:tblLayout w:type="fixed"/>
        <w:tblLook w:val="04A0" w:firstRow="1" w:lastRow="0" w:firstColumn="1" w:lastColumn="0" w:noHBand="0" w:noVBand="1"/>
      </w:tblPr>
      <w:tblGrid>
        <w:gridCol w:w="10656"/>
      </w:tblGrid>
      <w:tr w:rsidR="00466FB2" w14:paraId="5727D932" w14:textId="77777777">
        <w:trPr>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31BA67AB" w14:textId="77777777" w:rsidR="00466FB2" w:rsidRDefault="00000000">
            <w:pPr>
              <w:pStyle w:val="GuidanceText"/>
              <w:spacing w:line="240" w:lineRule="auto"/>
            </w:pPr>
            <w:r>
              <w:rPr>
                <w:b/>
                <w:color w:val="2D3748"/>
                <w:sz w:val="18"/>
              </w:rPr>
              <w:t>Guidance:</w:t>
            </w:r>
            <w:r>
              <w:rPr>
                <w:color w:val="2D3748"/>
                <w:sz w:val="18"/>
              </w:rPr>
              <w:t xml:space="preserve"> This is a general manufacturing quality tool. While it supports structured problem-solving, it does not guarantee compliance with any specific quality standard, customer-specific requirement, audit requirement, or regulatory requirement. It is not intended for medical device, pharma, FDA, Part 11, or validated regulated workflows. Users must validate this form against their internal quality system, customer, product, process, supplier, and industry requirements before use.</w:t>
            </w:r>
          </w:p>
        </w:tc>
      </w:tr>
    </w:tbl>
    <w:p w14:paraId="14A6FDEB" w14:textId="77777777" w:rsidR="00B663D8" w:rsidRDefault="00B663D8">
      <w:pPr>
        <w:pStyle w:val="8DFSubsection"/>
        <w:keepNext/>
        <w:spacing w:before="120" w:after="60" w:line="240" w:lineRule="auto"/>
      </w:pPr>
    </w:p>
    <w:p w14:paraId="2EC43758" w14:textId="0EAAD164" w:rsidR="00466FB2" w:rsidRDefault="00000000">
      <w:pPr>
        <w:pStyle w:val="8DFSubsection"/>
        <w:keepNext/>
        <w:spacing w:before="120" w:after="60" w:line="240" w:lineRule="auto"/>
      </w:pPr>
      <w:r>
        <w:t>Common mistakes to avoid</w:t>
      </w:r>
      <w:r w:rsidR="00B663D8">
        <w:br/>
      </w:r>
    </w:p>
    <w:tbl>
      <w:tblPr>
        <w:tblW w:w="0" w:type="auto"/>
        <w:jc w:val="center"/>
        <w:tblLayout w:type="fixed"/>
        <w:tblLook w:val="04A0" w:firstRow="1" w:lastRow="0" w:firstColumn="1" w:lastColumn="0" w:noHBand="0" w:noVBand="1"/>
      </w:tblPr>
      <w:tblGrid>
        <w:gridCol w:w="4608"/>
        <w:gridCol w:w="5760"/>
      </w:tblGrid>
      <w:tr w:rsidR="00466FB2" w14:paraId="6E212099" w14:textId="77777777">
        <w:trPr>
          <w:trHeight w:val="6"/>
          <w:tblHeader/>
          <w:jc w:val="center"/>
        </w:trPr>
        <w:tc>
          <w:tcPr>
            <w:tcW w:w="4608" w:type="dxa"/>
            <w:tcBorders>
              <w:top w:val="single" w:sz="4" w:space="0" w:color="CBD5E0"/>
              <w:left w:val="single" w:sz="4" w:space="0" w:color="CBD5E0"/>
              <w:bottom w:val="single" w:sz="4" w:space="0" w:color="CBD5E0"/>
              <w:right w:val="single" w:sz="4" w:space="0" w:color="CBD5E0"/>
            </w:tcBorders>
            <w:shd w:val="clear" w:color="auto" w:fill="17365D"/>
            <w:tcMar>
              <w:top w:w="60" w:type="dxa"/>
              <w:left w:w="100" w:type="dxa"/>
              <w:bottom w:w="60" w:type="dxa"/>
              <w:right w:w="100" w:type="dxa"/>
            </w:tcMar>
          </w:tcPr>
          <w:p w14:paraId="388BFF30" w14:textId="77777777" w:rsidR="00466FB2" w:rsidRDefault="00000000">
            <w:pPr>
              <w:spacing w:after="0" w:line="240" w:lineRule="auto"/>
              <w:jc w:val="center"/>
            </w:pPr>
            <w:r>
              <w:rPr>
                <w:b/>
                <w:color w:val="FFFFFF"/>
                <w:sz w:val="19"/>
              </w:rPr>
              <w:t>Mistake</w:t>
            </w:r>
          </w:p>
        </w:tc>
        <w:tc>
          <w:tcPr>
            <w:tcW w:w="5760" w:type="dxa"/>
            <w:tcBorders>
              <w:top w:val="single" w:sz="4" w:space="0" w:color="CBD5E0"/>
              <w:left w:val="single" w:sz="4" w:space="0" w:color="CBD5E0"/>
              <w:bottom w:val="single" w:sz="4" w:space="0" w:color="CBD5E0"/>
              <w:right w:val="single" w:sz="4" w:space="0" w:color="CBD5E0"/>
            </w:tcBorders>
            <w:shd w:val="clear" w:color="auto" w:fill="17365D"/>
            <w:tcMar>
              <w:top w:w="60" w:type="dxa"/>
              <w:left w:w="100" w:type="dxa"/>
              <w:bottom w:w="60" w:type="dxa"/>
              <w:right w:w="100" w:type="dxa"/>
            </w:tcMar>
          </w:tcPr>
          <w:p w14:paraId="6DC9B491" w14:textId="77777777" w:rsidR="00466FB2" w:rsidRDefault="00000000">
            <w:pPr>
              <w:spacing w:after="0" w:line="240" w:lineRule="auto"/>
              <w:jc w:val="center"/>
            </w:pPr>
            <w:r>
              <w:rPr>
                <w:b/>
                <w:color w:val="FFFFFF"/>
                <w:sz w:val="19"/>
              </w:rPr>
              <w:t>Why it matters</w:t>
            </w:r>
          </w:p>
        </w:tc>
      </w:tr>
      <w:tr w:rsidR="00466FB2" w14:paraId="04D08650" w14:textId="77777777">
        <w:trPr>
          <w:cantSplit/>
          <w:trHeight w:val="6"/>
          <w:jc w:val="center"/>
        </w:trPr>
        <w:tc>
          <w:tcPr>
            <w:tcW w:w="4608" w:type="dxa"/>
            <w:tcBorders>
              <w:top w:val="single" w:sz="4" w:space="0" w:color="CBD5E0"/>
              <w:left w:val="single" w:sz="4" w:space="0" w:color="CBD5E0"/>
              <w:bottom w:val="single" w:sz="4" w:space="0" w:color="CBD5E0"/>
              <w:right w:val="single" w:sz="4" w:space="0" w:color="CBD5E0"/>
            </w:tcBorders>
            <w:shd w:val="clear" w:color="auto" w:fill="F7FAFC"/>
            <w:tcMar>
              <w:top w:w="60" w:type="dxa"/>
              <w:left w:w="100" w:type="dxa"/>
              <w:bottom w:w="60" w:type="dxa"/>
              <w:right w:w="100" w:type="dxa"/>
            </w:tcMar>
          </w:tcPr>
          <w:p w14:paraId="07EC8C97" w14:textId="77777777" w:rsidR="00466FB2" w:rsidRDefault="00000000">
            <w:pPr>
              <w:spacing w:after="0" w:line="240" w:lineRule="auto"/>
            </w:pPr>
            <w:r>
              <w:rPr>
                <w:b/>
                <w:color w:val="17365D"/>
                <w:sz w:val="19"/>
              </w:rPr>
              <w:t>Issuing a CAR without a clear requirement vs actual condition</w:t>
            </w:r>
          </w:p>
        </w:tc>
        <w:tc>
          <w:tcPr>
            <w:tcW w:w="5760"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18DA2BD7" w14:textId="77777777" w:rsidR="00466FB2" w:rsidRDefault="00000000">
            <w:pPr>
              <w:spacing w:after="0" w:line="240" w:lineRule="auto"/>
            </w:pPr>
            <w:r>
              <w:rPr>
                <w:sz w:val="19"/>
              </w:rPr>
              <w:t>The owner cannot investigate the right problem.</w:t>
            </w:r>
          </w:p>
        </w:tc>
      </w:tr>
      <w:tr w:rsidR="00466FB2" w14:paraId="53557CF4" w14:textId="77777777">
        <w:trPr>
          <w:cantSplit/>
          <w:trHeight w:val="6"/>
          <w:jc w:val="center"/>
        </w:trPr>
        <w:tc>
          <w:tcPr>
            <w:tcW w:w="4608" w:type="dxa"/>
            <w:tcBorders>
              <w:top w:val="single" w:sz="4" w:space="0" w:color="CBD5E0"/>
              <w:left w:val="single" w:sz="4" w:space="0" w:color="CBD5E0"/>
              <w:bottom w:val="single" w:sz="4" w:space="0" w:color="CBD5E0"/>
              <w:right w:val="single" w:sz="4" w:space="0" w:color="CBD5E0"/>
            </w:tcBorders>
            <w:shd w:val="clear" w:color="auto" w:fill="F7FAFC"/>
            <w:tcMar>
              <w:top w:w="60" w:type="dxa"/>
              <w:left w:w="100" w:type="dxa"/>
              <w:bottom w:w="60" w:type="dxa"/>
              <w:right w:w="100" w:type="dxa"/>
            </w:tcMar>
          </w:tcPr>
          <w:p w14:paraId="4EBD6F2C" w14:textId="77777777" w:rsidR="00466FB2" w:rsidRDefault="00000000">
            <w:pPr>
              <w:spacing w:after="0" w:line="240" w:lineRule="auto"/>
            </w:pPr>
            <w:r>
              <w:rPr>
                <w:b/>
                <w:color w:val="17365D"/>
                <w:sz w:val="19"/>
              </w:rPr>
              <w:t>Jumping to root cause before checking evidence</w:t>
            </w:r>
          </w:p>
        </w:tc>
        <w:tc>
          <w:tcPr>
            <w:tcW w:w="5760"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545EC918" w14:textId="77777777" w:rsidR="00466FB2" w:rsidRDefault="00000000">
            <w:pPr>
              <w:spacing w:after="0" w:line="240" w:lineRule="auto"/>
            </w:pPr>
            <w:r>
              <w:rPr>
                <w:sz w:val="19"/>
              </w:rPr>
              <w:t>The response becomes opinion, not investigation.</w:t>
            </w:r>
          </w:p>
        </w:tc>
      </w:tr>
      <w:tr w:rsidR="00466FB2" w14:paraId="6893D7FD" w14:textId="77777777">
        <w:trPr>
          <w:cantSplit/>
          <w:trHeight w:val="6"/>
          <w:jc w:val="center"/>
        </w:trPr>
        <w:tc>
          <w:tcPr>
            <w:tcW w:w="4608" w:type="dxa"/>
            <w:tcBorders>
              <w:top w:val="single" w:sz="4" w:space="0" w:color="CBD5E0"/>
              <w:left w:val="single" w:sz="4" w:space="0" w:color="CBD5E0"/>
              <w:bottom w:val="single" w:sz="4" w:space="0" w:color="CBD5E0"/>
              <w:right w:val="single" w:sz="4" w:space="0" w:color="CBD5E0"/>
            </w:tcBorders>
            <w:shd w:val="clear" w:color="auto" w:fill="F7FAFC"/>
            <w:tcMar>
              <w:top w:w="60" w:type="dxa"/>
              <w:left w:w="100" w:type="dxa"/>
              <w:bottom w:w="60" w:type="dxa"/>
              <w:right w:w="100" w:type="dxa"/>
            </w:tcMar>
          </w:tcPr>
          <w:p w14:paraId="11A77150" w14:textId="77777777" w:rsidR="00466FB2" w:rsidRDefault="00000000">
            <w:pPr>
              <w:spacing w:after="0" w:line="240" w:lineRule="auto"/>
            </w:pPr>
            <w:r>
              <w:rPr>
                <w:b/>
                <w:color w:val="17365D"/>
                <w:sz w:val="19"/>
              </w:rPr>
              <w:t>Treating containment as permanent corrective action</w:t>
            </w:r>
          </w:p>
        </w:tc>
        <w:tc>
          <w:tcPr>
            <w:tcW w:w="5760"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5FB2C747" w14:textId="77777777" w:rsidR="00466FB2" w:rsidRDefault="00000000">
            <w:pPr>
              <w:spacing w:after="0" w:line="240" w:lineRule="auto"/>
            </w:pPr>
            <w:r>
              <w:rPr>
                <w:sz w:val="19"/>
              </w:rPr>
              <w:t>The immediate control does not remove the cause.</w:t>
            </w:r>
          </w:p>
        </w:tc>
      </w:tr>
      <w:tr w:rsidR="00466FB2" w14:paraId="6F70F054" w14:textId="77777777">
        <w:trPr>
          <w:cantSplit/>
          <w:trHeight w:val="6"/>
          <w:jc w:val="center"/>
        </w:trPr>
        <w:tc>
          <w:tcPr>
            <w:tcW w:w="4608" w:type="dxa"/>
            <w:tcBorders>
              <w:top w:val="single" w:sz="4" w:space="0" w:color="CBD5E0"/>
              <w:left w:val="single" w:sz="4" w:space="0" w:color="CBD5E0"/>
              <w:bottom w:val="single" w:sz="4" w:space="0" w:color="CBD5E0"/>
              <w:right w:val="single" w:sz="4" w:space="0" w:color="CBD5E0"/>
            </w:tcBorders>
            <w:shd w:val="clear" w:color="auto" w:fill="F7FAFC"/>
            <w:tcMar>
              <w:top w:w="60" w:type="dxa"/>
              <w:left w:w="100" w:type="dxa"/>
              <w:bottom w:w="60" w:type="dxa"/>
              <w:right w:w="100" w:type="dxa"/>
            </w:tcMar>
          </w:tcPr>
          <w:p w14:paraId="0AD20604" w14:textId="77777777" w:rsidR="00466FB2" w:rsidRDefault="00000000">
            <w:pPr>
              <w:spacing w:after="0" w:line="240" w:lineRule="auto"/>
            </w:pPr>
            <w:r>
              <w:rPr>
                <w:b/>
                <w:color w:val="17365D"/>
                <w:sz w:val="19"/>
              </w:rPr>
              <w:t>Accepting "operator error" as the root cause</w:t>
            </w:r>
          </w:p>
        </w:tc>
        <w:tc>
          <w:tcPr>
            <w:tcW w:w="5760"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363D79A8" w14:textId="77777777" w:rsidR="00466FB2" w:rsidRDefault="00000000">
            <w:pPr>
              <w:spacing w:after="0" w:line="240" w:lineRule="auto"/>
            </w:pPr>
            <w:r>
              <w:rPr>
                <w:sz w:val="19"/>
              </w:rPr>
              <w:t>Usually misses why the system allowed the error.</w:t>
            </w:r>
          </w:p>
        </w:tc>
      </w:tr>
      <w:tr w:rsidR="00466FB2" w14:paraId="590D1FBA" w14:textId="77777777">
        <w:trPr>
          <w:cantSplit/>
          <w:trHeight w:val="6"/>
          <w:jc w:val="center"/>
        </w:trPr>
        <w:tc>
          <w:tcPr>
            <w:tcW w:w="4608" w:type="dxa"/>
            <w:tcBorders>
              <w:top w:val="single" w:sz="4" w:space="0" w:color="CBD5E0"/>
              <w:left w:val="single" w:sz="4" w:space="0" w:color="CBD5E0"/>
              <w:bottom w:val="single" w:sz="4" w:space="0" w:color="CBD5E0"/>
              <w:right w:val="single" w:sz="4" w:space="0" w:color="CBD5E0"/>
            </w:tcBorders>
            <w:shd w:val="clear" w:color="auto" w:fill="F7FAFC"/>
            <w:tcMar>
              <w:top w:w="60" w:type="dxa"/>
              <w:left w:w="100" w:type="dxa"/>
              <w:bottom w:w="60" w:type="dxa"/>
              <w:right w:w="100" w:type="dxa"/>
            </w:tcMar>
          </w:tcPr>
          <w:p w14:paraId="5AC0BF99" w14:textId="77777777" w:rsidR="00466FB2" w:rsidRDefault="00000000">
            <w:pPr>
              <w:spacing w:after="0" w:line="240" w:lineRule="auto"/>
            </w:pPr>
            <w:r>
              <w:rPr>
                <w:b/>
                <w:color w:val="17365D"/>
                <w:sz w:val="19"/>
              </w:rPr>
              <w:t>Accepting "retrain operator" as the only action</w:t>
            </w:r>
          </w:p>
        </w:tc>
        <w:tc>
          <w:tcPr>
            <w:tcW w:w="5760"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2F833ECE" w14:textId="77777777" w:rsidR="00466FB2" w:rsidRDefault="00000000">
            <w:pPr>
              <w:spacing w:after="0" w:line="240" w:lineRule="auto"/>
            </w:pPr>
            <w:r>
              <w:rPr>
                <w:sz w:val="19"/>
              </w:rPr>
              <w:t>Training alone rarely changes the process control.</w:t>
            </w:r>
          </w:p>
        </w:tc>
      </w:tr>
      <w:tr w:rsidR="00466FB2" w14:paraId="5EE0393C" w14:textId="77777777">
        <w:trPr>
          <w:cantSplit/>
          <w:trHeight w:val="6"/>
          <w:jc w:val="center"/>
        </w:trPr>
        <w:tc>
          <w:tcPr>
            <w:tcW w:w="4608" w:type="dxa"/>
            <w:tcBorders>
              <w:top w:val="single" w:sz="4" w:space="0" w:color="CBD5E0"/>
              <w:left w:val="single" w:sz="4" w:space="0" w:color="CBD5E0"/>
              <w:bottom w:val="single" w:sz="4" w:space="0" w:color="CBD5E0"/>
              <w:right w:val="single" w:sz="4" w:space="0" w:color="CBD5E0"/>
            </w:tcBorders>
            <w:shd w:val="clear" w:color="auto" w:fill="F7FAFC"/>
            <w:tcMar>
              <w:top w:w="60" w:type="dxa"/>
              <w:left w:w="100" w:type="dxa"/>
              <w:bottom w:w="60" w:type="dxa"/>
              <w:right w:w="100" w:type="dxa"/>
            </w:tcMar>
          </w:tcPr>
          <w:p w14:paraId="678719EE" w14:textId="77777777" w:rsidR="00466FB2" w:rsidRDefault="00000000">
            <w:pPr>
              <w:spacing w:after="0" w:line="240" w:lineRule="auto"/>
            </w:pPr>
            <w:r>
              <w:rPr>
                <w:b/>
                <w:color w:val="17365D"/>
                <w:sz w:val="19"/>
              </w:rPr>
              <w:t>Ignoring the escape / detection cause</w:t>
            </w:r>
          </w:p>
        </w:tc>
        <w:tc>
          <w:tcPr>
            <w:tcW w:w="5760"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44FAA6DD" w14:textId="77777777" w:rsidR="00466FB2" w:rsidRDefault="00000000">
            <w:pPr>
              <w:spacing w:after="0" w:line="240" w:lineRule="auto"/>
            </w:pPr>
            <w:r>
              <w:rPr>
                <w:sz w:val="19"/>
              </w:rPr>
              <w:t>The same issue can still reach the next process or customer.</w:t>
            </w:r>
          </w:p>
        </w:tc>
      </w:tr>
      <w:tr w:rsidR="00466FB2" w14:paraId="7C71B759" w14:textId="77777777">
        <w:trPr>
          <w:cantSplit/>
          <w:trHeight w:val="6"/>
          <w:jc w:val="center"/>
        </w:trPr>
        <w:tc>
          <w:tcPr>
            <w:tcW w:w="4608" w:type="dxa"/>
            <w:tcBorders>
              <w:top w:val="single" w:sz="4" w:space="0" w:color="CBD5E0"/>
              <w:left w:val="single" w:sz="4" w:space="0" w:color="CBD5E0"/>
              <w:bottom w:val="single" w:sz="4" w:space="0" w:color="CBD5E0"/>
              <w:right w:val="single" w:sz="4" w:space="0" w:color="CBD5E0"/>
            </w:tcBorders>
            <w:shd w:val="clear" w:color="auto" w:fill="F7FAFC"/>
            <w:tcMar>
              <w:top w:w="60" w:type="dxa"/>
              <w:left w:w="100" w:type="dxa"/>
              <w:bottom w:w="60" w:type="dxa"/>
              <w:right w:w="100" w:type="dxa"/>
            </w:tcMar>
          </w:tcPr>
          <w:p w14:paraId="5B00A18A" w14:textId="77777777" w:rsidR="00466FB2" w:rsidRDefault="00000000">
            <w:pPr>
              <w:spacing w:after="0" w:line="240" w:lineRule="auto"/>
            </w:pPr>
            <w:r>
              <w:rPr>
                <w:b/>
                <w:color w:val="17365D"/>
                <w:sz w:val="19"/>
              </w:rPr>
              <w:t>Not recording affected and suspect quantities</w:t>
            </w:r>
          </w:p>
        </w:tc>
        <w:tc>
          <w:tcPr>
            <w:tcW w:w="5760"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424216CE" w14:textId="77777777" w:rsidR="00466FB2" w:rsidRDefault="00000000">
            <w:pPr>
              <w:spacing w:after="0" w:line="240" w:lineRule="auto"/>
            </w:pPr>
            <w:r>
              <w:rPr>
                <w:sz w:val="19"/>
              </w:rPr>
              <w:t>Risk, disposition, and customer decisions are unclear.</w:t>
            </w:r>
          </w:p>
        </w:tc>
      </w:tr>
      <w:tr w:rsidR="00466FB2" w14:paraId="6565A6AC" w14:textId="77777777">
        <w:trPr>
          <w:cantSplit/>
          <w:trHeight w:val="6"/>
          <w:jc w:val="center"/>
        </w:trPr>
        <w:tc>
          <w:tcPr>
            <w:tcW w:w="4608" w:type="dxa"/>
            <w:tcBorders>
              <w:top w:val="single" w:sz="4" w:space="0" w:color="CBD5E0"/>
              <w:left w:val="single" w:sz="4" w:space="0" w:color="CBD5E0"/>
              <w:bottom w:val="single" w:sz="4" w:space="0" w:color="CBD5E0"/>
              <w:right w:val="single" w:sz="4" w:space="0" w:color="CBD5E0"/>
            </w:tcBorders>
            <w:shd w:val="clear" w:color="auto" w:fill="F7FAFC"/>
            <w:tcMar>
              <w:top w:w="60" w:type="dxa"/>
              <w:left w:w="100" w:type="dxa"/>
              <w:bottom w:w="60" w:type="dxa"/>
              <w:right w:w="100" w:type="dxa"/>
            </w:tcMar>
          </w:tcPr>
          <w:p w14:paraId="3193BB5B" w14:textId="77777777" w:rsidR="00466FB2" w:rsidRDefault="00000000">
            <w:pPr>
              <w:spacing w:after="0" w:line="240" w:lineRule="auto"/>
            </w:pPr>
            <w:r>
              <w:rPr>
                <w:b/>
                <w:color w:val="17365D"/>
                <w:sz w:val="19"/>
              </w:rPr>
              <w:t>Closing before evidence and verification are complete</w:t>
            </w:r>
          </w:p>
        </w:tc>
        <w:tc>
          <w:tcPr>
            <w:tcW w:w="5760"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0B876CCD" w14:textId="77777777" w:rsidR="00466FB2" w:rsidRDefault="00000000">
            <w:pPr>
              <w:spacing w:after="0" w:line="240" w:lineRule="auto"/>
            </w:pPr>
            <w:r>
              <w:rPr>
                <w:sz w:val="19"/>
              </w:rPr>
              <w:t>The record looks finished but the risk remains open.</w:t>
            </w:r>
          </w:p>
        </w:tc>
      </w:tr>
      <w:tr w:rsidR="00466FB2" w14:paraId="559707E6" w14:textId="77777777">
        <w:trPr>
          <w:cantSplit/>
          <w:trHeight w:val="6"/>
          <w:jc w:val="center"/>
        </w:trPr>
        <w:tc>
          <w:tcPr>
            <w:tcW w:w="4608" w:type="dxa"/>
            <w:tcBorders>
              <w:top w:val="single" w:sz="4" w:space="0" w:color="CBD5E0"/>
              <w:left w:val="single" w:sz="4" w:space="0" w:color="CBD5E0"/>
              <w:bottom w:val="single" w:sz="4" w:space="0" w:color="CBD5E0"/>
              <w:right w:val="single" w:sz="4" w:space="0" w:color="CBD5E0"/>
            </w:tcBorders>
            <w:shd w:val="clear" w:color="auto" w:fill="F7FAFC"/>
            <w:tcMar>
              <w:top w:w="60" w:type="dxa"/>
              <w:left w:w="100" w:type="dxa"/>
              <w:bottom w:w="60" w:type="dxa"/>
              <w:right w:w="100" w:type="dxa"/>
            </w:tcMar>
          </w:tcPr>
          <w:p w14:paraId="07B80927" w14:textId="77777777" w:rsidR="00466FB2" w:rsidRDefault="00000000">
            <w:pPr>
              <w:spacing w:after="0" w:line="240" w:lineRule="auto"/>
            </w:pPr>
            <w:r>
              <w:rPr>
                <w:b/>
                <w:color w:val="17365D"/>
                <w:sz w:val="19"/>
              </w:rPr>
              <w:t>Failing to link the CAR to related records</w:t>
            </w:r>
          </w:p>
        </w:tc>
        <w:tc>
          <w:tcPr>
            <w:tcW w:w="5760"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3A43C987" w14:textId="77777777" w:rsidR="00466FB2" w:rsidRDefault="00000000">
            <w:pPr>
              <w:spacing w:after="0" w:line="240" w:lineRule="auto"/>
            </w:pPr>
            <w:r>
              <w:rPr>
                <w:sz w:val="19"/>
              </w:rPr>
              <w:t>Evidence and decisions get scattered across emails and folders.</w:t>
            </w:r>
          </w:p>
        </w:tc>
      </w:tr>
    </w:tbl>
    <w:p w14:paraId="2470B630" w14:textId="77777777" w:rsidR="00B663D8" w:rsidRDefault="00B663D8">
      <w:pPr>
        <w:pStyle w:val="8DFSubsection"/>
        <w:keepNext/>
        <w:spacing w:before="120" w:after="60" w:line="240" w:lineRule="auto"/>
      </w:pPr>
      <w:r>
        <w:br/>
      </w:r>
    </w:p>
    <w:p w14:paraId="07939DD5" w14:textId="77777777" w:rsidR="00B663D8" w:rsidRDefault="00B663D8">
      <w:pPr>
        <w:rPr>
          <w:b/>
          <w:color w:val="17365D"/>
          <w:sz w:val="22"/>
        </w:rPr>
      </w:pPr>
      <w:r>
        <w:br w:type="page"/>
      </w:r>
    </w:p>
    <w:p w14:paraId="1E16E3D0" w14:textId="29645CB7" w:rsidR="00466FB2" w:rsidRDefault="00000000">
      <w:pPr>
        <w:pStyle w:val="8DFSubsection"/>
        <w:keepNext/>
        <w:spacing w:before="120" w:after="60" w:line="240" w:lineRule="auto"/>
      </w:pPr>
      <w:r>
        <w:lastRenderedPageBreak/>
        <w:t>Minimum complete CAR response</w:t>
      </w:r>
      <w:r w:rsidR="00B663D8">
        <w:br/>
      </w:r>
    </w:p>
    <w:p w14:paraId="6F2E738F" w14:textId="77777777" w:rsidR="00466FB2" w:rsidRDefault="00000000">
      <w:pPr>
        <w:pStyle w:val="8DFBody"/>
        <w:keepNext/>
        <w:spacing w:after="60" w:line="240" w:lineRule="auto"/>
      </w:pPr>
      <w:r>
        <w:rPr>
          <w:b/>
        </w:rPr>
        <w:t>Before the response is accepted, confirm:</w:t>
      </w:r>
    </w:p>
    <w:tbl>
      <w:tblPr>
        <w:tblW w:w="0" w:type="auto"/>
        <w:jc w:val="center"/>
        <w:tblLayout w:type="fixed"/>
        <w:tblLook w:val="04A0" w:firstRow="1" w:lastRow="0" w:firstColumn="1" w:lastColumn="0" w:noHBand="0" w:noVBand="1"/>
      </w:tblPr>
      <w:tblGrid>
        <w:gridCol w:w="5328"/>
        <w:gridCol w:w="5328"/>
      </w:tblGrid>
      <w:tr w:rsidR="00466FB2" w14:paraId="2AFE29B0" w14:textId="77777777">
        <w:trPr>
          <w:cantSplit/>
          <w:trHeight w:val="5"/>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64141C59" w14:textId="1250CD27" w:rsidR="00466FB2" w:rsidRDefault="00000000" w:rsidP="00B663D8">
            <w:pPr>
              <w:pStyle w:val="ListParagraph"/>
              <w:numPr>
                <w:ilvl w:val="0"/>
                <w:numId w:val="10"/>
              </w:numPr>
              <w:spacing w:after="0" w:line="240" w:lineRule="auto"/>
            </w:pPr>
            <w:r w:rsidRPr="00B663D8">
              <w:rPr>
                <w:b/>
                <w:sz w:val="19"/>
              </w:rPr>
              <w:t>Requirement and actual condition are clear</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729075A5" w14:textId="5F06EC5F" w:rsidR="00466FB2" w:rsidRDefault="00000000" w:rsidP="00B663D8">
            <w:pPr>
              <w:pStyle w:val="ListParagraph"/>
              <w:numPr>
                <w:ilvl w:val="0"/>
                <w:numId w:val="11"/>
              </w:numPr>
              <w:spacing w:after="0" w:line="240" w:lineRule="auto"/>
            </w:pPr>
            <w:r w:rsidRPr="00B663D8">
              <w:rPr>
                <w:sz w:val="19"/>
              </w:rPr>
              <w:t>Affected and suspect quantities are addressed</w:t>
            </w:r>
          </w:p>
        </w:tc>
      </w:tr>
      <w:tr w:rsidR="00466FB2" w14:paraId="22F02003" w14:textId="77777777">
        <w:trPr>
          <w:cantSplit/>
          <w:trHeight w:val="5"/>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73920A65" w14:textId="40DB0AB7" w:rsidR="00466FB2" w:rsidRDefault="00000000" w:rsidP="00B663D8">
            <w:pPr>
              <w:pStyle w:val="ListParagraph"/>
              <w:numPr>
                <w:ilvl w:val="0"/>
                <w:numId w:val="10"/>
              </w:numPr>
              <w:spacing w:after="0" w:line="240" w:lineRule="auto"/>
            </w:pPr>
            <w:r w:rsidRPr="00B663D8">
              <w:rPr>
                <w:b/>
                <w:sz w:val="19"/>
              </w:rPr>
              <w:t>Containment action and clean point are recorded</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44A5AD24" w14:textId="27A6D4AD" w:rsidR="00466FB2" w:rsidRDefault="00000000" w:rsidP="00B663D8">
            <w:pPr>
              <w:pStyle w:val="ListParagraph"/>
              <w:numPr>
                <w:ilvl w:val="0"/>
                <w:numId w:val="11"/>
              </w:numPr>
              <w:spacing w:after="0" w:line="240" w:lineRule="auto"/>
            </w:pPr>
            <w:r w:rsidRPr="00B663D8">
              <w:rPr>
                <w:sz w:val="19"/>
              </w:rPr>
              <w:t>Occurrence cause is supported by evidence</w:t>
            </w:r>
          </w:p>
        </w:tc>
      </w:tr>
      <w:tr w:rsidR="00466FB2" w14:paraId="3670212A" w14:textId="77777777">
        <w:trPr>
          <w:cantSplit/>
          <w:trHeight w:val="5"/>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7108D613" w14:textId="2E36D524" w:rsidR="00466FB2" w:rsidRDefault="00000000" w:rsidP="00B663D8">
            <w:pPr>
              <w:pStyle w:val="ListParagraph"/>
              <w:numPr>
                <w:ilvl w:val="0"/>
                <w:numId w:val="10"/>
              </w:numPr>
              <w:spacing w:after="0" w:line="240" w:lineRule="auto"/>
            </w:pPr>
            <w:r w:rsidRPr="00B663D8">
              <w:rPr>
                <w:b/>
                <w:sz w:val="19"/>
              </w:rPr>
              <w:t>Escape / detection cause is considered where applicable</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7B097F93" w14:textId="4639B45C" w:rsidR="00466FB2" w:rsidRDefault="00000000" w:rsidP="00B663D8">
            <w:pPr>
              <w:pStyle w:val="ListParagraph"/>
              <w:numPr>
                <w:ilvl w:val="0"/>
                <w:numId w:val="11"/>
              </w:numPr>
              <w:spacing w:after="0" w:line="240" w:lineRule="auto"/>
            </w:pPr>
            <w:r w:rsidRPr="00B663D8">
              <w:rPr>
                <w:sz w:val="19"/>
              </w:rPr>
              <w:t>Corrective actions have owners, dates, and acceptance criteria</w:t>
            </w:r>
          </w:p>
        </w:tc>
      </w:tr>
      <w:tr w:rsidR="00466FB2" w14:paraId="381F18F8" w14:textId="77777777">
        <w:trPr>
          <w:cantSplit/>
          <w:trHeight w:val="5"/>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06B51E5B" w14:textId="089B8492" w:rsidR="00466FB2" w:rsidRDefault="00000000" w:rsidP="00B663D8">
            <w:pPr>
              <w:pStyle w:val="ListParagraph"/>
              <w:numPr>
                <w:ilvl w:val="0"/>
                <w:numId w:val="10"/>
              </w:numPr>
              <w:spacing w:after="0" w:line="240" w:lineRule="auto"/>
            </w:pPr>
            <w:r w:rsidRPr="00B663D8">
              <w:rPr>
                <w:b/>
                <w:sz w:val="19"/>
              </w:rPr>
              <w:t>Implementation risk, resources, or production impact are reviewed</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6D5A3138" w14:textId="2EC8FA26" w:rsidR="00466FB2" w:rsidRDefault="00000000" w:rsidP="00B663D8">
            <w:pPr>
              <w:pStyle w:val="ListParagraph"/>
              <w:numPr>
                <w:ilvl w:val="0"/>
                <w:numId w:val="11"/>
              </w:numPr>
              <w:spacing w:after="0" w:line="240" w:lineRule="auto"/>
            </w:pPr>
            <w:r w:rsidRPr="00B663D8">
              <w:rPr>
                <w:sz w:val="19"/>
              </w:rPr>
              <w:t>Verification and effectiveness method are defined</w:t>
            </w:r>
          </w:p>
        </w:tc>
      </w:tr>
      <w:tr w:rsidR="00466FB2" w14:paraId="68623AB7" w14:textId="77777777">
        <w:trPr>
          <w:cantSplit/>
          <w:trHeight w:val="5"/>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1C0DC407" w14:textId="51399B3F" w:rsidR="00466FB2" w:rsidRDefault="00000000" w:rsidP="00B663D8">
            <w:pPr>
              <w:pStyle w:val="ListParagraph"/>
              <w:numPr>
                <w:ilvl w:val="0"/>
                <w:numId w:val="10"/>
              </w:numPr>
              <w:spacing w:after="0" w:line="240" w:lineRule="auto"/>
            </w:pPr>
            <w:r w:rsidRPr="00B663D8">
              <w:rPr>
                <w:b/>
                <w:sz w:val="19"/>
              </w:rPr>
              <w:t>Evidence files are attached or traceable</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60" w:type="dxa"/>
              <w:left w:w="100" w:type="dxa"/>
              <w:bottom w:w="60" w:type="dxa"/>
              <w:right w:w="100" w:type="dxa"/>
            </w:tcMar>
          </w:tcPr>
          <w:p w14:paraId="57260387" w14:textId="6F315DA4" w:rsidR="00466FB2" w:rsidRDefault="00000000" w:rsidP="00B663D8">
            <w:pPr>
              <w:pStyle w:val="ListParagraph"/>
              <w:numPr>
                <w:ilvl w:val="0"/>
                <w:numId w:val="11"/>
              </w:numPr>
              <w:spacing w:after="0" w:line="240" w:lineRule="auto"/>
            </w:pPr>
            <w:r w:rsidRPr="00B663D8">
              <w:rPr>
                <w:sz w:val="19"/>
              </w:rPr>
              <w:t>Related NCR, SCAR, 8D, complaint, or audit record is linked</w:t>
            </w:r>
          </w:p>
        </w:tc>
      </w:tr>
    </w:tbl>
    <w:p w14:paraId="1B73752B" w14:textId="7375B6A4" w:rsidR="00466FB2" w:rsidRDefault="00000000">
      <w:pPr>
        <w:pStyle w:val="8DFSubsection"/>
        <w:keepNext/>
        <w:spacing w:before="120" w:after="60" w:line="240" w:lineRule="auto"/>
      </w:pPr>
      <w:r>
        <w:t>Key terminology</w:t>
      </w:r>
    </w:p>
    <w:tbl>
      <w:tblPr>
        <w:tblW w:w="0" w:type="auto"/>
        <w:jc w:val="center"/>
        <w:tblLayout w:type="fixed"/>
        <w:tblLook w:val="04A0" w:firstRow="1" w:lastRow="0" w:firstColumn="1" w:lastColumn="0" w:noHBand="0" w:noVBand="1"/>
      </w:tblPr>
      <w:tblGrid>
        <w:gridCol w:w="2520"/>
        <w:gridCol w:w="7848"/>
      </w:tblGrid>
      <w:tr w:rsidR="00466FB2" w14:paraId="15C8A345" w14:textId="77777777">
        <w:trPr>
          <w:trHeight w:val="6"/>
          <w:tblHeader/>
          <w:jc w:val="center"/>
        </w:trPr>
        <w:tc>
          <w:tcPr>
            <w:tcW w:w="2520"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3762C1AC" w14:textId="77777777" w:rsidR="00466FB2" w:rsidRDefault="00000000">
            <w:pPr>
              <w:spacing w:after="0" w:line="240" w:lineRule="auto"/>
              <w:jc w:val="center"/>
            </w:pPr>
            <w:r>
              <w:rPr>
                <w:b/>
                <w:color w:val="FFFFFF"/>
                <w:sz w:val="19"/>
              </w:rPr>
              <w:t>Term</w:t>
            </w:r>
          </w:p>
        </w:tc>
        <w:tc>
          <w:tcPr>
            <w:tcW w:w="7848"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62ACAF29" w14:textId="77777777" w:rsidR="00466FB2" w:rsidRDefault="00000000">
            <w:pPr>
              <w:spacing w:after="0" w:line="240" w:lineRule="auto"/>
              <w:jc w:val="center"/>
            </w:pPr>
            <w:r>
              <w:rPr>
                <w:b/>
                <w:color w:val="FFFFFF"/>
                <w:sz w:val="19"/>
              </w:rPr>
              <w:t>Meaning in this template</w:t>
            </w:r>
          </w:p>
        </w:tc>
      </w:tr>
      <w:tr w:rsidR="00466FB2" w14:paraId="66A843B8" w14:textId="77777777">
        <w:trPr>
          <w:cantSplit/>
          <w:trHeight w:val="6"/>
          <w:jc w:val="center"/>
        </w:trPr>
        <w:tc>
          <w:tcPr>
            <w:tcW w:w="252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D2C4CB5" w14:textId="77777777" w:rsidR="00466FB2" w:rsidRDefault="00000000">
            <w:pPr>
              <w:spacing w:after="0" w:line="240" w:lineRule="auto"/>
            </w:pPr>
            <w:r>
              <w:rPr>
                <w:b/>
                <w:color w:val="17365D"/>
              </w:rPr>
              <w:t>CAR</w:t>
            </w:r>
          </w:p>
        </w:tc>
        <w:tc>
          <w:tcPr>
            <w:tcW w:w="784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7878FE6" w14:textId="77777777" w:rsidR="00466FB2" w:rsidRDefault="00000000">
            <w:pPr>
              <w:spacing w:after="0" w:line="240" w:lineRule="auto"/>
            </w:pPr>
            <w:r>
              <w:t>Corrective Action Request - a formal request to investigate and correct the cause of a quality issue.</w:t>
            </w:r>
          </w:p>
        </w:tc>
      </w:tr>
      <w:tr w:rsidR="00466FB2" w14:paraId="4A75A7BF" w14:textId="77777777">
        <w:trPr>
          <w:cantSplit/>
          <w:trHeight w:val="6"/>
          <w:jc w:val="center"/>
        </w:trPr>
        <w:tc>
          <w:tcPr>
            <w:tcW w:w="252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03AC987" w14:textId="77777777" w:rsidR="00466FB2" w:rsidRDefault="00000000">
            <w:pPr>
              <w:spacing w:after="0" w:line="240" w:lineRule="auto"/>
            </w:pPr>
            <w:r>
              <w:rPr>
                <w:b/>
                <w:color w:val="17365D"/>
              </w:rPr>
              <w:t>Nonconformance</w:t>
            </w:r>
          </w:p>
        </w:tc>
        <w:tc>
          <w:tcPr>
            <w:tcW w:w="784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A521829" w14:textId="77777777" w:rsidR="00466FB2" w:rsidRDefault="00000000">
            <w:pPr>
              <w:spacing w:after="0" w:line="240" w:lineRule="auto"/>
            </w:pPr>
            <w:r>
              <w:t>Product, process, service, documentation, or output that does not meet a specified requirement.</w:t>
            </w:r>
          </w:p>
        </w:tc>
      </w:tr>
      <w:tr w:rsidR="00466FB2" w14:paraId="1A9204B9" w14:textId="77777777">
        <w:trPr>
          <w:cantSplit/>
          <w:trHeight w:val="6"/>
          <w:jc w:val="center"/>
        </w:trPr>
        <w:tc>
          <w:tcPr>
            <w:tcW w:w="252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EB135D6" w14:textId="77777777" w:rsidR="00466FB2" w:rsidRDefault="00000000">
            <w:pPr>
              <w:spacing w:after="0" w:line="240" w:lineRule="auto"/>
            </w:pPr>
            <w:r>
              <w:rPr>
                <w:b/>
                <w:color w:val="17365D"/>
              </w:rPr>
              <w:t>Containment</w:t>
            </w:r>
          </w:p>
        </w:tc>
        <w:tc>
          <w:tcPr>
            <w:tcW w:w="784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F6B185B" w14:textId="77777777" w:rsidR="00466FB2" w:rsidRDefault="00000000">
            <w:pPr>
              <w:spacing w:after="0" w:line="240" w:lineRule="auto"/>
            </w:pPr>
            <w:r>
              <w:t>Immediate action to control risk and prevent further escape.</w:t>
            </w:r>
          </w:p>
        </w:tc>
      </w:tr>
      <w:tr w:rsidR="00466FB2" w14:paraId="2D4081DD" w14:textId="77777777">
        <w:trPr>
          <w:cantSplit/>
          <w:trHeight w:val="6"/>
          <w:jc w:val="center"/>
        </w:trPr>
        <w:tc>
          <w:tcPr>
            <w:tcW w:w="252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ECBE061" w14:textId="77777777" w:rsidR="00466FB2" w:rsidRDefault="00000000">
            <w:pPr>
              <w:spacing w:after="0" w:line="240" w:lineRule="auto"/>
            </w:pPr>
            <w:r>
              <w:rPr>
                <w:b/>
                <w:color w:val="17365D"/>
              </w:rPr>
              <w:t>Correction</w:t>
            </w:r>
          </w:p>
        </w:tc>
        <w:tc>
          <w:tcPr>
            <w:tcW w:w="784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E6BEBC4" w14:textId="77777777" w:rsidR="00466FB2" w:rsidRDefault="00000000">
            <w:pPr>
              <w:spacing w:after="0" w:line="240" w:lineRule="auto"/>
            </w:pPr>
            <w:r>
              <w:t>Action taken to fix, sort, rework, replace, scrap, or otherwise address the affected product or output.</w:t>
            </w:r>
          </w:p>
        </w:tc>
      </w:tr>
      <w:tr w:rsidR="00466FB2" w14:paraId="340D0FCC" w14:textId="77777777">
        <w:trPr>
          <w:cantSplit/>
          <w:trHeight w:val="6"/>
          <w:jc w:val="center"/>
        </w:trPr>
        <w:tc>
          <w:tcPr>
            <w:tcW w:w="252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EC2D5F3" w14:textId="77777777" w:rsidR="00466FB2" w:rsidRDefault="00000000">
            <w:pPr>
              <w:spacing w:after="0" w:line="240" w:lineRule="auto"/>
            </w:pPr>
            <w:r>
              <w:rPr>
                <w:b/>
                <w:color w:val="17365D"/>
              </w:rPr>
              <w:t>Corrective action</w:t>
            </w:r>
          </w:p>
        </w:tc>
        <w:tc>
          <w:tcPr>
            <w:tcW w:w="784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3969CE0" w14:textId="77777777" w:rsidR="00466FB2" w:rsidRDefault="00000000">
            <w:pPr>
              <w:spacing w:after="0" w:line="240" w:lineRule="auto"/>
            </w:pPr>
            <w:r>
              <w:t>Action taken to address the cause so recurrence risk is reduced.</w:t>
            </w:r>
          </w:p>
        </w:tc>
      </w:tr>
      <w:tr w:rsidR="00466FB2" w14:paraId="0463A3C1" w14:textId="77777777">
        <w:trPr>
          <w:cantSplit/>
          <w:trHeight w:val="6"/>
          <w:jc w:val="center"/>
        </w:trPr>
        <w:tc>
          <w:tcPr>
            <w:tcW w:w="252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423D774" w14:textId="77777777" w:rsidR="00466FB2" w:rsidRDefault="00000000">
            <w:pPr>
              <w:spacing w:after="0" w:line="240" w:lineRule="auto"/>
            </w:pPr>
            <w:r>
              <w:rPr>
                <w:b/>
                <w:color w:val="17365D"/>
              </w:rPr>
              <w:t>Occurrence root cause</w:t>
            </w:r>
          </w:p>
        </w:tc>
        <w:tc>
          <w:tcPr>
            <w:tcW w:w="784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E0D6EE2" w14:textId="77777777" w:rsidR="00466FB2" w:rsidRDefault="00000000">
            <w:pPr>
              <w:spacing w:after="0" w:line="240" w:lineRule="auto"/>
            </w:pPr>
            <w:r>
              <w:t>Why the issue happened.</w:t>
            </w:r>
          </w:p>
        </w:tc>
      </w:tr>
      <w:tr w:rsidR="00466FB2" w14:paraId="351C4DCF" w14:textId="77777777">
        <w:trPr>
          <w:cantSplit/>
          <w:trHeight w:val="6"/>
          <w:jc w:val="center"/>
        </w:trPr>
        <w:tc>
          <w:tcPr>
            <w:tcW w:w="252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D8DD9CF" w14:textId="77777777" w:rsidR="00466FB2" w:rsidRDefault="00000000">
            <w:pPr>
              <w:spacing w:after="0" w:line="240" w:lineRule="auto"/>
            </w:pPr>
            <w:r>
              <w:rPr>
                <w:b/>
                <w:color w:val="17365D"/>
              </w:rPr>
              <w:t>Escape / detection cause</w:t>
            </w:r>
          </w:p>
        </w:tc>
        <w:tc>
          <w:tcPr>
            <w:tcW w:w="784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5E9CAF7" w14:textId="77777777" w:rsidR="00466FB2" w:rsidRDefault="00000000">
            <w:pPr>
              <w:spacing w:after="0" w:line="240" w:lineRule="auto"/>
            </w:pPr>
            <w:r>
              <w:t>Why the issue was not detected before reaching the next process, customer, or user.</w:t>
            </w:r>
          </w:p>
        </w:tc>
      </w:tr>
      <w:tr w:rsidR="00466FB2" w14:paraId="215E0FFB" w14:textId="77777777">
        <w:trPr>
          <w:cantSplit/>
          <w:trHeight w:val="6"/>
          <w:jc w:val="center"/>
        </w:trPr>
        <w:tc>
          <w:tcPr>
            <w:tcW w:w="252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9E1BD24" w14:textId="77777777" w:rsidR="00466FB2" w:rsidRDefault="00000000">
            <w:pPr>
              <w:spacing w:after="0" w:line="240" w:lineRule="auto"/>
            </w:pPr>
            <w:r>
              <w:rPr>
                <w:b/>
                <w:color w:val="17365D"/>
              </w:rPr>
              <w:t>Verification</w:t>
            </w:r>
          </w:p>
        </w:tc>
        <w:tc>
          <w:tcPr>
            <w:tcW w:w="784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421D7BD" w14:textId="77777777" w:rsidR="00466FB2" w:rsidRDefault="00000000">
            <w:pPr>
              <w:spacing w:after="0" w:line="240" w:lineRule="auto"/>
            </w:pPr>
            <w:r>
              <w:t>Check that agreed actions were completed.</w:t>
            </w:r>
          </w:p>
        </w:tc>
      </w:tr>
      <w:tr w:rsidR="00466FB2" w14:paraId="077C7ADB" w14:textId="77777777">
        <w:trPr>
          <w:cantSplit/>
          <w:trHeight w:val="6"/>
          <w:jc w:val="center"/>
        </w:trPr>
        <w:tc>
          <w:tcPr>
            <w:tcW w:w="252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097CB01" w14:textId="77777777" w:rsidR="00466FB2" w:rsidRDefault="00000000">
            <w:pPr>
              <w:spacing w:after="0" w:line="240" w:lineRule="auto"/>
            </w:pPr>
            <w:r>
              <w:rPr>
                <w:b/>
                <w:color w:val="17365D"/>
              </w:rPr>
              <w:t>Effectiveness check</w:t>
            </w:r>
          </w:p>
        </w:tc>
        <w:tc>
          <w:tcPr>
            <w:tcW w:w="784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A53AF64" w14:textId="77777777" w:rsidR="00466FB2" w:rsidRDefault="00000000">
            <w:pPr>
              <w:spacing w:after="0" w:line="240" w:lineRule="auto"/>
            </w:pPr>
            <w:r>
              <w:t>Follow-up evidence that the corrective action reduced or removed recurrence risk.</w:t>
            </w:r>
          </w:p>
        </w:tc>
      </w:tr>
      <w:tr w:rsidR="00466FB2" w14:paraId="6A8FD14A" w14:textId="77777777">
        <w:trPr>
          <w:cantSplit/>
          <w:trHeight w:val="6"/>
          <w:jc w:val="center"/>
        </w:trPr>
        <w:tc>
          <w:tcPr>
            <w:tcW w:w="252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D81C9C6" w14:textId="77777777" w:rsidR="00466FB2" w:rsidRDefault="00000000">
            <w:pPr>
              <w:spacing w:after="0" w:line="240" w:lineRule="auto"/>
            </w:pPr>
            <w:r>
              <w:rPr>
                <w:b/>
                <w:color w:val="17365D"/>
              </w:rPr>
              <w:t>Closure</w:t>
            </w:r>
          </w:p>
        </w:tc>
        <w:tc>
          <w:tcPr>
            <w:tcW w:w="784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7267CD6" w14:textId="77777777" w:rsidR="00466FB2" w:rsidRDefault="00000000">
            <w:pPr>
              <w:spacing w:after="0" w:line="240" w:lineRule="auto"/>
            </w:pPr>
            <w:r>
              <w:t>Formal confirmation that response, containment, evidence, verification, and approvals are complete.</w:t>
            </w:r>
          </w:p>
        </w:tc>
      </w:tr>
    </w:tbl>
    <w:p w14:paraId="2A5D02E3" w14:textId="2093733E" w:rsidR="00466FB2" w:rsidRDefault="00000000">
      <w:pPr>
        <w:pStyle w:val="8DFSubsection"/>
        <w:keepNext/>
        <w:spacing w:before="120" w:after="60" w:line="240" w:lineRule="auto"/>
      </w:pPr>
      <w:r>
        <w:t>CAR, NCR, SCAR, and 8D scope distinction</w:t>
      </w:r>
    </w:p>
    <w:tbl>
      <w:tblPr>
        <w:tblW w:w="0" w:type="auto"/>
        <w:jc w:val="center"/>
        <w:tblLayout w:type="fixed"/>
        <w:tblLook w:val="04A0" w:firstRow="1" w:lastRow="0" w:firstColumn="1" w:lastColumn="0" w:noHBand="0" w:noVBand="1"/>
      </w:tblPr>
      <w:tblGrid>
        <w:gridCol w:w="1080"/>
        <w:gridCol w:w="4896"/>
        <w:gridCol w:w="4392"/>
      </w:tblGrid>
      <w:tr w:rsidR="00466FB2" w14:paraId="569C08C1" w14:textId="77777777">
        <w:trPr>
          <w:trHeight w:val="6"/>
          <w:tblHeader/>
          <w:jc w:val="center"/>
        </w:trPr>
        <w:tc>
          <w:tcPr>
            <w:tcW w:w="1080"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4D4493BC" w14:textId="77777777" w:rsidR="00466FB2" w:rsidRDefault="00000000">
            <w:pPr>
              <w:spacing w:after="0" w:line="240" w:lineRule="auto"/>
              <w:jc w:val="center"/>
            </w:pPr>
            <w:r>
              <w:rPr>
                <w:b/>
                <w:color w:val="FFFFFF"/>
                <w:sz w:val="19"/>
              </w:rPr>
              <w:t>Record</w:t>
            </w:r>
          </w:p>
        </w:tc>
        <w:tc>
          <w:tcPr>
            <w:tcW w:w="4896"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5AE461E5" w14:textId="77777777" w:rsidR="00466FB2" w:rsidRDefault="00000000">
            <w:pPr>
              <w:spacing w:after="0" w:line="240" w:lineRule="auto"/>
              <w:jc w:val="center"/>
            </w:pPr>
            <w:r>
              <w:rPr>
                <w:b/>
                <w:color w:val="FFFFFF"/>
                <w:sz w:val="19"/>
              </w:rPr>
              <w:t>Primary purpose</w:t>
            </w:r>
          </w:p>
        </w:tc>
        <w:tc>
          <w:tcPr>
            <w:tcW w:w="4392" w:type="dxa"/>
            <w:tcBorders>
              <w:top w:val="single" w:sz="4" w:space="0" w:color="CBD5E0"/>
              <w:left w:val="single" w:sz="4" w:space="0" w:color="CBD5E0"/>
              <w:bottom w:val="single" w:sz="4" w:space="0" w:color="CBD5E0"/>
              <w:right w:val="single" w:sz="4" w:space="0" w:color="CBD5E0"/>
            </w:tcBorders>
            <w:shd w:val="clear" w:color="auto" w:fill="17365D"/>
            <w:tcMar>
              <w:top w:w="90" w:type="dxa"/>
              <w:left w:w="120" w:type="dxa"/>
              <w:bottom w:w="90" w:type="dxa"/>
              <w:right w:w="120" w:type="dxa"/>
            </w:tcMar>
          </w:tcPr>
          <w:p w14:paraId="068C7CCA" w14:textId="77777777" w:rsidR="00466FB2" w:rsidRDefault="00000000">
            <w:pPr>
              <w:spacing w:after="0" w:line="240" w:lineRule="auto"/>
              <w:jc w:val="center"/>
            </w:pPr>
            <w:r>
              <w:rPr>
                <w:b/>
                <w:color w:val="FFFFFF"/>
                <w:sz w:val="19"/>
              </w:rPr>
              <w:t>Boundary</w:t>
            </w:r>
          </w:p>
        </w:tc>
      </w:tr>
      <w:tr w:rsidR="00466FB2" w14:paraId="1DD4897F" w14:textId="77777777">
        <w:trPr>
          <w:cantSplit/>
          <w:trHeight w:val="8"/>
          <w:jc w:val="center"/>
        </w:trPr>
        <w:tc>
          <w:tcPr>
            <w:tcW w:w="108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B08B6DF" w14:textId="77777777" w:rsidR="00466FB2" w:rsidRDefault="00000000">
            <w:pPr>
              <w:spacing w:after="0" w:line="240" w:lineRule="auto"/>
            </w:pPr>
            <w:r>
              <w:rPr>
                <w:b/>
                <w:color w:val="17365D"/>
              </w:rPr>
              <w:t>NCR</w:t>
            </w:r>
          </w:p>
        </w:tc>
        <w:tc>
          <w:tcPr>
            <w:tcW w:w="489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85C4BEC" w14:textId="77777777" w:rsidR="00466FB2" w:rsidRDefault="00000000">
            <w:pPr>
              <w:spacing w:after="0" w:line="240" w:lineRule="auto"/>
            </w:pPr>
            <w:r>
              <w:t>Documents the nonconforming product or output, including quantity, containment, disposition, and release decision.</w:t>
            </w:r>
          </w:p>
        </w:tc>
        <w:tc>
          <w:tcPr>
            <w:tcW w:w="439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7D97E70" w14:textId="77777777" w:rsidR="00466FB2" w:rsidRDefault="00000000">
            <w:pPr>
              <w:spacing w:after="0" w:line="240" w:lineRule="auto"/>
            </w:pPr>
            <w:r>
              <w:t>Does not require root cause investigation or prevention actions on its own.</w:t>
            </w:r>
          </w:p>
        </w:tc>
      </w:tr>
      <w:tr w:rsidR="00466FB2" w14:paraId="51A10024" w14:textId="77777777">
        <w:trPr>
          <w:cantSplit/>
          <w:trHeight w:val="8"/>
          <w:jc w:val="center"/>
        </w:trPr>
        <w:tc>
          <w:tcPr>
            <w:tcW w:w="108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DAB9BCF" w14:textId="77777777" w:rsidR="00466FB2" w:rsidRDefault="00000000">
            <w:pPr>
              <w:spacing w:after="0" w:line="240" w:lineRule="auto"/>
            </w:pPr>
            <w:r>
              <w:rPr>
                <w:b/>
                <w:color w:val="17365D"/>
              </w:rPr>
              <w:t>SCAR</w:t>
            </w:r>
          </w:p>
        </w:tc>
        <w:tc>
          <w:tcPr>
            <w:tcW w:w="489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B8549C3" w14:textId="77777777" w:rsidR="00466FB2" w:rsidRDefault="00000000">
            <w:pPr>
              <w:spacing w:after="0" w:line="240" w:lineRule="auto"/>
            </w:pPr>
            <w:r>
              <w:t>Requests and reviews corrective action from an external supplier.</w:t>
            </w:r>
          </w:p>
        </w:tc>
        <w:tc>
          <w:tcPr>
            <w:tcW w:w="439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36B9788" w14:textId="77777777" w:rsidR="00466FB2" w:rsidRDefault="00000000">
            <w:pPr>
              <w:spacing w:after="0" w:line="240" w:lineRule="auto"/>
            </w:pPr>
            <w:r>
              <w:t>Does not replace internal CAR ownership unless the supplier response is the only required action.</w:t>
            </w:r>
          </w:p>
        </w:tc>
      </w:tr>
      <w:tr w:rsidR="00466FB2" w14:paraId="40D2A347" w14:textId="77777777">
        <w:trPr>
          <w:cantSplit/>
          <w:trHeight w:val="8"/>
          <w:jc w:val="center"/>
        </w:trPr>
        <w:tc>
          <w:tcPr>
            <w:tcW w:w="108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88F46B6" w14:textId="77777777" w:rsidR="00466FB2" w:rsidRDefault="00000000">
            <w:pPr>
              <w:spacing w:after="0" w:line="240" w:lineRule="auto"/>
            </w:pPr>
            <w:r>
              <w:rPr>
                <w:b/>
                <w:color w:val="17365D"/>
              </w:rPr>
              <w:t>CAR</w:t>
            </w:r>
          </w:p>
        </w:tc>
        <w:tc>
          <w:tcPr>
            <w:tcW w:w="489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B988198" w14:textId="77777777" w:rsidR="00466FB2" w:rsidRDefault="00000000">
            <w:pPr>
              <w:spacing w:after="0" w:line="240" w:lineRule="auto"/>
            </w:pPr>
            <w:r>
              <w:t>Requests and reviews corrective action from the responsible owner, department, process, supplier quality owner, or internal quality team.</w:t>
            </w:r>
          </w:p>
        </w:tc>
        <w:tc>
          <w:tcPr>
            <w:tcW w:w="439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4B07704" w14:textId="77777777" w:rsidR="00466FB2" w:rsidRDefault="00000000">
            <w:pPr>
              <w:spacing w:after="0" w:line="240" w:lineRule="auto"/>
            </w:pPr>
            <w:r>
              <w:t>Does not replace the NCR, SCAR, customer complaint, audit finding, or 8D when those records are required.</w:t>
            </w:r>
          </w:p>
        </w:tc>
      </w:tr>
      <w:tr w:rsidR="00466FB2" w14:paraId="78FEDB80" w14:textId="77777777">
        <w:trPr>
          <w:cantSplit/>
          <w:trHeight w:val="8"/>
          <w:jc w:val="center"/>
        </w:trPr>
        <w:tc>
          <w:tcPr>
            <w:tcW w:w="108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BCEB7ED" w14:textId="77777777" w:rsidR="00466FB2" w:rsidRDefault="00000000">
            <w:pPr>
              <w:spacing w:after="0" w:line="240" w:lineRule="auto"/>
            </w:pPr>
            <w:r>
              <w:rPr>
                <w:b/>
                <w:color w:val="17365D"/>
              </w:rPr>
              <w:t>8D</w:t>
            </w:r>
          </w:p>
        </w:tc>
        <w:tc>
          <w:tcPr>
            <w:tcW w:w="4896"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472F6D5" w14:textId="77777777" w:rsidR="00466FB2" w:rsidRDefault="00000000">
            <w:pPr>
              <w:spacing w:after="0" w:line="240" w:lineRule="auto"/>
            </w:pPr>
            <w:r>
              <w:t>Uses the formal D1-D8 problem-solving structure when the customer or internal process requires it.</w:t>
            </w:r>
          </w:p>
        </w:tc>
        <w:tc>
          <w:tcPr>
            <w:tcW w:w="439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9742D68" w14:textId="77777777" w:rsidR="00466FB2" w:rsidRDefault="00000000">
            <w:pPr>
              <w:spacing w:after="0" w:line="240" w:lineRule="auto"/>
            </w:pPr>
            <w:r>
              <w:t>This CAR template should not be expanded into a full 8D unless that format is required.</w:t>
            </w:r>
          </w:p>
        </w:tc>
      </w:tr>
    </w:tbl>
    <w:p w14:paraId="6437ACEB" w14:textId="77777777" w:rsidR="00466FB2" w:rsidRDefault="00000000">
      <w:r>
        <w:br w:type="page"/>
      </w:r>
    </w:p>
    <w:p w14:paraId="46F1911B" w14:textId="77777777" w:rsidR="00466FB2" w:rsidRDefault="00000000">
      <w:pPr>
        <w:pStyle w:val="8DFSectionBar"/>
        <w:keepNext/>
        <w:shd w:val="clear" w:color="auto" w:fill="17365D"/>
        <w:spacing w:before="200" w:after="80" w:line="240" w:lineRule="auto"/>
        <w:ind w:left="120"/>
      </w:pPr>
      <w:r>
        <w:lastRenderedPageBreak/>
        <w:t>3. CAR Header / Request Details</w:t>
      </w:r>
    </w:p>
    <w:tbl>
      <w:tblPr>
        <w:tblW w:w="0" w:type="auto"/>
        <w:jc w:val="center"/>
        <w:tblLayout w:type="fixed"/>
        <w:tblLook w:val="04A0" w:firstRow="1" w:lastRow="0" w:firstColumn="1" w:lastColumn="0" w:noHBand="0" w:noVBand="1"/>
      </w:tblPr>
      <w:tblGrid>
        <w:gridCol w:w="2376"/>
        <w:gridCol w:w="2952"/>
        <w:gridCol w:w="2376"/>
        <w:gridCol w:w="2952"/>
      </w:tblGrid>
      <w:tr w:rsidR="00466FB2" w14:paraId="2E54CC97" w14:textId="77777777">
        <w:trPr>
          <w:jc w:val="center"/>
        </w:trPr>
        <w:tc>
          <w:tcPr>
            <w:tcW w:w="10656" w:type="dxa"/>
            <w:gridSpan w:val="4"/>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3C589B91" w14:textId="77777777" w:rsidR="00466FB2" w:rsidRDefault="00000000">
            <w:pPr>
              <w:pStyle w:val="GuidanceText"/>
              <w:spacing w:line="240" w:lineRule="auto"/>
            </w:pPr>
            <w:r>
              <w:rPr>
                <w:b/>
                <w:color w:val="2D3748"/>
                <w:sz w:val="18"/>
              </w:rPr>
              <w:t>Guidance:</w:t>
            </w:r>
            <w:r>
              <w:rPr>
                <w:color w:val="2D3748"/>
                <w:sz w:val="18"/>
              </w:rPr>
              <w:t xml:space="preserve"> Use this section to identify the CAR, responsible owner, due dates, and related quality records. Related references are important because the CAR may not be the primary product control record.</w:t>
            </w:r>
          </w:p>
        </w:tc>
      </w:tr>
      <w:tr w:rsidR="00466FB2" w14:paraId="36838CD6" w14:textId="77777777">
        <w:trPr>
          <w:cantSplit/>
          <w:trHeight w:val="6"/>
          <w:jc w:val="center"/>
        </w:trPr>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6397834" w14:textId="77777777" w:rsidR="00466FB2" w:rsidRDefault="00000000">
            <w:pPr>
              <w:spacing w:after="0" w:line="240" w:lineRule="auto"/>
            </w:pPr>
            <w:r>
              <w:rPr>
                <w:b/>
                <w:color w:val="17365D"/>
              </w:rPr>
              <w:t>Response due date</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5C510F8" w14:textId="77777777" w:rsidR="00466FB2" w:rsidRDefault="00000000">
            <w:pPr>
              <w:spacing w:after="0" w:line="240" w:lineRule="auto"/>
            </w:pPr>
            <w:r>
              <w:rPr>
                <w:i/>
                <w:color w:val="718096"/>
                <w:sz w:val="17"/>
              </w:rPr>
              <w:t>Enter details here.</w:t>
            </w:r>
          </w:p>
        </w:tc>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428EF21" w14:textId="77777777" w:rsidR="00466FB2" w:rsidRDefault="00000000">
            <w:pPr>
              <w:spacing w:after="0" w:line="240" w:lineRule="auto"/>
            </w:pPr>
            <w:r>
              <w:rPr>
                <w:b/>
                <w:color w:val="17365D"/>
              </w:rPr>
              <w:t>Containment response due date</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16ABA8D" w14:textId="77777777" w:rsidR="00466FB2" w:rsidRDefault="00000000">
            <w:pPr>
              <w:spacing w:after="0" w:line="240" w:lineRule="auto"/>
            </w:pPr>
            <w:r>
              <w:rPr>
                <w:i/>
                <w:color w:val="718096"/>
                <w:sz w:val="17"/>
              </w:rPr>
              <w:t>Enter details here.</w:t>
            </w:r>
          </w:p>
        </w:tc>
      </w:tr>
      <w:tr w:rsidR="00466FB2" w14:paraId="64F757E1" w14:textId="77777777">
        <w:trPr>
          <w:cantSplit/>
          <w:trHeight w:val="6"/>
          <w:jc w:val="center"/>
        </w:trPr>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FBED0DF" w14:textId="77777777" w:rsidR="00466FB2" w:rsidRDefault="00000000">
            <w:pPr>
              <w:spacing w:after="0" w:line="240" w:lineRule="auto"/>
            </w:pPr>
            <w:r>
              <w:rPr>
                <w:b/>
                <w:color w:val="17365D"/>
              </w:rPr>
              <w:t>Full corrective action response due date</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65FE0C5" w14:textId="77777777" w:rsidR="00466FB2" w:rsidRDefault="00000000">
            <w:pPr>
              <w:spacing w:after="0" w:line="240" w:lineRule="auto"/>
            </w:pPr>
            <w:r>
              <w:rPr>
                <w:i/>
                <w:color w:val="718096"/>
                <w:sz w:val="17"/>
              </w:rPr>
              <w:t>Enter details here.</w:t>
            </w:r>
          </w:p>
        </w:tc>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73E8C75" w14:textId="77777777" w:rsidR="00466FB2" w:rsidRDefault="00000000">
            <w:pPr>
              <w:spacing w:after="0" w:line="240" w:lineRule="auto"/>
            </w:pPr>
            <w:r>
              <w:rPr>
                <w:b/>
                <w:color w:val="17365D"/>
              </w:rPr>
              <w:t>Target closure date</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59F2266" w14:textId="77777777" w:rsidR="00466FB2" w:rsidRDefault="00000000">
            <w:pPr>
              <w:spacing w:after="0" w:line="240" w:lineRule="auto"/>
            </w:pPr>
            <w:r>
              <w:rPr>
                <w:i/>
                <w:color w:val="718096"/>
                <w:sz w:val="17"/>
              </w:rPr>
              <w:t>Enter details here.</w:t>
            </w:r>
          </w:p>
        </w:tc>
      </w:tr>
      <w:tr w:rsidR="00466FB2" w14:paraId="57CA0F44" w14:textId="77777777">
        <w:trPr>
          <w:cantSplit/>
          <w:trHeight w:val="6"/>
          <w:jc w:val="center"/>
        </w:trPr>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FF32EBF" w14:textId="77777777" w:rsidR="00466FB2" w:rsidRDefault="00000000">
            <w:pPr>
              <w:spacing w:after="0" w:line="240" w:lineRule="auto"/>
            </w:pPr>
            <w:r>
              <w:rPr>
                <w:b/>
                <w:color w:val="17365D"/>
              </w:rPr>
              <w:t>Supplier name / supplier code, if supplier-related</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F5557B0" w14:textId="77777777" w:rsidR="00466FB2" w:rsidRDefault="00000000">
            <w:pPr>
              <w:spacing w:after="0" w:line="240" w:lineRule="auto"/>
            </w:pPr>
            <w:r>
              <w:rPr>
                <w:i/>
                <w:color w:val="718096"/>
                <w:sz w:val="17"/>
              </w:rPr>
              <w:t>Enter details here.</w:t>
            </w:r>
          </w:p>
        </w:tc>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811CFFA" w14:textId="77777777" w:rsidR="00466FB2" w:rsidRDefault="00000000">
            <w:pPr>
              <w:spacing w:after="0" w:line="240" w:lineRule="auto"/>
            </w:pPr>
            <w:r>
              <w:rPr>
                <w:b/>
                <w:color w:val="17365D"/>
              </w:rPr>
              <w:t>Repeat / recurring issue?</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E64B03D" w14:textId="77777777" w:rsidR="00466FB2" w:rsidRDefault="00000000">
            <w:pPr>
              <w:spacing w:after="0" w:line="240" w:lineRule="auto"/>
            </w:pPr>
            <w:r>
              <w:rPr>
                <w:i/>
              </w:rPr>
              <w:t xml:space="preserve">Options: Yes; No; Unknown - if </w:t>
            </w:r>
            <w:proofErr w:type="gramStart"/>
            <w:r>
              <w:rPr>
                <w:i/>
              </w:rPr>
              <w:t>Yes</w:t>
            </w:r>
            <w:proofErr w:type="gramEnd"/>
            <w:r>
              <w:rPr>
                <w:i/>
              </w:rPr>
              <w:t>, reference prior CAR/NCR</w:t>
            </w:r>
          </w:p>
        </w:tc>
      </w:tr>
      <w:tr w:rsidR="00466FB2" w14:paraId="31B7BF5B" w14:textId="77777777">
        <w:trPr>
          <w:cantSplit/>
          <w:trHeight w:val="6"/>
          <w:jc w:val="center"/>
        </w:trPr>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DB88E3F" w14:textId="77777777" w:rsidR="00466FB2" w:rsidRDefault="00000000">
            <w:pPr>
              <w:spacing w:after="0" w:line="240" w:lineRule="auto"/>
            </w:pPr>
            <w:r>
              <w:rPr>
                <w:b/>
                <w:color w:val="17365D"/>
              </w:rPr>
              <w:t>Related NCR reference</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C361254" w14:textId="77777777" w:rsidR="00466FB2" w:rsidRDefault="00000000">
            <w:pPr>
              <w:spacing w:after="0" w:line="240" w:lineRule="auto"/>
            </w:pPr>
            <w:r>
              <w:rPr>
                <w:i/>
                <w:color w:val="718096"/>
                <w:sz w:val="17"/>
              </w:rPr>
              <w:t>Enter details here.</w:t>
            </w:r>
          </w:p>
        </w:tc>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169FBB4" w14:textId="77777777" w:rsidR="00466FB2" w:rsidRDefault="00000000">
            <w:pPr>
              <w:spacing w:after="0" w:line="240" w:lineRule="auto"/>
            </w:pPr>
            <w:r>
              <w:rPr>
                <w:b/>
                <w:color w:val="17365D"/>
              </w:rPr>
              <w:t>Related customer complaint reference</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9EA0467" w14:textId="77777777" w:rsidR="00466FB2" w:rsidRDefault="00000000">
            <w:pPr>
              <w:spacing w:after="0" w:line="240" w:lineRule="auto"/>
            </w:pPr>
            <w:r>
              <w:rPr>
                <w:i/>
                <w:color w:val="718096"/>
                <w:sz w:val="17"/>
              </w:rPr>
              <w:t>Enter details here.</w:t>
            </w:r>
          </w:p>
        </w:tc>
      </w:tr>
      <w:tr w:rsidR="00466FB2" w14:paraId="11C45E61" w14:textId="77777777">
        <w:trPr>
          <w:cantSplit/>
          <w:trHeight w:val="6"/>
          <w:jc w:val="center"/>
        </w:trPr>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134DB06" w14:textId="77777777" w:rsidR="00466FB2" w:rsidRDefault="00000000">
            <w:pPr>
              <w:spacing w:after="0" w:line="240" w:lineRule="auto"/>
            </w:pPr>
            <w:r>
              <w:rPr>
                <w:b/>
                <w:color w:val="17365D"/>
              </w:rPr>
              <w:t>Related SCAR reference</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3C374A3" w14:textId="77777777" w:rsidR="00466FB2" w:rsidRDefault="00000000">
            <w:pPr>
              <w:spacing w:after="0" w:line="240" w:lineRule="auto"/>
            </w:pPr>
            <w:r>
              <w:rPr>
                <w:i/>
                <w:color w:val="718096"/>
                <w:sz w:val="17"/>
              </w:rPr>
              <w:t>Enter details here.</w:t>
            </w:r>
          </w:p>
        </w:tc>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C5E43A4" w14:textId="77777777" w:rsidR="00466FB2" w:rsidRDefault="00000000">
            <w:pPr>
              <w:spacing w:after="0" w:line="240" w:lineRule="auto"/>
            </w:pPr>
            <w:r>
              <w:rPr>
                <w:b/>
                <w:color w:val="17365D"/>
              </w:rPr>
              <w:t>Related 8D reference</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755CDC8" w14:textId="77777777" w:rsidR="00466FB2" w:rsidRDefault="00000000">
            <w:pPr>
              <w:spacing w:after="0" w:line="240" w:lineRule="auto"/>
            </w:pPr>
            <w:r>
              <w:rPr>
                <w:i/>
                <w:color w:val="718096"/>
                <w:sz w:val="17"/>
              </w:rPr>
              <w:t>Enter details here.</w:t>
            </w:r>
          </w:p>
        </w:tc>
      </w:tr>
      <w:tr w:rsidR="00466FB2" w14:paraId="4B82FA14" w14:textId="77777777">
        <w:trPr>
          <w:cantSplit/>
          <w:trHeight w:val="6"/>
          <w:jc w:val="center"/>
        </w:trPr>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5657838" w14:textId="77777777" w:rsidR="00466FB2" w:rsidRDefault="00000000">
            <w:pPr>
              <w:spacing w:after="0" w:line="240" w:lineRule="auto"/>
            </w:pPr>
            <w:r>
              <w:rPr>
                <w:b/>
                <w:color w:val="17365D"/>
              </w:rPr>
              <w:t>Related audit finding reference</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0C1D30A" w14:textId="77777777" w:rsidR="00466FB2" w:rsidRDefault="00000000">
            <w:pPr>
              <w:spacing w:after="0" w:line="240" w:lineRule="auto"/>
            </w:pPr>
            <w:r>
              <w:rPr>
                <w:i/>
                <w:color w:val="718096"/>
                <w:sz w:val="17"/>
              </w:rPr>
              <w:t>Enter details here.</w:t>
            </w:r>
          </w:p>
        </w:tc>
        <w:tc>
          <w:tcPr>
            <w:tcW w:w="2376"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6C9E02D" w14:textId="77777777" w:rsidR="00466FB2" w:rsidRDefault="00000000">
            <w:pPr>
              <w:spacing w:after="0" w:line="240" w:lineRule="auto"/>
            </w:pPr>
            <w:r>
              <w:rPr>
                <w:b/>
                <w:color w:val="17365D"/>
              </w:rPr>
              <w:t>Related work order / job / production batch reference</w:t>
            </w:r>
          </w:p>
        </w:tc>
        <w:tc>
          <w:tcPr>
            <w:tcW w:w="2952"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9AA0B5E" w14:textId="77777777" w:rsidR="00466FB2" w:rsidRDefault="00000000">
            <w:pPr>
              <w:spacing w:after="0" w:line="240" w:lineRule="auto"/>
            </w:pPr>
            <w:r>
              <w:rPr>
                <w:i/>
                <w:color w:val="718096"/>
                <w:sz w:val="17"/>
              </w:rPr>
              <w:t>Enter details here.</w:t>
            </w:r>
          </w:p>
        </w:tc>
      </w:tr>
    </w:tbl>
    <w:p w14:paraId="7AC09E70" w14:textId="77777777" w:rsidR="00466FB2" w:rsidRDefault="00000000">
      <w:pPr>
        <w:pStyle w:val="8DFSectionBar"/>
        <w:keepNext/>
        <w:shd w:val="clear" w:color="auto" w:fill="17365D"/>
        <w:spacing w:before="200" w:after="80" w:line="240" w:lineRule="auto"/>
        <w:ind w:left="120"/>
      </w:pPr>
      <w:r>
        <w:t>4. Product / Process / Issue Details</w:t>
      </w:r>
    </w:p>
    <w:tbl>
      <w:tblPr>
        <w:tblW w:w="0" w:type="auto"/>
        <w:jc w:val="center"/>
        <w:tblLayout w:type="fixed"/>
        <w:tblLook w:val="04A0" w:firstRow="1" w:lastRow="0" w:firstColumn="1" w:lastColumn="0" w:noHBand="0" w:noVBand="1"/>
      </w:tblPr>
      <w:tblGrid>
        <w:gridCol w:w="3240"/>
        <w:gridCol w:w="7416"/>
      </w:tblGrid>
      <w:tr w:rsidR="00466FB2" w14:paraId="5916ECA0" w14:textId="77777777">
        <w:trPr>
          <w:jc w:val="center"/>
        </w:trPr>
        <w:tc>
          <w:tcPr>
            <w:tcW w:w="10656" w:type="dxa"/>
            <w:gridSpan w:val="2"/>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4A8B3256" w14:textId="77777777" w:rsidR="00466FB2" w:rsidRDefault="00000000">
            <w:pPr>
              <w:pStyle w:val="GuidanceText"/>
              <w:spacing w:line="240" w:lineRule="auto"/>
            </w:pPr>
            <w:r>
              <w:rPr>
                <w:b/>
                <w:color w:val="2D3748"/>
                <w:sz w:val="18"/>
              </w:rPr>
              <w:t>Guidance:</w:t>
            </w:r>
            <w:r>
              <w:rPr>
                <w:color w:val="2D3748"/>
                <w:sz w:val="18"/>
              </w:rPr>
              <w:t xml:space="preserve"> Capture enough detail to understand what product, process, lot, batch, order, shipment, or location is affected. Include units such as pcs, </w:t>
            </w:r>
            <w:proofErr w:type="spellStart"/>
            <w:r>
              <w:rPr>
                <w:color w:val="2D3748"/>
                <w:sz w:val="18"/>
              </w:rPr>
              <w:t>lbs</w:t>
            </w:r>
            <w:proofErr w:type="spellEnd"/>
            <w:r>
              <w:rPr>
                <w:color w:val="2D3748"/>
                <w:sz w:val="18"/>
              </w:rPr>
              <w:t>, or kg and note where affected or suspect items are currently held, such as floor, warehouse, supplier, customer, or quarantine area.</w:t>
            </w:r>
          </w:p>
        </w:tc>
      </w:tr>
      <w:tr w:rsidR="00466FB2" w14:paraId="5E865603"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F8098BB" w14:textId="77777777" w:rsidR="00466FB2" w:rsidRDefault="00000000">
            <w:pPr>
              <w:spacing w:after="0" w:line="240" w:lineRule="auto"/>
            </w:pPr>
            <w:r>
              <w:rPr>
                <w:b/>
                <w:color w:val="17365D"/>
              </w:rPr>
              <w:t>Product / part / material / process name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3701945" w14:textId="77777777" w:rsidR="00466FB2" w:rsidRDefault="00000000">
            <w:pPr>
              <w:spacing w:after="0" w:line="240" w:lineRule="auto"/>
            </w:pPr>
            <w:r>
              <w:rPr>
                <w:i/>
                <w:color w:val="718096"/>
                <w:sz w:val="17"/>
              </w:rPr>
              <w:t>Enter details here.</w:t>
            </w:r>
          </w:p>
        </w:tc>
      </w:tr>
      <w:tr w:rsidR="00466FB2" w14:paraId="58B934BA"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29EAB25" w14:textId="77777777" w:rsidR="00466FB2" w:rsidRDefault="00000000">
            <w:pPr>
              <w:spacing w:after="0" w:line="240" w:lineRule="auto"/>
            </w:pPr>
            <w:r>
              <w:rPr>
                <w:b/>
                <w:color w:val="17365D"/>
              </w:rPr>
              <w:t>Part number</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C18A685" w14:textId="77777777" w:rsidR="00466FB2" w:rsidRDefault="00000000">
            <w:pPr>
              <w:spacing w:after="0" w:line="240" w:lineRule="auto"/>
            </w:pPr>
            <w:r>
              <w:rPr>
                <w:i/>
                <w:color w:val="718096"/>
                <w:sz w:val="17"/>
              </w:rPr>
              <w:t>Enter details here.</w:t>
            </w:r>
          </w:p>
        </w:tc>
      </w:tr>
      <w:tr w:rsidR="00466FB2" w14:paraId="7DF826FF"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4289983" w14:textId="77777777" w:rsidR="00466FB2" w:rsidRDefault="00000000">
            <w:pPr>
              <w:spacing w:after="0" w:line="240" w:lineRule="auto"/>
            </w:pPr>
            <w:r>
              <w:rPr>
                <w:b/>
                <w:color w:val="17365D"/>
              </w:rPr>
              <w:t>Revision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4961D8B" w14:textId="77777777" w:rsidR="00466FB2" w:rsidRDefault="00000000">
            <w:pPr>
              <w:spacing w:after="0" w:line="240" w:lineRule="auto"/>
            </w:pPr>
            <w:r>
              <w:rPr>
                <w:i/>
                <w:color w:val="718096"/>
                <w:sz w:val="17"/>
              </w:rPr>
              <w:t>Enter details here.</w:t>
            </w:r>
          </w:p>
        </w:tc>
      </w:tr>
      <w:tr w:rsidR="00466FB2" w14:paraId="0C273415"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3FD0C1C" w14:textId="77777777" w:rsidR="00466FB2" w:rsidRDefault="00000000">
            <w:pPr>
              <w:spacing w:after="0" w:line="240" w:lineRule="auto"/>
            </w:pPr>
            <w:r>
              <w:rPr>
                <w:b/>
                <w:color w:val="17365D"/>
              </w:rPr>
              <w:t>Drawing / specification reference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DC6513C" w14:textId="77777777" w:rsidR="00466FB2" w:rsidRDefault="00000000">
            <w:pPr>
              <w:spacing w:after="0" w:line="240" w:lineRule="auto"/>
            </w:pPr>
            <w:r>
              <w:rPr>
                <w:i/>
                <w:color w:val="718096"/>
                <w:sz w:val="17"/>
              </w:rPr>
              <w:t>Enter details here.</w:t>
            </w:r>
          </w:p>
        </w:tc>
      </w:tr>
      <w:tr w:rsidR="00466FB2" w14:paraId="1E08ADFA"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705AF77" w14:textId="77777777" w:rsidR="00466FB2" w:rsidRDefault="00000000">
            <w:pPr>
              <w:spacing w:after="0" w:line="240" w:lineRule="auto"/>
            </w:pPr>
            <w:r>
              <w:rPr>
                <w:b/>
                <w:color w:val="17365D"/>
              </w:rPr>
              <w:t>Work instruction / router / process step</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0295E05" w14:textId="77777777" w:rsidR="00466FB2" w:rsidRDefault="00000000">
            <w:pPr>
              <w:spacing w:after="0" w:line="240" w:lineRule="auto"/>
            </w:pPr>
            <w:r>
              <w:rPr>
                <w:i/>
                <w:color w:val="718096"/>
                <w:sz w:val="17"/>
              </w:rPr>
              <w:t>Enter details here.</w:t>
            </w:r>
          </w:p>
        </w:tc>
      </w:tr>
      <w:tr w:rsidR="00466FB2" w14:paraId="0F324A08"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E070039" w14:textId="77777777" w:rsidR="00466FB2" w:rsidRDefault="00000000">
            <w:pPr>
              <w:spacing w:after="0" w:line="240" w:lineRule="auto"/>
            </w:pPr>
            <w:r>
              <w:rPr>
                <w:b/>
                <w:color w:val="17365D"/>
              </w:rPr>
              <w:t>Inspection plan / control plan reference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DA07195" w14:textId="77777777" w:rsidR="00466FB2" w:rsidRDefault="00000000">
            <w:pPr>
              <w:spacing w:after="0" w:line="240" w:lineRule="auto"/>
            </w:pPr>
            <w:r>
              <w:rPr>
                <w:i/>
                <w:color w:val="718096"/>
                <w:sz w:val="17"/>
              </w:rPr>
              <w:t>Enter details here.</w:t>
            </w:r>
          </w:p>
        </w:tc>
      </w:tr>
      <w:tr w:rsidR="00466FB2" w14:paraId="318D1B33"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74ED3C6" w14:textId="77777777" w:rsidR="00466FB2" w:rsidRDefault="00000000">
            <w:pPr>
              <w:spacing w:after="0" w:line="240" w:lineRule="auto"/>
            </w:pPr>
            <w:r>
              <w:rPr>
                <w:b/>
                <w:color w:val="17365D"/>
              </w:rPr>
              <w:t>Customer / internal project / program, if applicable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61F159E" w14:textId="77777777" w:rsidR="00466FB2" w:rsidRDefault="00000000">
            <w:pPr>
              <w:spacing w:after="0" w:line="240" w:lineRule="auto"/>
            </w:pPr>
            <w:r>
              <w:rPr>
                <w:i/>
                <w:color w:val="718096"/>
                <w:sz w:val="17"/>
              </w:rPr>
              <w:t>Enter details here.</w:t>
            </w:r>
          </w:p>
        </w:tc>
      </w:tr>
      <w:tr w:rsidR="00466FB2" w14:paraId="5DC72982"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D595457" w14:textId="77777777" w:rsidR="00466FB2" w:rsidRDefault="00000000">
            <w:pPr>
              <w:spacing w:after="0" w:line="240" w:lineRule="auto"/>
            </w:pPr>
            <w:r>
              <w:rPr>
                <w:b/>
                <w:color w:val="17365D"/>
              </w:rPr>
              <w:t>Lot / batch / serial / work order / job number</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70534CB" w14:textId="77777777" w:rsidR="00466FB2" w:rsidRDefault="00000000">
            <w:pPr>
              <w:spacing w:after="0" w:line="240" w:lineRule="auto"/>
            </w:pPr>
            <w:r>
              <w:rPr>
                <w:i/>
                <w:color w:val="718096"/>
                <w:sz w:val="17"/>
              </w:rPr>
              <w:t>Enter details here.</w:t>
            </w:r>
          </w:p>
        </w:tc>
      </w:tr>
      <w:tr w:rsidR="00466FB2" w14:paraId="0EE3EB55"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C90514B" w14:textId="77777777" w:rsidR="00466FB2" w:rsidRDefault="00000000">
            <w:pPr>
              <w:spacing w:after="0" w:line="240" w:lineRule="auto"/>
            </w:pPr>
            <w:r>
              <w:rPr>
                <w:b/>
                <w:color w:val="17365D"/>
              </w:rPr>
              <w:t>Quantity produced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78B87C3" w14:textId="77777777" w:rsidR="00466FB2" w:rsidRDefault="00000000">
            <w:pPr>
              <w:spacing w:after="0" w:line="240" w:lineRule="auto"/>
            </w:pPr>
            <w:r>
              <w:rPr>
                <w:i/>
                <w:color w:val="718096"/>
                <w:sz w:val="17"/>
              </w:rPr>
              <w:t>Enter details here.</w:t>
            </w:r>
          </w:p>
        </w:tc>
      </w:tr>
      <w:tr w:rsidR="00466FB2" w14:paraId="4DE937BD"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8C7C4CA" w14:textId="77777777" w:rsidR="00466FB2" w:rsidRDefault="00000000">
            <w:pPr>
              <w:spacing w:after="0" w:line="240" w:lineRule="auto"/>
            </w:pPr>
            <w:r>
              <w:rPr>
                <w:b/>
                <w:color w:val="17365D"/>
              </w:rPr>
              <w:t>Quantity inspected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2D559F8" w14:textId="77777777" w:rsidR="00466FB2" w:rsidRDefault="00000000">
            <w:pPr>
              <w:spacing w:after="0" w:line="240" w:lineRule="auto"/>
            </w:pPr>
            <w:r>
              <w:rPr>
                <w:i/>
                <w:color w:val="718096"/>
                <w:sz w:val="17"/>
              </w:rPr>
              <w:t>Enter details here.</w:t>
            </w:r>
          </w:p>
        </w:tc>
      </w:tr>
      <w:tr w:rsidR="00466FB2" w14:paraId="78975EBD"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70C33CB" w14:textId="77777777" w:rsidR="00466FB2" w:rsidRDefault="00000000">
            <w:pPr>
              <w:spacing w:after="0" w:line="240" w:lineRule="auto"/>
            </w:pPr>
            <w:r>
              <w:rPr>
                <w:b/>
                <w:color w:val="17365D"/>
              </w:rPr>
              <w:t>Quantity affected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A2BACF6" w14:textId="77777777" w:rsidR="00466FB2" w:rsidRDefault="00000000">
            <w:pPr>
              <w:spacing w:after="0" w:line="240" w:lineRule="auto"/>
            </w:pPr>
            <w:r>
              <w:rPr>
                <w:i/>
                <w:color w:val="718096"/>
                <w:sz w:val="17"/>
              </w:rPr>
              <w:t>Enter details here.</w:t>
            </w:r>
          </w:p>
        </w:tc>
      </w:tr>
      <w:tr w:rsidR="00466FB2" w14:paraId="7E06894F"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21A5EC9" w14:textId="77777777" w:rsidR="00466FB2" w:rsidRDefault="00000000">
            <w:pPr>
              <w:spacing w:after="0" w:line="240" w:lineRule="auto"/>
            </w:pPr>
            <w:r>
              <w:rPr>
                <w:b/>
                <w:color w:val="17365D"/>
              </w:rPr>
              <w:t>Quantity suspect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8B3350A" w14:textId="77777777" w:rsidR="00466FB2" w:rsidRDefault="00000000">
            <w:pPr>
              <w:spacing w:after="0" w:line="240" w:lineRule="auto"/>
            </w:pPr>
            <w:r>
              <w:rPr>
                <w:i/>
                <w:color w:val="718096"/>
                <w:sz w:val="17"/>
              </w:rPr>
              <w:t>Enter details here.</w:t>
            </w:r>
          </w:p>
        </w:tc>
      </w:tr>
      <w:tr w:rsidR="00466FB2" w14:paraId="7F76E966"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BCEA33E" w14:textId="77777777" w:rsidR="00466FB2" w:rsidRDefault="00000000">
            <w:pPr>
              <w:spacing w:after="0" w:line="240" w:lineRule="auto"/>
            </w:pPr>
            <w:r>
              <w:rPr>
                <w:b/>
                <w:color w:val="17365D"/>
              </w:rPr>
              <w:t>Quantity rejected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15971FE" w14:textId="77777777" w:rsidR="00466FB2" w:rsidRDefault="00000000">
            <w:pPr>
              <w:spacing w:after="0" w:line="240" w:lineRule="auto"/>
            </w:pPr>
            <w:r>
              <w:rPr>
                <w:i/>
                <w:color w:val="718096"/>
                <w:sz w:val="17"/>
              </w:rPr>
              <w:t>Enter details here.</w:t>
            </w:r>
          </w:p>
        </w:tc>
      </w:tr>
      <w:tr w:rsidR="00466FB2" w14:paraId="71EB41EE"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FE4DCE0" w14:textId="77777777" w:rsidR="00466FB2" w:rsidRDefault="00000000">
            <w:pPr>
              <w:spacing w:after="0" w:line="240" w:lineRule="auto"/>
            </w:pPr>
            <w:r>
              <w:rPr>
                <w:b/>
                <w:color w:val="17365D"/>
              </w:rPr>
              <w:lastRenderedPageBreak/>
              <w:t>Quantity accepted under deviation, if any</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9FA49BA" w14:textId="77777777" w:rsidR="00466FB2" w:rsidRDefault="00000000">
            <w:pPr>
              <w:spacing w:after="0" w:line="240" w:lineRule="auto"/>
            </w:pPr>
            <w:r>
              <w:rPr>
                <w:i/>
                <w:color w:val="718096"/>
                <w:sz w:val="17"/>
              </w:rPr>
              <w:t>Enter details here.</w:t>
            </w:r>
          </w:p>
        </w:tc>
      </w:tr>
      <w:tr w:rsidR="00466FB2" w14:paraId="5018150D" w14:textId="77777777">
        <w:trPr>
          <w:cantSplit/>
          <w:trHeight w:val="9"/>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94D2DBC" w14:textId="77777777" w:rsidR="00466FB2" w:rsidRDefault="00000000">
            <w:pPr>
              <w:spacing w:after="0" w:line="240" w:lineRule="auto"/>
            </w:pPr>
            <w:r>
              <w:rPr>
                <w:b/>
                <w:color w:val="17365D"/>
              </w:rPr>
              <w:t>Product or issue location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0E08340" w14:textId="77777777" w:rsidR="00466FB2" w:rsidRDefault="00000000">
            <w:pPr>
              <w:spacing w:after="0" w:line="240" w:lineRule="auto"/>
            </w:pPr>
            <w:r>
              <w:rPr>
                <w:i/>
              </w:rPr>
              <w:t>Options: incoming inspection; in-process; final inspection; finished goods; warehouse; customer site; supplier site; field / installed product; audit finding; documentation review; other</w:t>
            </w:r>
          </w:p>
        </w:tc>
      </w:tr>
      <w:tr w:rsidR="00466FB2" w14:paraId="267E8F21" w14:textId="77777777">
        <w:trPr>
          <w:cantSplit/>
          <w:trHeight w:val="9"/>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6EC75A7" w14:textId="77777777" w:rsidR="00466FB2" w:rsidRDefault="00000000">
            <w:pPr>
              <w:spacing w:after="0" w:line="240" w:lineRule="auto"/>
            </w:pPr>
            <w:r>
              <w:rPr>
                <w:b/>
                <w:color w:val="17365D"/>
              </w:rPr>
              <w:t>Downstream locations checked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86A7104" w14:textId="77777777" w:rsidR="00466FB2" w:rsidRDefault="00000000">
            <w:pPr>
              <w:spacing w:after="0" w:line="240" w:lineRule="auto"/>
            </w:pPr>
            <w:r>
              <w:rPr>
                <w:i/>
                <w:color w:val="718096"/>
                <w:sz w:val="17"/>
              </w:rPr>
              <w:t>Enter details here.</w:t>
            </w:r>
          </w:p>
        </w:tc>
      </w:tr>
      <w:tr w:rsidR="00466FB2" w14:paraId="27FDC71B"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045B562" w14:textId="77777777" w:rsidR="00466FB2" w:rsidRDefault="00000000">
            <w:pPr>
              <w:spacing w:after="0" w:line="240" w:lineRule="auto"/>
            </w:pPr>
            <w:r>
              <w:rPr>
                <w:b/>
                <w:color w:val="17365D"/>
              </w:rPr>
              <w:t>Previously shipped or delivered product affected?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D4C6CFB" w14:textId="77777777" w:rsidR="00466FB2" w:rsidRDefault="00000000">
            <w:pPr>
              <w:spacing w:after="0" w:line="240" w:lineRule="auto"/>
            </w:pPr>
            <w:r>
              <w:rPr>
                <w:i/>
              </w:rPr>
              <w:t>Options: Yes; No; Unknown; To be reviewed</w:t>
            </w:r>
          </w:p>
        </w:tc>
      </w:tr>
      <w:tr w:rsidR="00466FB2" w14:paraId="0A1ACAF4" w14:textId="77777777">
        <w:trPr>
          <w:cantSplit/>
          <w:trHeight w:val="12"/>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DCC1C44" w14:textId="77777777" w:rsidR="00466FB2" w:rsidRDefault="00000000">
            <w:pPr>
              <w:spacing w:after="0" w:line="240" w:lineRule="auto"/>
            </w:pPr>
            <w:r>
              <w:rPr>
                <w:b/>
                <w:color w:val="17365D"/>
              </w:rPr>
              <w:t>If Yes or Unknown, locations checked / evidence reviewed / result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A654528" w14:textId="77777777" w:rsidR="00466FB2" w:rsidRDefault="00000000">
            <w:pPr>
              <w:spacing w:after="0" w:line="240" w:lineRule="auto"/>
            </w:pPr>
            <w:r>
              <w:rPr>
                <w:i/>
                <w:color w:val="718096"/>
                <w:sz w:val="17"/>
              </w:rPr>
              <w:t>Enter details here.</w:t>
            </w:r>
          </w:p>
        </w:tc>
      </w:tr>
    </w:tbl>
    <w:p w14:paraId="40E8A7B1" w14:textId="77777777" w:rsidR="00466FB2" w:rsidRDefault="00000000">
      <w:pPr>
        <w:pStyle w:val="8DFSectionBar"/>
        <w:keepNext/>
        <w:shd w:val="clear" w:color="auto" w:fill="17365D"/>
        <w:spacing w:before="200" w:after="80" w:line="240" w:lineRule="auto"/>
        <w:ind w:left="120"/>
      </w:pPr>
      <w:r>
        <w:t>5. Problem / Nonconformance Description</w:t>
      </w:r>
    </w:p>
    <w:tbl>
      <w:tblPr>
        <w:tblW w:w="0" w:type="auto"/>
        <w:jc w:val="center"/>
        <w:tblLayout w:type="fixed"/>
        <w:tblLook w:val="04A0" w:firstRow="1" w:lastRow="0" w:firstColumn="1" w:lastColumn="0" w:noHBand="0" w:noVBand="1"/>
      </w:tblPr>
      <w:tblGrid>
        <w:gridCol w:w="3240"/>
        <w:gridCol w:w="7416"/>
      </w:tblGrid>
      <w:tr w:rsidR="00466FB2" w14:paraId="214BD022" w14:textId="77777777">
        <w:trPr>
          <w:jc w:val="center"/>
        </w:trPr>
        <w:tc>
          <w:tcPr>
            <w:tcW w:w="10656" w:type="dxa"/>
            <w:gridSpan w:val="2"/>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3875FBDB" w14:textId="77777777" w:rsidR="00466FB2" w:rsidRDefault="00000000">
            <w:pPr>
              <w:pStyle w:val="GuidanceText"/>
              <w:spacing w:line="240" w:lineRule="auto"/>
            </w:pPr>
            <w:r>
              <w:rPr>
                <w:b/>
                <w:color w:val="2D3748"/>
                <w:sz w:val="18"/>
              </w:rPr>
              <w:t>Guidance:</w:t>
            </w:r>
            <w:r>
              <w:rPr>
                <w:color w:val="2D3748"/>
                <w:sz w:val="18"/>
              </w:rPr>
              <w:t xml:space="preserve"> Describe the issue in factual, measurable terms. Do not include assumed root cause unless it has already been confirmed.</w:t>
            </w:r>
          </w:p>
        </w:tc>
      </w:tr>
      <w:tr w:rsidR="00466FB2" w14:paraId="458343D0"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47C7E71" w14:textId="77777777" w:rsidR="00466FB2" w:rsidRDefault="00000000">
            <w:pPr>
              <w:spacing w:after="0" w:line="240" w:lineRule="auto"/>
            </w:pPr>
            <w:r>
              <w:rPr>
                <w:b/>
                <w:color w:val="17365D"/>
              </w:rPr>
              <w:t>Requirement / specification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70BA9F0" w14:textId="77777777" w:rsidR="00466FB2" w:rsidRDefault="00000000">
            <w:pPr>
              <w:spacing w:after="0" w:line="240" w:lineRule="auto"/>
            </w:pPr>
            <w:r>
              <w:rPr>
                <w:i/>
                <w:color w:val="718096"/>
                <w:sz w:val="17"/>
              </w:rPr>
              <w:t>Enter details here.</w:t>
            </w:r>
          </w:p>
        </w:tc>
      </w:tr>
      <w:tr w:rsidR="00466FB2" w14:paraId="6E91670B" w14:textId="77777777">
        <w:trPr>
          <w:cantSplit/>
          <w:trHeight w:val="10"/>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7CD646B" w14:textId="77777777" w:rsidR="00466FB2" w:rsidRDefault="00000000">
            <w:pPr>
              <w:spacing w:after="0" w:line="240" w:lineRule="auto"/>
            </w:pPr>
            <w:r>
              <w:rPr>
                <w:b/>
                <w:color w:val="17365D"/>
              </w:rPr>
              <w:t>Actual condition found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D923F40" w14:textId="77777777" w:rsidR="00466FB2" w:rsidRDefault="00000000">
            <w:pPr>
              <w:spacing w:after="0" w:line="240" w:lineRule="auto"/>
            </w:pPr>
            <w:r>
              <w:rPr>
                <w:i/>
                <w:color w:val="718096"/>
                <w:sz w:val="17"/>
              </w:rPr>
              <w:t>Enter details here.</w:t>
            </w:r>
          </w:p>
        </w:tc>
      </w:tr>
      <w:tr w:rsidR="00466FB2" w14:paraId="2E18FB39" w14:textId="77777777">
        <w:trPr>
          <w:cantSplit/>
          <w:trHeight w:val="15"/>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B2B074E" w14:textId="77777777" w:rsidR="00466FB2" w:rsidRDefault="00000000">
            <w:pPr>
              <w:spacing w:after="0" w:line="240" w:lineRule="auto"/>
            </w:pPr>
            <w:r>
              <w:rPr>
                <w:b/>
                <w:color w:val="17365D"/>
              </w:rPr>
              <w:t>Problem / nonconformance description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CC43459" w14:textId="77777777" w:rsidR="00466FB2" w:rsidRDefault="00000000">
            <w:pPr>
              <w:spacing w:after="0" w:line="240" w:lineRule="auto"/>
            </w:pPr>
            <w:r>
              <w:rPr>
                <w:i/>
                <w:color w:val="718096"/>
                <w:sz w:val="17"/>
              </w:rPr>
              <w:t>Enter details here.</w:t>
            </w:r>
          </w:p>
        </w:tc>
      </w:tr>
      <w:tr w:rsidR="00466FB2" w14:paraId="3A6CACF0" w14:textId="77777777">
        <w:trPr>
          <w:cantSplit/>
          <w:trHeight w:val="9"/>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F6A78BA" w14:textId="77777777" w:rsidR="00466FB2" w:rsidRDefault="00000000">
            <w:pPr>
              <w:spacing w:after="0" w:line="240" w:lineRule="auto"/>
            </w:pPr>
            <w:r>
              <w:rPr>
                <w:b/>
                <w:color w:val="17365D"/>
              </w:rPr>
              <w:t>How detected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2A621D5" w14:textId="77777777" w:rsidR="00466FB2" w:rsidRDefault="00000000">
            <w:pPr>
              <w:spacing w:after="0" w:line="240" w:lineRule="auto"/>
            </w:pPr>
            <w:r>
              <w:rPr>
                <w:i/>
              </w:rPr>
              <w:t>Options: incoming inspection; in-process check; final inspection; customer complaint / return; audit; operator report; production issue; test failure; warehouse / receiving; third-party sorting service; other</w:t>
            </w:r>
          </w:p>
        </w:tc>
      </w:tr>
      <w:tr w:rsidR="00466FB2" w14:paraId="00FA4569"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63354BE" w14:textId="77777777" w:rsidR="00466FB2" w:rsidRDefault="00000000">
            <w:pPr>
              <w:spacing w:after="0" w:line="240" w:lineRule="auto"/>
            </w:pPr>
            <w:r>
              <w:rPr>
                <w:b/>
                <w:color w:val="17365D"/>
              </w:rPr>
              <w:t>Date detected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A4700E6" w14:textId="77777777" w:rsidR="00466FB2" w:rsidRDefault="00000000">
            <w:pPr>
              <w:spacing w:after="0" w:line="240" w:lineRule="auto"/>
            </w:pPr>
            <w:r>
              <w:rPr>
                <w:i/>
                <w:color w:val="718096"/>
                <w:sz w:val="17"/>
              </w:rPr>
              <w:t>Enter details here.</w:t>
            </w:r>
          </w:p>
        </w:tc>
      </w:tr>
      <w:tr w:rsidR="00466FB2" w14:paraId="2D34A5A2"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C45760F" w14:textId="77777777" w:rsidR="00466FB2" w:rsidRDefault="00000000">
            <w:pPr>
              <w:spacing w:after="0" w:line="240" w:lineRule="auto"/>
            </w:pPr>
            <w:r>
              <w:rPr>
                <w:b/>
                <w:color w:val="17365D"/>
              </w:rPr>
              <w:t>Detected by</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FCED7AC" w14:textId="77777777" w:rsidR="00466FB2" w:rsidRDefault="00000000">
            <w:pPr>
              <w:spacing w:after="0" w:line="240" w:lineRule="auto"/>
            </w:pPr>
            <w:r>
              <w:rPr>
                <w:i/>
                <w:color w:val="718096"/>
                <w:sz w:val="17"/>
              </w:rPr>
              <w:t>Enter details here.</w:t>
            </w:r>
          </w:p>
        </w:tc>
      </w:tr>
      <w:tr w:rsidR="00466FB2" w14:paraId="392A097C"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7C30643" w14:textId="77777777" w:rsidR="00466FB2" w:rsidRDefault="00000000">
            <w:pPr>
              <w:spacing w:after="0" w:line="240" w:lineRule="auto"/>
            </w:pPr>
            <w:r>
              <w:rPr>
                <w:b/>
                <w:color w:val="17365D"/>
              </w:rPr>
              <w:t>Severity / priority</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FD428B1" w14:textId="77777777" w:rsidR="00466FB2" w:rsidRDefault="00000000">
            <w:pPr>
              <w:spacing w:after="0" w:line="240" w:lineRule="auto"/>
            </w:pPr>
            <w:r>
              <w:rPr>
                <w:i/>
              </w:rPr>
              <w:t>Options: Low; Medium; High; Customer-critical. Internal classification only; confirm customer severity separately if applicable.</w:t>
            </w:r>
          </w:p>
        </w:tc>
      </w:tr>
      <w:tr w:rsidR="00466FB2" w14:paraId="72AE4E88"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CBAA534" w14:textId="77777777" w:rsidR="00466FB2" w:rsidRDefault="00000000">
            <w:pPr>
              <w:spacing w:after="0" w:line="240" w:lineRule="auto"/>
            </w:pPr>
            <w:r>
              <w:rPr>
                <w:b/>
                <w:color w:val="17365D"/>
              </w:rPr>
              <w:t>Customer impact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F60767C" w14:textId="77777777" w:rsidR="00466FB2" w:rsidRDefault="00000000">
            <w:pPr>
              <w:spacing w:after="0" w:line="240" w:lineRule="auto"/>
            </w:pPr>
            <w:r>
              <w:rPr>
                <w:i/>
              </w:rPr>
              <w:t>Options: none known; potential; confirmed; customer return; shipment hold</w:t>
            </w:r>
          </w:p>
        </w:tc>
      </w:tr>
      <w:tr w:rsidR="00466FB2" w14:paraId="0B4DF880" w14:textId="77777777">
        <w:trPr>
          <w:cantSplit/>
          <w:trHeight w:val="9"/>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407AF4B" w14:textId="77777777" w:rsidR="00466FB2" w:rsidRDefault="00000000">
            <w:pPr>
              <w:spacing w:after="0" w:line="240" w:lineRule="auto"/>
            </w:pPr>
            <w:r>
              <w:rPr>
                <w:b/>
                <w:color w:val="17365D"/>
              </w:rPr>
              <w:t>Immediate risk / impact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5DC9BB3" w14:textId="77777777" w:rsidR="00466FB2" w:rsidRDefault="00000000">
            <w:pPr>
              <w:spacing w:after="0" w:line="240" w:lineRule="auto"/>
            </w:pPr>
            <w:r>
              <w:rPr>
                <w:i/>
              </w:rPr>
              <w:t>Examples: production hold; shipment hold; customer impact; fit/function concern; cosmetic only; documentation issue; safety concern; unknown</w:t>
            </w:r>
          </w:p>
        </w:tc>
      </w:tr>
      <w:tr w:rsidR="00466FB2" w14:paraId="67087DCF"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942EB24" w14:textId="77777777" w:rsidR="00466FB2" w:rsidRDefault="00000000">
            <w:pPr>
              <w:spacing w:after="0" w:line="240" w:lineRule="auto"/>
            </w:pPr>
            <w:r>
              <w:rPr>
                <w:b/>
                <w:color w:val="17365D"/>
              </w:rPr>
              <w:t>Photo / evidence reference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743971A" w14:textId="77777777" w:rsidR="00466FB2" w:rsidRDefault="00000000">
            <w:pPr>
              <w:spacing w:after="0" w:line="240" w:lineRule="auto"/>
            </w:pPr>
            <w:r>
              <w:rPr>
                <w:i/>
                <w:color w:val="718096"/>
                <w:sz w:val="17"/>
              </w:rPr>
              <w:t>Enter details here.</w:t>
            </w:r>
          </w:p>
        </w:tc>
      </w:tr>
      <w:tr w:rsidR="00466FB2" w14:paraId="42C539FA"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BCF6556" w14:textId="77777777" w:rsidR="00466FB2" w:rsidRDefault="00000000">
            <w:pPr>
              <w:spacing w:after="0" w:line="240" w:lineRule="auto"/>
            </w:pPr>
            <w:r>
              <w:rPr>
                <w:b/>
                <w:color w:val="17365D"/>
              </w:rPr>
              <w:t>Requirement revision / 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E6F66BC" w14:textId="77777777" w:rsidR="00466FB2" w:rsidRDefault="00000000">
            <w:pPr>
              <w:spacing w:after="0" w:line="240" w:lineRule="auto"/>
            </w:pPr>
            <w:r>
              <w:rPr>
                <w:i/>
                <w:color w:val="718096"/>
                <w:sz w:val="17"/>
              </w:rPr>
              <w:t>Enter details here.</w:t>
            </w:r>
          </w:p>
        </w:tc>
      </w:tr>
      <w:tr w:rsidR="00466FB2" w14:paraId="5A252EAE"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34DF314" w14:textId="77777777" w:rsidR="00466FB2" w:rsidRDefault="00000000">
            <w:pPr>
              <w:spacing w:after="0" w:line="240" w:lineRule="auto"/>
            </w:pPr>
            <w:r>
              <w:rPr>
                <w:b/>
                <w:color w:val="17365D"/>
              </w:rPr>
              <w:t>Test method / gauge / fixture reference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0731625" w14:textId="77777777" w:rsidR="00466FB2" w:rsidRDefault="00000000">
            <w:pPr>
              <w:spacing w:after="0" w:line="240" w:lineRule="auto"/>
            </w:pPr>
            <w:r>
              <w:rPr>
                <w:i/>
                <w:color w:val="718096"/>
                <w:sz w:val="17"/>
              </w:rPr>
              <w:t>Enter details here.</w:t>
            </w:r>
          </w:p>
        </w:tc>
      </w:tr>
      <w:tr w:rsidR="00466FB2" w14:paraId="794449E0"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F7CAD9D" w14:textId="77777777" w:rsidR="00466FB2" w:rsidRDefault="00000000">
            <w:pPr>
              <w:spacing w:after="0" w:line="240" w:lineRule="auto"/>
            </w:pPr>
            <w:r>
              <w:rPr>
                <w:b/>
                <w:color w:val="17365D"/>
              </w:rPr>
              <w:t>Applicable standard, if relevant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D1D54A0" w14:textId="77777777" w:rsidR="00466FB2" w:rsidRDefault="00000000">
            <w:pPr>
              <w:spacing w:after="0" w:line="240" w:lineRule="auto"/>
            </w:pPr>
            <w:r>
              <w:rPr>
                <w:i/>
                <w:color w:val="718096"/>
                <w:sz w:val="17"/>
              </w:rPr>
              <w:t>Enter details here.</w:t>
            </w:r>
          </w:p>
        </w:tc>
      </w:tr>
      <w:tr w:rsidR="00466FB2" w14:paraId="41CBC50C" w14:textId="77777777">
        <w:trPr>
          <w:cantSplit/>
          <w:trHeight w:val="12"/>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BD308B7" w14:textId="77777777" w:rsidR="00466FB2" w:rsidRDefault="00000000">
            <w:pPr>
              <w:spacing w:after="0" w:line="240" w:lineRule="auto"/>
            </w:pPr>
            <w:r>
              <w:rPr>
                <w:b/>
                <w:color w:val="17365D"/>
              </w:rPr>
              <w:t>Requirement text or summary</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A023582" w14:textId="77777777" w:rsidR="00466FB2" w:rsidRDefault="00000000">
            <w:pPr>
              <w:spacing w:after="0" w:line="240" w:lineRule="auto"/>
            </w:pPr>
            <w:r>
              <w:rPr>
                <w:i/>
                <w:color w:val="718096"/>
                <w:sz w:val="17"/>
              </w:rPr>
              <w:t>Enter details here.</w:t>
            </w:r>
          </w:p>
        </w:tc>
      </w:tr>
    </w:tbl>
    <w:p w14:paraId="41532AE9" w14:textId="77777777" w:rsidR="00466FB2" w:rsidRDefault="00000000">
      <w:pPr>
        <w:pStyle w:val="8DFSectionBar"/>
        <w:keepNext/>
        <w:shd w:val="clear" w:color="auto" w:fill="17365D"/>
        <w:spacing w:before="200" w:after="80" w:line="240" w:lineRule="auto"/>
        <w:ind w:left="120"/>
      </w:pPr>
      <w:r>
        <w:t>6. Immediate Containment</w:t>
      </w:r>
    </w:p>
    <w:tbl>
      <w:tblPr>
        <w:tblW w:w="0" w:type="auto"/>
        <w:jc w:val="center"/>
        <w:tblLayout w:type="fixed"/>
        <w:tblLook w:val="04A0" w:firstRow="1" w:lastRow="0" w:firstColumn="1" w:lastColumn="0" w:noHBand="0" w:noVBand="1"/>
      </w:tblPr>
      <w:tblGrid>
        <w:gridCol w:w="3240"/>
        <w:gridCol w:w="7416"/>
      </w:tblGrid>
      <w:tr w:rsidR="00466FB2" w14:paraId="18DCB4DA" w14:textId="77777777">
        <w:trPr>
          <w:jc w:val="center"/>
        </w:trPr>
        <w:tc>
          <w:tcPr>
            <w:tcW w:w="10656" w:type="dxa"/>
            <w:gridSpan w:val="2"/>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2EA20669" w14:textId="77777777" w:rsidR="00466FB2" w:rsidRDefault="00000000">
            <w:pPr>
              <w:pStyle w:val="GuidanceText"/>
              <w:spacing w:line="240" w:lineRule="auto"/>
            </w:pPr>
            <w:r>
              <w:rPr>
                <w:b/>
                <w:color w:val="2D3748"/>
                <w:sz w:val="18"/>
              </w:rPr>
              <w:t>Guidance:</w:t>
            </w:r>
            <w:r>
              <w:rPr>
                <w:color w:val="2D3748"/>
                <w:sz w:val="18"/>
              </w:rPr>
              <w:t xml:space="preserve"> Containment controls risk now. It is not the same as correction or corrective action. Record what was stopped, sorted, quarantined, protected, or checked.</w:t>
            </w:r>
          </w:p>
        </w:tc>
      </w:tr>
      <w:tr w:rsidR="00466FB2" w14:paraId="0A16A691"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612C657" w14:textId="77777777" w:rsidR="00466FB2" w:rsidRDefault="00000000">
            <w:pPr>
              <w:spacing w:after="0" w:line="240" w:lineRule="auto"/>
            </w:pPr>
            <w:r>
              <w:rPr>
                <w:b/>
                <w:color w:val="17365D"/>
              </w:rPr>
              <w:t>Containment required?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94FEBD1" w14:textId="77777777" w:rsidR="00466FB2" w:rsidRDefault="00000000">
            <w:pPr>
              <w:spacing w:after="0" w:line="240" w:lineRule="auto"/>
            </w:pPr>
            <w:r>
              <w:rPr>
                <w:i/>
              </w:rPr>
              <w:t>Options: Yes; No; To be reviewed</w:t>
            </w:r>
          </w:p>
        </w:tc>
      </w:tr>
      <w:tr w:rsidR="00466FB2" w14:paraId="58B8206F" w14:textId="77777777">
        <w:trPr>
          <w:cantSplit/>
          <w:trHeight w:val="9"/>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200C30C" w14:textId="77777777" w:rsidR="00466FB2" w:rsidRDefault="00000000">
            <w:pPr>
              <w:spacing w:after="0" w:line="240" w:lineRule="auto"/>
            </w:pPr>
            <w:r>
              <w:rPr>
                <w:b/>
                <w:color w:val="17365D"/>
              </w:rPr>
              <w:t>Requested containment action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24769F2" w14:textId="77777777" w:rsidR="00466FB2" w:rsidRDefault="00000000">
            <w:pPr>
              <w:spacing w:after="0" w:line="240" w:lineRule="auto"/>
            </w:pPr>
            <w:r>
              <w:rPr>
                <w:i/>
                <w:color w:val="718096"/>
                <w:sz w:val="17"/>
              </w:rPr>
              <w:t>Enter details here.</w:t>
            </w:r>
          </w:p>
        </w:tc>
      </w:tr>
      <w:tr w:rsidR="00466FB2" w14:paraId="3078D481" w14:textId="77777777">
        <w:trPr>
          <w:cantSplit/>
          <w:trHeight w:val="11"/>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AC13305" w14:textId="77777777" w:rsidR="00466FB2" w:rsidRDefault="00000000">
            <w:pPr>
              <w:spacing w:after="0" w:line="240" w:lineRule="auto"/>
            </w:pPr>
            <w:r>
              <w:rPr>
                <w:b/>
                <w:color w:val="17365D"/>
              </w:rPr>
              <w:lastRenderedPageBreak/>
              <w:t>Confirmed containment action taken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0CF017C" w14:textId="77777777" w:rsidR="00466FB2" w:rsidRDefault="00000000">
            <w:pPr>
              <w:spacing w:after="0" w:line="240" w:lineRule="auto"/>
            </w:pPr>
            <w:r>
              <w:rPr>
                <w:i/>
                <w:color w:val="718096"/>
                <w:sz w:val="17"/>
              </w:rPr>
              <w:t>Enter details here.</w:t>
            </w:r>
          </w:p>
        </w:tc>
      </w:tr>
      <w:tr w:rsidR="00466FB2" w14:paraId="5333965A"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67D2644" w14:textId="77777777" w:rsidR="00466FB2" w:rsidRDefault="00000000">
            <w:pPr>
              <w:spacing w:after="0" w:line="240" w:lineRule="auto"/>
            </w:pPr>
            <w:r>
              <w:rPr>
                <w:b/>
                <w:color w:val="17365D"/>
              </w:rPr>
              <w:t>Quantity confirmed contained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A31CA88" w14:textId="77777777" w:rsidR="00466FB2" w:rsidRDefault="00000000">
            <w:pPr>
              <w:spacing w:after="0" w:line="240" w:lineRule="auto"/>
            </w:pPr>
            <w:r>
              <w:rPr>
                <w:i/>
                <w:color w:val="718096"/>
                <w:sz w:val="17"/>
              </w:rPr>
              <w:t>Enter details here.</w:t>
            </w:r>
          </w:p>
        </w:tc>
      </w:tr>
      <w:tr w:rsidR="00466FB2" w14:paraId="2888B341"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D1BD774" w14:textId="77777777" w:rsidR="00466FB2" w:rsidRDefault="00000000">
            <w:pPr>
              <w:spacing w:after="0" w:line="240" w:lineRule="auto"/>
            </w:pPr>
            <w:r>
              <w:rPr>
                <w:b/>
                <w:color w:val="17365D"/>
              </w:rPr>
              <w:t>Product / lot / shipment / process to contain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0257866" w14:textId="77777777" w:rsidR="00466FB2" w:rsidRDefault="00000000">
            <w:pPr>
              <w:spacing w:after="0" w:line="240" w:lineRule="auto"/>
            </w:pPr>
            <w:r>
              <w:rPr>
                <w:i/>
                <w:color w:val="718096"/>
                <w:sz w:val="17"/>
              </w:rPr>
              <w:t>Enter details here.</w:t>
            </w:r>
          </w:p>
        </w:tc>
      </w:tr>
      <w:tr w:rsidR="00466FB2" w14:paraId="6932D563"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F51820F" w14:textId="77777777" w:rsidR="00466FB2" w:rsidRDefault="00000000">
            <w:pPr>
              <w:spacing w:after="0" w:line="240" w:lineRule="auto"/>
            </w:pPr>
            <w:r>
              <w:rPr>
                <w:b/>
                <w:color w:val="17365D"/>
              </w:rPr>
              <w:t>WIP to check</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4F72AD4" w14:textId="77777777" w:rsidR="00466FB2" w:rsidRDefault="00000000">
            <w:pPr>
              <w:spacing w:after="0" w:line="240" w:lineRule="auto"/>
            </w:pPr>
            <w:r>
              <w:rPr>
                <w:i/>
                <w:color w:val="718096"/>
                <w:sz w:val="17"/>
              </w:rPr>
              <w:t>Enter details here.</w:t>
            </w:r>
          </w:p>
        </w:tc>
      </w:tr>
      <w:tr w:rsidR="00466FB2" w14:paraId="43BBC8DB"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E313704" w14:textId="77777777" w:rsidR="00466FB2" w:rsidRDefault="00000000">
            <w:pPr>
              <w:spacing w:after="0" w:line="240" w:lineRule="auto"/>
            </w:pPr>
            <w:r>
              <w:rPr>
                <w:b/>
                <w:color w:val="17365D"/>
              </w:rPr>
              <w:t>Finished goods to check</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1187E8E" w14:textId="77777777" w:rsidR="00466FB2" w:rsidRDefault="00000000">
            <w:pPr>
              <w:spacing w:after="0" w:line="240" w:lineRule="auto"/>
            </w:pPr>
            <w:r>
              <w:rPr>
                <w:i/>
                <w:color w:val="718096"/>
                <w:sz w:val="17"/>
              </w:rPr>
              <w:t>Enter details here.</w:t>
            </w:r>
          </w:p>
        </w:tc>
      </w:tr>
      <w:tr w:rsidR="00466FB2" w14:paraId="0EDD1601"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615470A" w14:textId="77777777" w:rsidR="00466FB2" w:rsidRDefault="00000000">
            <w:pPr>
              <w:spacing w:after="0" w:line="240" w:lineRule="auto"/>
            </w:pPr>
            <w:r>
              <w:rPr>
                <w:b/>
                <w:color w:val="17365D"/>
              </w:rPr>
              <w:t>Product already shipped to check</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952F711" w14:textId="77777777" w:rsidR="00466FB2" w:rsidRDefault="00000000">
            <w:pPr>
              <w:spacing w:after="0" w:line="240" w:lineRule="auto"/>
            </w:pPr>
            <w:r>
              <w:rPr>
                <w:i/>
                <w:color w:val="718096"/>
                <w:sz w:val="17"/>
              </w:rPr>
              <w:t>Enter details here.</w:t>
            </w:r>
          </w:p>
        </w:tc>
      </w:tr>
      <w:tr w:rsidR="00466FB2" w14:paraId="63C3F2DF"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2A1DB23" w14:textId="77777777" w:rsidR="00466FB2" w:rsidRDefault="00000000">
            <w:pPr>
              <w:spacing w:after="0" w:line="240" w:lineRule="auto"/>
            </w:pPr>
            <w:r>
              <w:rPr>
                <w:b/>
                <w:color w:val="17365D"/>
              </w:rPr>
              <w:t>Customer product to check</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6609F17" w14:textId="77777777" w:rsidR="00466FB2" w:rsidRDefault="00000000">
            <w:pPr>
              <w:spacing w:after="0" w:line="240" w:lineRule="auto"/>
            </w:pPr>
            <w:r>
              <w:rPr>
                <w:i/>
                <w:color w:val="718096"/>
                <w:sz w:val="17"/>
              </w:rPr>
              <w:t>Enter details here.</w:t>
            </w:r>
          </w:p>
        </w:tc>
      </w:tr>
      <w:tr w:rsidR="00466FB2" w14:paraId="74682B01"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F4933B8" w14:textId="77777777" w:rsidR="00466FB2" w:rsidRDefault="00000000">
            <w:pPr>
              <w:spacing w:after="0" w:line="240" w:lineRule="auto"/>
            </w:pPr>
            <w:r>
              <w:rPr>
                <w:b/>
                <w:color w:val="17365D"/>
              </w:rPr>
              <w:t>Stop production required?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6520A75" w14:textId="77777777" w:rsidR="00466FB2" w:rsidRDefault="00000000">
            <w:pPr>
              <w:spacing w:after="0" w:line="240" w:lineRule="auto"/>
            </w:pPr>
            <w:r>
              <w:rPr>
                <w:i/>
              </w:rPr>
              <w:t>Options: Yes; No; To be reviewed</w:t>
            </w:r>
          </w:p>
        </w:tc>
      </w:tr>
      <w:tr w:rsidR="00466FB2" w14:paraId="39F979B0"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B46B2E8" w14:textId="77777777" w:rsidR="00466FB2" w:rsidRDefault="00000000">
            <w:pPr>
              <w:spacing w:after="0" w:line="240" w:lineRule="auto"/>
            </w:pPr>
            <w:r>
              <w:rPr>
                <w:b/>
                <w:color w:val="17365D"/>
              </w:rPr>
              <w:t>Stop shipment required?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24A5DB3" w14:textId="77777777" w:rsidR="00466FB2" w:rsidRDefault="00000000">
            <w:pPr>
              <w:spacing w:after="0" w:line="240" w:lineRule="auto"/>
            </w:pPr>
            <w:r>
              <w:rPr>
                <w:i/>
              </w:rPr>
              <w:t>Options: Yes; No; To be reviewed</w:t>
            </w:r>
          </w:p>
        </w:tc>
      </w:tr>
      <w:tr w:rsidR="00466FB2" w14:paraId="124FF348"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2BE30BA" w14:textId="77777777" w:rsidR="00466FB2" w:rsidRDefault="00000000">
            <w:pPr>
              <w:spacing w:after="0" w:line="240" w:lineRule="auto"/>
            </w:pPr>
            <w:r>
              <w:rPr>
                <w:b/>
                <w:color w:val="17365D"/>
              </w:rPr>
              <w:t>Sort / inspection required?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560169A" w14:textId="77777777" w:rsidR="00466FB2" w:rsidRDefault="00000000">
            <w:pPr>
              <w:spacing w:after="0" w:line="240" w:lineRule="auto"/>
            </w:pPr>
            <w:r>
              <w:rPr>
                <w:i/>
              </w:rPr>
              <w:t>Options: Yes; No; To be reviewed</w:t>
            </w:r>
          </w:p>
        </w:tc>
      </w:tr>
      <w:tr w:rsidR="00466FB2" w14:paraId="2E6C32CE"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034C2C3" w14:textId="77777777" w:rsidR="00466FB2" w:rsidRDefault="00000000">
            <w:pPr>
              <w:spacing w:after="0" w:line="240" w:lineRule="auto"/>
            </w:pPr>
            <w:r>
              <w:rPr>
                <w:b/>
                <w:color w:val="17365D"/>
              </w:rPr>
              <w:t>Replacement / recovery plan required?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3206FC2" w14:textId="77777777" w:rsidR="00466FB2" w:rsidRDefault="00000000">
            <w:pPr>
              <w:spacing w:after="0" w:line="240" w:lineRule="auto"/>
            </w:pPr>
            <w:r>
              <w:rPr>
                <w:i/>
              </w:rPr>
              <w:t>Options: Yes; No; To be reviewed</w:t>
            </w:r>
          </w:p>
        </w:tc>
      </w:tr>
      <w:tr w:rsidR="00466FB2" w14:paraId="24BC6E52"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7E5CDB3" w14:textId="77777777" w:rsidR="00466FB2" w:rsidRDefault="00000000">
            <w:pPr>
              <w:spacing w:after="0" w:line="240" w:lineRule="auto"/>
            </w:pPr>
            <w:r>
              <w:rPr>
                <w:b/>
                <w:color w:val="17365D"/>
              </w:rPr>
              <w:t>Containment owner</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610FCBC" w14:textId="77777777" w:rsidR="00466FB2" w:rsidRDefault="00000000">
            <w:pPr>
              <w:spacing w:after="0" w:line="240" w:lineRule="auto"/>
            </w:pPr>
            <w:r>
              <w:rPr>
                <w:i/>
                <w:color w:val="718096"/>
                <w:sz w:val="17"/>
              </w:rPr>
              <w:t>Enter details here.</w:t>
            </w:r>
          </w:p>
        </w:tc>
      </w:tr>
      <w:tr w:rsidR="00466FB2" w14:paraId="4E62AD70"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BE11834" w14:textId="77777777" w:rsidR="00466FB2" w:rsidRDefault="00000000">
            <w:pPr>
              <w:spacing w:after="0" w:line="240" w:lineRule="auto"/>
            </w:pPr>
            <w:r>
              <w:rPr>
                <w:b/>
                <w:color w:val="17365D"/>
              </w:rPr>
              <w:t>Containment due date or revised containment due 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56A699E" w14:textId="77777777" w:rsidR="00466FB2" w:rsidRDefault="00000000">
            <w:pPr>
              <w:spacing w:after="0" w:line="240" w:lineRule="auto"/>
            </w:pPr>
            <w:r>
              <w:t>See Section 3 header, or note any revised date here if changed after initial issue.</w:t>
            </w:r>
          </w:p>
        </w:tc>
      </w:tr>
      <w:tr w:rsidR="00466FB2" w14:paraId="7BB64408"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AA46FC3" w14:textId="77777777" w:rsidR="00466FB2" w:rsidRDefault="00000000">
            <w:pPr>
              <w:spacing w:after="0" w:line="240" w:lineRule="auto"/>
            </w:pPr>
            <w:r>
              <w:rPr>
                <w:b/>
                <w:color w:val="17365D"/>
              </w:rPr>
              <w:t>Containment response received 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1607005" w14:textId="77777777" w:rsidR="00466FB2" w:rsidRDefault="00000000">
            <w:pPr>
              <w:spacing w:after="0" w:line="240" w:lineRule="auto"/>
            </w:pPr>
            <w:r>
              <w:rPr>
                <w:i/>
                <w:color w:val="718096"/>
                <w:sz w:val="17"/>
              </w:rPr>
              <w:t>Enter details here.</w:t>
            </w:r>
          </w:p>
        </w:tc>
      </w:tr>
      <w:tr w:rsidR="00466FB2" w14:paraId="48674C8B"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A5CED68" w14:textId="77777777" w:rsidR="00466FB2" w:rsidRDefault="00000000">
            <w:pPr>
              <w:spacing w:after="0" w:line="240" w:lineRule="auto"/>
            </w:pPr>
            <w:r>
              <w:rPr>
                <w:b/>
                <w:color w:val="17365D"/>
              </w:rPr>
              <w:t>Clean point declared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A0C640D" w14:textId="77777777" w:rsidR="00466FB2" w:rsidRDefault="00000000">
            <w:pPr>
              <w:spacing w:after="0" w:line="240" w:lineRule="auto"/>
            </w:pPr>
            <w:r>
              <w:rPr>
                <w:i/>
                <w:color w:val="718096"/>
                <w:sz w:val="17"/>
              </w:rPr>
              <w:t>Enter details here.</w:t>
            </w:r>
          </w:p>
        </w:tc>
      </w:tr>
      <w:tr w:rsidR="00466FB2" w14:paraId="54DA1938"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DF05A38" w14:textId="77777777" w:rsidR="00466FB2" w:rsidRDefault="00000000">
            <w:pPr>
              <w:spacing w:after="0" w:line="240" w:lineRule="auto"/>
            </w:pPr>
            <w:r>
              <w:rPr>
                <w:b/>
                <w:color w:val="17365D"/>
              </w:rPr>
              <w:t>Containment evidence reference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8C1FB7F" w14:textId="77777777" w:rsidR="00466FB2" w:rsidRDefault="00000000">
            <w:pPr>
              <w:spacing w:after="0" w:line="240" w:lineRule="auto"/>
            </w:pPr>
            <w:r>
              <w:rPr>
                <w:i/>
                <w:color w:val="718096"/>
                <w:sz w:val="17"/>
              </w:rPr>
              <w:t>Enter details here.</w:t>
            </w:r>
          </w:p>
        </w:tc>
      </w:tr>
      <w:tr w:rsidR="00466FB2" w14:paraId="7C8B56C9" w14:textId="77777777">
        <w:trPr>
          <w:cantSplit/>
          <w:trHeight w:val="11"/>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E064A44" w14:textId="77777777" w:rsidR="00466FB2" w:rsidRDefault="00000000">
            <w:pPr>
              <w:spacing w:after="0" w:line="240" w:lineRule="auto"/>
            </w:pPr>
            <w:r>
              <w:rPr>
                <w:b/>
                <w:color w:val="17365D"/>
              </w:rPr>
              <w:t>Notes</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25BF322" w14:textId="77777777" w:rsidR="00466FB2" w:rsidRDefault="00000000">
            <w:pPr>
              <w:spacing w:after="0" w:line="240" w:lineRule="auto"/>
            </w:pPr>
            <w:r>
              <w:rPr>
                <w:i/>
                <w:color w:val="718096"/>
                <w:sz w:val="17"/>
              </w:rPr>
              <w:t>Enter details here.</w:t>
            </w:r>
          </w:p>
        </w:tc>
      </w:tr>
    </w:tbl>
    <w:p w14:paraId="088D4B65" w14:textId="77777777" w:rsidR="00466FB2" w:rsidRDefault="00000000">
      <w:pPr>
        <w:pStyle w:val="8DFSectionBar"/>
        <w:keepNext/>
        <w:shd w:val="clear" w:color="auto" w:fill="17365D"/>
        <w:spacing w:before="200" w:after="80" w:line="240" w:lineRule="auto"/>
        <w:ind w:left="120"/>
      </w:pPr>
      <w:r>
        <w:t>7. Product Disposition &amp; Correction Actions</w:t>
      </w:r>
    </w:p>
    <w:tbl>
      <w:tblPr>
        <w:tblW w:w="0" w:type="auto"/>
        <w:jc w:val="center"/>
        <w:tblLayout w:type="fixed"/>
        <w:tblLook w:val="04A0" w:firstRow="1" w:lastRow="0" w:firstColumn="1" w:lastColumn="0" w:noHBand="0" w:noVBand="1"/>
      </w:tblPr>
      <w:tblGrid>
        <w:gridCol w:w="3240"/>
        <w:gridCol w:w="7416"/>
        <w:gridCol w:w="20"/>
      </w:tblGrid>
      <w:tr w:rsidR="00466FB2" w14:paraId="0FB94186" w14:textId="77777777">
        <w:trPr>
          <w:gridAfter w:val="1"/>
          <w:wAfter w:w="20" w:type="dxa"/>
          <w:jc w:val="center"/>
        </w:trPr>
        <w:tc>
          <w:tcPr>
            <w:tcW w:w="10656" w:type="dxa"/>
            <w:gridSpan w:val="2"/>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2F92043C" w14:textId="77777777" w:rsidR="00466FB2" w:rsidRDefault="00000000">
            <w:pPr>
              <w:pStyle w:val="GuidanceText"/>
              <w:spacing w:line="240" w:lineRule="auto"/>
            </w:pPr>
            <w:r>
              <w:rPr>
                <w:b/>
                <w:color w:val="2D3748"/>
                <w:sz w:val="18"/>
              </w:rPr>
              <w:t>Guidance:</w:t>
            </w:r>
            <w:r>
              <w:rPr>
                <w:color w:val="2D3748"/>
                <w:sz w:val="18"/>
              </w:rPr>
              <w:t xml:space="preserve"> Use-as-is, repair, concession, or release of nonconforming product should be approved by the appropriate quality, engineering, customer, or delegated authority before release. Product correction deals with the affected product or output; corrective action deals with the process cause. If an NCR is the primary product control record, reference it here rather than re-entering every quantity.</w:t>
            </w:r>
          </w:p>
        </w:tc>
      </w:tr>
      <w:tr w:rsidR="00466FB2" w14:paraId="25FDC26A" w14:textId="77777777">
        <w:trPr>
          <w:cantSplit/>
          <w:trHeight w:val="9"/>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51136F58" w14:textId="77777777" w:rsidR="00466FB2" w:rsidRDefault="00000000">
            <w:pPr>
              <w:spacing w:after="0" w:line="240" w:lineRule="auto"/>
            </w:pPr>
            <w:r>
              <w:rPr>
                <w:b/>
                <w:color w:val="17365D"/>
                <w:sz w:val="19"/>
              </w:rPr>
              <w:t>Selected disposition</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71A36F9D" w14:textId="77777777" w:rsidR="00466FB2" w:rsidRDefault="00000000">
            <w:pPr>
              <w:spacing w:after="0" w:line="240" w:lineRule="auto"/>
            </w:pPr>
            <w:r>
              <w:rPr>
                <w:i/>
                <w:sz w:val="19"/>
              </w:rPr>
              <w:t>Options: sort / screen; rework; repair; replace; scrap; use as is; concession / deviation required; return to supplier; credit / commercial adjustment; hold pending review; other</w:t>
            </w:r>
          </w:p>
        </w:tc>
      </w:tr>
      <w:tr w:rsidR="00466FB2" w14:paraId="7863F033" w14:textId="77777777">
        <w:trPr>
          <w:cantSplit/>
          <w:trHeight w:val="11"/>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13181109" w14:textId="77777777" w:rsidR="00466FB2" w:rsidRDefault="00000000">
            <w:pPr>
              <w:spacing w:after="0" w:line="240" w:lineRule="auto"/>
            </w:pPr>
            <w:r>
              <w:rPr>
                <w:b/>
                <w:color w:val="17365D"/>
                <w:sz w:val="19"/>
              </w:rPr>
              <w:t>Disposition rationale</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1D524669" w14:textId="77777777" w:rsidR="00466FB2" w:rsidRDefault="00000000">
            <w:pPr>
              <w:spacing w:after="0" w:line="240" w:lineRule="auto"/>
            </w:pPr>
            <w:r>
              <w:rPr>
                <w:i/>
                <w:color w:val="718096"/>
                <w:sz w:val="17"/>
              </w:rPr>
              <w:t>Enter details here.</w:t>
            </w:r>
          </w:p>
        </w:tc>
      </w:tr>
      <w:tr w:rsidR="00466FB2" w14:paraId="054539BD"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2D02CE5D" w14:textId="77777777" w:rsidR="00466FB2" w:rsidRDefault="00000000">
            <w:pPr>
              <w:spacing w:after="0" w:line="240" w:lineRule="auto"/>
            </w:pPr>
            <w:r>
              <w:rPr>
                <w:b/>
                <w:color w:val="17365D"/>
                <w:sz w:val="19"/>
              </w:rPr>
              <w:t>Disposition owner</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5FB386BF" w14:textId="77777777" w:rsidR="00466FB2" w:rsidRDefault="00000000">
            <w:pPr>
              <w:spacing w:after="0" w:line="240" w:lineRule="auto"/>
            </w:pPr>
            <w:r>
              <w:rPr>
                <w:i/>
                <w:color w:val="718096"/>
                <w:sz w:val="17"/>
              </w:rPr>
              <w:t>Enter details here.</w:t>
            </w:r>
          </w:p>
        </w:tc>
      </w:tr>
      <w:tr w:rsidR="00466FB2" w14:paraId="329BB1D1"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4BC4ADCC" w14:textId="77777777" w:rsidR="00466FB2" w:rsidRDefault="00000000">
            <w:pPr>
              <w:spacing w:after="0" w:line="240" w:lineRule="auto"/>
            </w:pPr>
            <w:r>
              <w:rPr>
                <w:b/>
                <w:color w:val="17365D"/>
                <w:sz w:val="19"/>
              </w:rPr>
              <w:t>Required approval</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534C5668" w14:textId="77777777" w:rsidR="00466FB2" w:rsidRDefault="00000000">
            <w:pPr>
              <w:spacing w:after="0" w:line="240" w:lineRule="auto"/>
            </w:pPr>
            <w:r>
              <w:rPr>
                <w:i/>
                <w:sz w:val="19"/>
              </w:rPr>
              <w:t>Options: quality; engineering; production / operations; customer; supplier quality; delegated authority; other</w:t>
            </w:r>
          </w:p>
        </w:tc>
      </w:tr>
      <w:tr w:rsidR="00466FB2" w14:paraId="399A6310"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1A017732" w14:textId="77777777" w:rsidR="00466FB2" w:rsidRDefault="00000000">
            <w:pPr>
              <w:spacing w:after="0" w:line="240" w:lineRule="auto"/>
            </w:pPr>
            <w:r>
              <w:rPr>
                <w:b/>
                <w:color w:val="17365D"/>
                <w:sz w:val="19"/>
              </w:rPr>
              <w:t>Approval name / role</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45466B97" w14:textId="77777777" w:rsidR="00466FB2" w:rsidRDefault="00000000">
            <w:pPr>
              <w:spacing w:after="0" w:line="240" w:lineRule="auto"/>
            </w:pPr>
            <w:r>
              <w:rPr>
                <w:i/>
                <w:color w:val="718096"/>
                <w:sz w:val="17"/>
              </w:rPr>
              <w:t>Enter details here.</w:t>
            </w:r>
          </w:p>
        </w:tc>
      </w:tr>
      <w:tr w:rsidR="00466FB2" w14:paraId="6E3D3592"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72D7232B" w14:textId="77777777" w:rsidR="00466FB2" w:rsidRDefault="00000000">
            <w:pPr>
              <w:spacing w:after="0" w:line="240" w:lineRule="auto"/>
            </w:pPr>
            <w:r>
              <w:rPr>
                <w:b/>
                <w:color w:val="17365D"/>
                <w:sz w:val="19"/>
              </w:rPr>
              <w:t>Approval date</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426D17F7" w14:textId="77777777" w:rsidR="00466FB2" w:rsidRDefault="00000000">
            <w:pPr>
              <w:spacing w:after="0" w:line="240" w:lineRule="auto"/>
            </w:pPr>
            <w:r>
              <w:rPr>
                <w:i/>
                <w:color w:val="718096"/>
                <w:sz w:val="17"/>
              </w:rPr>
              <w:t>Enter details here.</w:t>
            </w:r>
          </w:p>
        </w:tc>
      </w:tr>
      <w:tr w:rsidR="00466FB2" w14:paraId="46009E15"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3D3D0FE2" w14:textId="77777777" w:rsidR="00466FB2" w:rsidRDefault="00000000">
            <w:pPr>
              <w:spacing w:after="0" w:line="240" w:lineRule="auto"/>
            </w:pPr>
            <w:r>
              <w:rPr>
                <w:b/>
                <w:color w:val="17365D"/>
                <w:sz w:val="19"/>
              </w:rPr>
              <w:t>Customer approval required?</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6A973607" w14:textId="77777777" w:rsidR="00466FB2" w:rsidRDefault="00000000">
            <w:pPr>
              <w:spacing w:after="0" w:line="240" w:lineRule="auto"/>
            </w:pPr>
            <w:r>
              <w:rPr>
                <w:i/>
                <w:color w:val="718096"/>
                <w:sz w:val="17"/>
              </w:rPr>
              <w:t>Enter details here.</w:t>
            </w:r>
          </w:p>
        </w:tc>
      </w:tr>
      <w:tr w:rsidR="00466FB2" w14:paraId="3BA1D710"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20BD68EB" w14:textId="77777777" w:rsidR="00466FB2" w:rsidRDefault="00000000">
            <w:pPr>
              <w:spacing w:after="0" w:line="240" w:lineRule="auto"/>
            </w:pPr>
            <w:r>
              <w:rPr>
                <w:b/>
                <w:color w:val="17365D"/>
                <w:sz w:val="19"/>
              </w:rPr>
              <w:lastRenderedPageBreak/>
              <w:t>Customer approval / concession reference</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1D6EB852" w14:textId="77777777" w:rsidR="00466FB2" w:rsidRDefault="00000000">
            <w:pPr>
              <w:spacing w:after="0" w:line="240" w:lineRule="auto"/>
            </w:pPr>
            <w:r>
              <w:rPr>
                <w:i/>
                <w:color w:val="718096"/>
                <w:sz w:val="17"/>
              </w:rPr>
              <w:t>Enter details here.</w:t>
            </w:r>
          </w:p>
        </w:tc>
      </w:tr>
      <w:tr w:rsidR="00466FB2" w14:paraId="35270ACC" w14:textId="77777777">
        <w:trPr>
          <w:cantSplit/>
          <w:trHeight w:val="11"/>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4AC46045" w14:textId="77777777" w:rsidR="00466FB2" w:rsidRDefault="00000000">
            <w:pPr>
              <w:spacing w:after="0" w:line="240" w:lineRule="auto"/>
            </w:pPr>
            <w:r>
              <w:rPr>
                <w:b/>
                <w:color w:val="17365D"/>
                <w:sz w:val="19"/>
              </w:rPr>
              <w:t>Release conditions / notes</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6AAE20A3" w14:textId="77777777" w:rsidR="00466FB2" w:rsidRDefault="00000000">
            <w:pPr>
              <w:spacing w:after="0" w:line="240" w:lineRule="auto"/>
            </w:pPr>
            <w:r>
              <w:rPr>
                <w:i/>
                <w:color w:val="718096"/>
                <w:sz w:val="17"/>
              </w:rPr>
              <w:t>Enter details here.</w:t>
            </w:r>
          </w:p>
        </w:tc>
      </w:tr>
      <w:tr w:rsidR="00466FB2" w14:paraId="022E1F99" w14:textId="77777777">
        <w:trPr>
          <w:cantSplit/>
          <w:trHeight w:val="10"/>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35D5F812" w14:textId="77777777" w:rsidR="00466FB2" w:rsidRDefault="00000000">
            <w:pPr>
              <w:spacing w:after="0" w:line="240" w:lineRule="auto"/>
            </w:pPr>
            <w:r>
              <w:rPr>
                <w:b/>
                <w:color w:val="17365D"/>
                <w:sz w:val="19"/>
              </w:rPr>
              <w:t>Action taken on affected product</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6C9A9AB6" w14:textId="77777777" w:rsidR="00466FB2" w:rsidRDefault="00000000">
            <w:pPr>
              <w:spacing w:after="0" w:line="240" w:lineRule="auto"/>
            </w:pPr>
            <w:r>
              <w:rPr>
                <w:i/>
                <w:color w:val="718096"/>
                <w:sz w:val="17"/>
              </w:rPr>
              <w:t>Enter details here.</w:t>
            </w:r>
          </w:p>
        </w:tc>
      </w:tr>
      <w:tr w:rsidR="00466FB2" w14:paraId="6E91832E"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3E7EDE37" w14:textId="77777777" w:rsidR="00466FB2" w:rsidRDefault="00000000">
            <w:pPr>
              <w:spacing w:after="0" w:line="240" w:lineRule="auto"/>
            </w:pPr>
            <w:r>
              <w:rPr>
                <w:b/>
                <w:color w:val="17365D"/>
                <w:sz w:val="19"/>
              </w:rPr>
              <w:t>Sort / inspection method</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241FAF36" w14:textId="77777777" w:rsidR="00466FB2" w:rsidRDefault="00000000">
            <w:pPr>
              <w:spacing w:after="0" w:line="240" w:lineRule="auto"/>
            </w:pPr>
            <w:r>
              <w:rPr>
                <w:i/>
                <w:color w:val="718096"/>
                <w:sz w:val="17"/>
              </w:rPr>
              <w:t>Enter details here.</w:t>
            </w:r>
          </w:p>
        </w:tc>
      </w:tr>
      <w:tr w:rsidR="00466FB2" w14:paraId="1EE0C650"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5F62705F" w14:textId="77777777" w:rsidR="00466FB2" w:rsidRDefault="00000000">
            <w:pPr>
              <w:spacing w:after="0" w:line="240" w:lineRule="auto"/>
            </w:pPr>
            <w:r>
              <w:rPr>
                <w:b/>
                <w:color w:val="17365D"/>
                <w:sz w:val="19"/>
              </w:rPr>
              <w:t>Rework / repair instruction reference</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5E7DE5AB" w14:textId="77777777" w:rsidR="00466FB2" w:rsidRDefault="00000000">
            <w:pPr>
              <w:spacing w:after="0" w:line="240" w:lineRule="auto"/>
            </w:pPr>
            <w:r>
              <w:rPr>
                <w:i/>
                <w:color w:val="718096"/>
                <w:sz w:val="17"/>
              </w:rPr>
              <w:t>Enter details here.</w:t>
            </w:r>
          </w:p>
        </w:tc>
      </w:tr>
      <w:tr w:rsidR="00466FB2" w14:paraId="1AB11C6B"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3024A1D6" w14:textId="77777777" w:rsidR="00466FB2" w:rsidRDefault="00000000">
            <w:pPr>
              <w:spacing w:after="0" w:line="240" w:lineRule="auto"/>
            </w:pPr>
            <w:r>
              <w:rPr>
                <w:b/>
                <w:color w:val="17365D"/>
                <w:sz w:val="19"/>
              </w:rPr>
              <w:t>Quantity sorted / reworked / repaired</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0861601E" w14:textId="77777777" w:rsidR="00466FB2" w:rsidRDefault="00000000">
            <w:pPr>
              <w:spacing w:after="0" w:line="240" w:lineRule="auto"/>
            </w:pPr>
            <w:r>
              <w:rPr>
                <w:i/>
                <w:color w:val="718096"/>
                <w:sz w:val="17"/>
              </w:rPr>
              <w:t>Enter details here.</w:t>
            </w:r>
          </w:p>
        </w:tc>
      </w:tr>
      <w:tr w:rsidR="00466FB2" w14:paraId="110F92A6"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179BED38" w14:textId="77777777" w:rsidR="00466FB2" w:rsidRDefault="00000000">
            <w:pPr>
              <w:spacing w:after="0" w:line="240" w:lineRule="auto"/>
            </w:pPr>
            <w:r>
              <w:rPr>
                <w:b/>
                <w:color w:val="17365D"/>
                <w:sz w:val="19"/>
              </w:rPr>
              <w:t>Quantity scrapped / returned / replaced / released</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53E84799" w14:textId="77777777" w:rsidR="00466FB2" w:rsidRDefault="00000000">
            <w:pPr>
              <w:spacing w:after="0" w:line="240" w:lineRule="auto"/>
            </w:pPr>
            <w:r>
              <w:rPr>
                <w:i/>
                <w:color w:val="718096"/>
                <w:sz w:val="17"/>
              </w:rPr>
              <w:t>Enter details here.</w:t>
            </w:r>
          </w:p>
        </w:tc>
      </w:tr>
      <w:tr w:rsidR="00466FB2" w14:paraId="1EC86852"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1D79AA85" w14:textId="77777777" w:rsidR="00466FB2" w:rsidRDefault="00000000">
            <w:pPr>
              <w:spacing w:after="0" w:line="240" w:lineRule="auto"/>
            </w:pPr>
            <w:r>
              <w:rPr>
                <w:b/>
                <w:color w:val="17365D"/>
                <w:sz w:val="19"/>
              </w:rPr>
              <w:t>Product correction completion date</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5F8F7D57" w14:textId="77777777" w:rsidR="00466FB2" w:rsidRDefault="00000000">
            <w:pPr>
              <w:spacing w:after="0" w:line="240" w:lineRule="auto"/>
            </w:pPr>
            <w:r>
              <w:rPr>
                <w:i/>
                <w:color w:val="718096"/>
                <w:sz w:val="17"/>
              </w:rPr>
              <w:t>Enter details here.</w:t>
            </w:r>
          </w:p>
        </w:tc>
      </w:tr>
      <w:tr w:rsidR="00466FB2" w14:paraId="10AA5542"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0956D2FB" w14:textId="77777777" w:rsidR="00466FB2" w:rsidRDefault="00000000">
            <w:pPr>
              <w:spacing w:after="0" w:line="240" w:lineRule="auto"/>
            </w:pPr>
            <w:r>
              <w:rPr>
                <w:b/>
                <w:color w:val="17365D"/>
                <w:sz w:val="19"/>
              </w:rPr>
              <w:t>Product correction evidence reference</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62E89BB5" w14:textId="77777777" w:rsidR="00466FB2" w:rsidRDefault="00000000">
            <w:pPr>
              <w:spacing w:after="0" w:line="240" w:lineRule="auto"/>
            </w:pPr>
            <w:r>
              <w:rPr>
                <w:i/>
                <w:color w:val="718096"/>
                <w:sz w:val="17"/>
              </w:rPr>
              <w:t>Enter details here.</w:t>
            </w:r>
          </w:p>
        </w:tc>
      </w:tr>
      <w:tr w:rsidR="00466FB2" w14:paraId="54E058FC" w14:textId="77777777">
        <w:trPr>
          <w:cantSplit/>
          <w:trHeight w:val="9"/>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70" w:type="dxa"/>
              <w:left w:w="100" w:type="dxa"/>
              <w:bottom w:w="70" w:type="dxa"/>
              <w:right w:w="100" w:type="dxa"/>
            </w:tcMar>
          </w:tcPr>
          <w:p w14:paraId="71958B08" w14:textId="77777777" w:rsidR="00466FB2" w:rsidRDefault="00000000">
            <w:pPr>
              <w:spacing w:after="0" w:line="240" w:lineRule="auto"/>
            </w:pPr>
            <w:r>
              <w:rPr>
                <w:b/>
                <w:color w:val="17365D"/>
                <w:sz w:val="19"/>
              </w:rPr>
              <w:t>Product correction notes</w:t>
            </w:r>
          </w:p>
        </w:tc>
        <w:tc>
          <w:tcPr>
            <w:tcW w:w="7128"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1103ABBE" w14:textId="77777777" w:rsidR="00466FB2" w:rsidRDefault="00000000">
            <w:pPr>
              <w:spacing w:after="0" w:line="240" w:lineRule="auto"/>
            </w:pPr>
            <w:r>
              <w:rPr>
                <w:i/>
                <w:color w:val="718096"/>
                <w:sz w:val="17"/>
              </w:rPr>
              <w:t>Enter details here.</w:t>
            </w:r>
          </w:p>
        </w:tc>
      </w:tr>
    </w:tbl>
    <w:p w14:paraId="3DC2A7E5" w14:textId="77777777" w:rsidR="00466FB2" w:rsidRDefault="00000000">
      <w:r>
        <w:br w:type="page"/>
      </w:r>
    </w:p>
    <w:p w14:paraId="6FAFC8B1" w14:textId="77777777" w:rsidR="00466FB2" w:rsidRDefault="00000000">
      <w:pPr>
        <w:pStyle w:val="8DFSectionBar"/>
        <w:keepNext/>
        <w:shd w:val="clear" w:color="auto" w:fill="17365D"/>
        <w:spacing w:before="200" w:after="80" w:line="240" w:lineRule="auto"/>
        <w:ind w:left="120"/>
      </w:pPr>
      <w:r>
        <w:lastRenderedPageBreak/>
        <w:t>8. Root Cause Analysis</w:t>
      </w:r>
    </w:p>
    <w:tbl>
      <w:tblPr>
        <w:tblW w:w="0" w:type="auto"/>
        <w:jc w:val="center"/>
        <w:tblLayout w:type="fixed"/>
        <w:tblLook w:val="04A0" w:firstRow="1" w:lastRow="0" w:firstColumn="1" w:lastColumn="0" w:noHBand="0" w:noVBand="1"/>
      </w:tblPr>
      <w:tblGrid>
        <w:gridCol w:w="3240"/>
        <w:gridCol w:w="7416"/>
      </w:tblGrid>
      <w:tr w:rsidR="00466FB2" w14:paraId="02E9E09F" w14:textId="77777777">
        <w:trPr>
          <w:jc w:val="center"/>
        </w:trPr>
        <w:tc>
          <w:tcPr>
            <w:tcW w:w="10656" w:type="dxa"/>
            <w:gridSpan w:val="2"/>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45B31999" w14:textId="77777777" w:rsidR="00466FB2" w:rsidRDefault="00000000">
            <w:pPr>
              <w:pStyle w:val="GuidanceText"/>
              <w:spacing w:line="240" w:lineRule="auto"/>
            </w:pPr>
            <w:r>
              <w:rPr>
                <w:b/>
                <w:color w:val="2D3748"/>
                <w:sz w:val="18"/>
              </w:rPr>
              <w:t>Guidance:</w:t>
            </w:r>
            <w:r>
              <w:rPr>
                <w:color w:val="2D3748"/>
                <w:sz w:val="18"/>
              </w:rPr>
              <w:t xml:space="preserve"> The response should explain both why the issue occurred and why it was not detected before reaching the next process, customer, or user where applicable. Avoid accepting vague causes such as "operator error" without evidence.</w:t>
            </w:r>
          </w:p>
        </w:tc>
      </w:tr>
      <w:tr w:rsidR="00466FB2" w14:paraId="0EA88C12" w14:textId="77777777">
        <w:trPr>
          <w:cantSplit/>
          <w:trHeight w:val="10"/>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15AE5AA" w14:textId="77777777" w:rsidR="00466FB2" w:rsidRDefault="00000000">
            <w:pPr>
              <w:spacing w:after="0" w:line="240" w:lineRule="auto"/>
            </w:pPr>
            <w:r>
              <w:rPr>
                <w:b/>
                <w:color w:val="17365D"/>
              </w:rPr>
              <w:t>Confirmed problem statement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729838C" w14:textId="77777777" w:rsidR="00466FB2" w:rsidRDefault="00000000">
            <w:pPr>
              <w:spacing w:after="0" w:line="240" w:lineRule="auto"/>
            </w:pPr>
            <w:r>
              <w:rPr>
                <w:i/>
                <w:color w:val="718096"/>
                <w:sz w:val="17"/>
              </w:rPr>
              <w:t>Enter details here.</w:t>
            </w:r>
          </w:p>
        </w:tc>
      </w:tr>
      <w:tr w:rsidR="00466FB2" w14:paraId="5B31EFBB" w14:textId="77777777">
        <w:trPr>
          <w:cantSplit/>
          <w:trHeight w:val="14"/>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3124BE7" w14:textId="77777777" w:rsidR="00466FB2" w:rsidRDefault="00000000">
            <w:pPr>
              <w:spacing w:after="0" w:line="240" w:lineRule="auto"/>
            </w:pPr>
            <w:r>
              <w:rPr>
                <w:b/>
                <w:color w:val="17365D"/>
              </w:rPr>
              <w:t>Occurrence root cause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FF6D40E" w14:textId="77777777" w:rsidR="00466FB2" w:rsidRDefault="00000000">
            <w:pPr>
              <w:spacing w:after="0" w:line="240" w:lineRule="auto"/>
            </w:pPr>
            <w:r>
              <w:rPr>
                <w:i/>
                <w:color w:val="718096"/>
                <w:sz w:val="17"/>
              </w:rPr>
              <w:t>Enter details here.</w:t>
            </w:r>
          </w:p>
        </w:tc>
      </w:tr>
      <w:tr w:rsidR="00466FB2" w14:paraId="0BC922C4" w14:textId="77777777">
        <w:trPr>
          <w:cantSplit/>
          <w:trHeight w:val="10"/>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5C6C030" w14:textId="77777777" w:rsidR="00466FB2" w:rsidRDefault="00000000">
            <w:pPr>
              <w:spacing w:after="0" w:line="240" w:lineRule="auto"/>
            </w:pPr>
            <w:r>
              <w:rPr>
                <w:b/>
                <w:color w:val="17365D"/>
              </w:rPr>
              <w:t>Evidence supporting occurrence root cause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4C7B074" w14:textId="77777777" w:rsidR="00466FB2" w:rsidRDefault="00000000">
            <w:pPr>
              <w:spacing w:after="0" w:line="240" w:lineRule="auto"/>
            </w:pPr>
            <w:r>
              <w:rPr>
                <w:i/>
                <w:color w:val="718096"/>
                <w:sz w:val="17"/>
              </w:rPr>
              <w:t>Enter details here.</w:t>
            </w:r>
          </w:p>
        </w:tc>
      </w:tr>
      <w:tr w:rsidR="00466FB2" w14:paraId="29ADA690" w14:textId="77777777">
        <w:trPr>
          <w:cantSplit/>
          <w:trHeight w:val="14"/>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E477DC3" w14:textId="77777777" w:rsidR="00466FB2" w:rsidRDefault="00000000">
            <w:pPr>
              <w:spacing w:after="0" w:line="240" w:lineRule="auto"/>
            </w:pPr>
            <w:r>
              <w:rPr>
                <w:b/>
                <w:color w:val="17365D"/>
              </w:rPr>
              <w:t>Escape / detection cause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7B08365" w14:textId="77777777" w:rsidR="00466FB2" w:rsidRDefault="00000000">
            <w:pPr>
              <w:spacing w:after="0" w:line="240" w:lineRule="auto"/>
            </w:pPr>
            <w:r>
              <w:rPr>
                <w:i/>
                <w:color w:val="718096"/>
                <w:sz w:val="17"/>
              </w:rPr>
              <w:t>Enter details here.</w:t>
            </w:r>
          </w:p>
        </w:tc>
      </w:tr>
      <w:tr w:rsidR="00466FB2" w14:paraId="00A2F0C3" w14:textId="77777777">
        <w:trPr>
          <w:cantSplit/>
          <w:trHeight w:val="10"/>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5DBB93C" w14:textId="77777777" w:rsidR="00466FB2" w:rsidRDefault="00000000">
            <w:pPr>
              <w:spacing w:after="0" w:line="240" w:lineRule="auto"/>
            </w:pPr>
            <w:r>
              <w:rPr>
                <w:b/>
                <w:color w:val="17365D"/>
              </w:rPr>
              <w:t>Evidence supporting escape / detection cause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95DDAE2" w14:textId="77777777" w:rsidR="00466FB2" w:rsidRDefault="00000000">
            <w:pPr>
              <w:spacing w:after="0" w:line="240" w:lineRule="auto"/>
            </w:pPr>
            <w:r>
              <w:rPr>
                <w:i/>
                <w:color w:val="718096"/>
                <w:sz w:val="17"/>
              </w:rPr>
              <w:t>Enter details here.</w:t>
            </w:r>
          </w:p>
        </w:tc>
      </w:tr>
      <w:tr w:rsidR="00466FB2" w14:paraId="69E3A341"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5FB2875" w14:textId="77777777" w:rsidR="00466FB2" w:rsidRDefault="00000000">
            <w:pPr>
              <w:spacing w:after="0" w:line="240" w:lineRule="auto"/>
            </w:pPr>
            <w:r>
              <w:rPr>
                <w:b/>
                <w:color w:val="17365D"/>
              </w:rPr>
              <w:t>Root cause method used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F4BCC27" w14:textId="77777777" w:rsidR="00466FB2" w:rsidRDefault="00000000">
            <w:pPr>
              <w:spacing w:after="0" w:line="240" w:lineRule="auto"/>
            </w:pPr>
            <w:r>
              <w:rPr>
                <w:i/>
              </w:rPr>
              <w:t>Options: 5 Whys; fishbone; process review; inspection record review; audit review; failure analysis; other</w:t>
            </w:r>
          </w:p>
        </w:tc>
      </w:tr>
      <w:tr w:rsidR="00466FB2" w14:paraId="49576F89"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CFAE031" w14:textId="77777777" w:rsidR="00466FB2" w:rsidRDefault="00000000">
            <w:pPr>
              <w:spacing w:after="0" w:line="240" w:lineRule="auto"/>
            </w:pPr>
            <w:r>
              <w:rPr>
                <w:b/>
                <w:color w:val="17365D"/>
              </w:rPr>
              <w:t>Root cause analysis attachment / reference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F779337" w14:textId="77777777" w:rsidR="00466FB2" w:rsidRDefault="00000000">
            <w:pPr>
              <w:spacing w:after="0" w:line="240" w:lineRule="auto"/>
            </w:pPr>
            <w:r>
              <w:rPr>
                <w:i/>
                <w:color w:val="718096"/>
                <w:sz w:val="17"/>
              </w:rPr>
              <w:t>Enter details here.</w:t>
            </w:r>
          </w:p>
        </w:tc>
      </w:tr>
      <w:tr w:rsidR="00466FB2" w14:paraId="5E3CDC56"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A5EAA58" w14:textId="77777777" w:rsidR="00466FB2" w:rsidRDefault="00000000">
            <w:pPr>
              <w:spacing w:after="0" w:line="240" w:lineRule="auto"/>
            </w:pPr>
            <w:r>
              <w:rPr>
                <w:b/>
                <w:color w:val="17365D"/>
              </w:rPr>
              <w:t>Defect origin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CB9C80F" w14:textId="77777777" w:rsidR="00466FB2" w:rsidRDefault="00000000">
            <w:pPr>
              <w:spacing w:after="0" w:line="240" w:lineRule="auto"/>
            </w:pPr>
            <w:r>
              <w:rPr>
                <w:i/>
              </w:rPr>
              <w:t>Options: internal process; supplier process; supplier sub-tier material; supplier sub-tier component; customer requirement / unclear requirement; unknown - under investigation</w:t>
            </w:r>
          </w:p>
        </w:tc>
      </w:tr>
      <w:tr w:rsidR="00466FB2" w14:paraId="12F9EB3F" w14:textId="77777777">
        <w:trPr>
          <w:cantSplit/>
          <w:trHeight w:val="9"/>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FDDB6DE" w14:textId="77777777" w:rsidR="00466FB2" w:rsidRDefault="00000000">
            <w:pPr>
              <w:spacing w:after="0" w:line="240" w:lineRule="auto"/>
            </w:pPr>
            <w:r>
              <w:rPr>
                <w:b/>
                <w:color w:val="17365D"/>
              </w:rPr>
              <w:t>Contributing factors</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7BD4481" w14:textId="77777777" w:rsidR="00466FB2" w:rsidRDefault="00000000">
            <w:pPr>
              <w:spacing w:after="0" w:line="240" w:lineRule="auto"/>
            </w:pPr>
            <w:r>
              <w:rPr>
                <w:i/>
                <w:color w:val="718096"/>
                <w:sz w:val="17"/>
              </w:rPr>
              <w:t>Enter details here.</w:t>
            </w:r>
          </w:p>
        </w:tc>
      </w:tr>
      <w:tr w:rsidR="00466FB2" w14:paraId="3083003B" w14:textId="77777777">
        <w:trPr>
          <w:cantSplit/>
          <w:trHeight w:val="9"/>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8C29652" w14:textId="77777777" w:rsidR="00466FB2" w:rsidRDefault="00000000">
            <w:pPr>
              <w:spacing w:after="0" w:line="240" w:lineRule="auto"/>
            </w:pPr>
            <w:r>
              <w:rPr>
                <w:b/>
                <w:color w:val="17365D"/>
              </w:rPr>
              <w:t>What changed?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C0D97BC" w14:textId="77777777" w:rsidR="00466FB2" w:rsidRDefault="00000000">
            <w:pPr>
              <w:spacing w:after="0" w:line="240" w:lineRule="auto"/>
            </w:pPr>
            <w:r>
              <w:rPr>
                <w:i/>
              </w:rPr>
              <w:t>Examples: process; operator; material; tooling; inspection method; environment such as temperature or humidity; packaging; documentation; supplier sub-tier; no known change</w:t>
            </w:r>
          </w:p>
        </w:tc>
      </w:tr>
      <w:tr w:rsidR="00466FB2" w14:paraId="71BAD136" w14:textId="77777777">
        <w:trPr>
          <w:cantSplit/>
          <w:trHeight w:val="10"/>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CACB7DE" w14:textId="77777777" w:rsidR="00466FB2" w:rsidRDefault="00000000">
            <w:pPr>
              <w:spacing w:after="0" w:line="240" w:lineRule="auto"/>
            </w:pPr>
            <w:r>
              <w:rPr>
                <w:b/>
                <w:color w:val="17365D"/>
              </w:rPr>
              <w:t>Extent of condition / related products, machines, suppliers, or processes reviewed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91690B8" w14:textId="77777777" w:rsidR="00466FB2" w:rsidRDefault="00000000">
            <w:pPr>
              <w:spacing w:after="0" w:line="240" w:lineRule="auto"/>
            </w:pPr>
            <w:r>
              <w:rPr>
                <w:i/>
                <w:color w:val="718096"/>
                <w:sz w:val="17"/>
              </w:rPr>
              <w:t>Enter details here.</w:t>
            </w:r>
          </w:p>
        </w:tc>
      </w:tr>
      <w:tr w:rsidR="00466FB2" w14:paraId="206FC457"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6F8F3E3" w14:textId="77777777" w:rsidR="00466FB2" w:rsidRDefault="00000000">
            <w:pPr>
              <w:spacing w:after="0" w:line="240" w:lineRule="auto"/>
            </w:pPr>
            <w:r>
              <w:rPr>
                <w:b/>
                <w:color w:val="17365D"/>
              </w:rPr>
              <w:t>Root cause owner</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7B11B44" w14:textId="77777777" w:rsidR="00466FB2" w:rsidRDefault="00000000">
            <w:pPr>
              <w:spacing w:after="0" w:line="240" w:lineRule="auto"/>
            </w:pPr>
            <w:r>
              <w:rPr>
                <w:i/>
                <w:color w:val="718096"/>
                <w:sz w:val="17"/>
              </w:rPr>
              <w:t>Enter details here.</w:t>
            </w:r>
          </w:p>
        </w:tc>
      </w:tr>
      <w:tr w:rsidR="00466FB2" w14:paraId="06856A16"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ACBFFC4" w14:textId="77777777" w:rsidR="00466FB2" w:rsidRDefault="00000000">
            <w:pPr>
              <w:spacing w:after="0" w:line="240" w:lineRule="auto"/>
            </w:pPr>
            <w:r>
              <w:rPr>
                <w:b/>
                <w:color w:val="17365D"/>
              </w:rPr>
              <w:t>Root cause response 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F1FEAF3" w14:textId="77777777" w:rsidR="00466FB2" w:rsidRDefault="00000000">
            <w:pPr>
              <w:spacing w:after="0" w:line="240" w:lineRule="auto"/>
            </w:pPr>
            <w:r>
              <w:rPr>
                <w:i/>
                <w:color w:val="718096"/>
                <w:sz w:val="17"/>
              </w:rPr>
              <w:t>Enter details here.</w:t>
            </w:r>
          </w:p>
        </w:tc>
      </w:tr>
    </w:tbl>
    <w:p w14:paraId="47438092" w14:textId="77777777" w:rsidR="00466FB2" w:rsidRDefault="00466FB2">
      <w:pPr>
        <w:sectPr w:rsidR="00466FB2">
          <w:headerReference w:type="even" r:id="rId9"/>
          <w:headerReference w:type="default" r:id="rId10"/>
          <w:footerReference w:type="even" r:id="rId11"/>
          <w:footerReference w:type="default" r:id="rId12"/>
          <w:headerReference w:type="first" r:id="rId13"/>
          <w:footerReference w:type="first" r:id="rId14"/>
          <w:pgSz w:w="12240" w:h="15840"/>
          <w:pgMar w:top="792" w:right="792" w:bottom="792" w:left="792" w:header="432" w:footer="432" w:gutter="0"/>
          <w:cols w:space="720"/>
          <w:docGrid w:linePitch="360"/>
        </w:sectPr>
      </w:pPr>
    </w:p>
    <w:p w14:paraId="03A82BD2" w14:textId="6C6167A2" w:rsidR="00466FB2" w:rsidRDefault="00000000">
      <w:pPr>
        <w:pStyle w:val="8DFSectionBar"/>
        <w:keepNext/>
        <w:shd w:val="clear" w:color="auto" w:fill="17365D"/>
        <w:spacing w:before="200" w:after="80" w:line="240" w:lineRule="auto"/>
        <w:ind w:left="120"/>
      </w:pPr>
      <w:r>
        <w:lastRenderedPageBreak/>
        <w:t>9. Corrective Action Plan</w:t>
      </w:r>
      <w:r w:rsidR="006E6D10">
        <w:t xml:space="preserve"> </w:t>
      </w:r>
      <w:r w:rsidR="006E6D10" w:rsidRPr="006E6D10">
        <w:rPr>
          <w:color w:val="002060"/>
        </w:rPr>
        <w:t>© 8Dflow.com - For internal adaptation only.</w:t>
      </w:r>
    </w:p>
    <w:tbl>
      <w:tblPr>
        <w:tblW w:w="5000" w:type="pct"/>
        <w:jc w:val="center"/>
        <w:tblLook w:val="04A0" w:firstRow="1" w:lastRow="0" w:firstColumn="1" w:lastColumn="0" w:noHBand="0" w:noVBand="1"/>
      </w:tblPr>
      <w:tblGrid>
        <w:gridCol w:w="832"/>
        <w:gridCol w:w="2610"/>
        <w:gridCol w:w="1223"/>
        <w:gridCol w:w="1063"/>
        <w:gridCol w:w="806"/>
        <w:gridCol w:w="1127"/>
        <w:gridCol w:w="1837"/>
        <w:gridCol w:w="1579"/>
        <w:gridCol w:w="4095"/>
      </w:tblGrid>
      <w:tr w:rsidR="00466FB2" w14:paraId="25F8C083" w14:textId="77777777" w:rsidTr="00DC0E67">
        <w:trPr>
          <w:jc w:val="center"/>
        </w:trPr>
        <w:tc>
          <w:tcPr>
            <w:tcW w:w="5000" w:type="pct"/>
            <w:gridSpan w:val="9"/>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65A5D567" w14:textId="77777777" w:rsidR="00466FB2" w:rsidRDefault="00000000">
            <w:pPr>
              <w:pStyle w:val="GuidanceText"/>
              <w:spacing w:line="240" w:lineRule="auto"/>
            </w:pPr>
            <w:r>
              <w:rPr>
                <w:b/>
                <w:color w:val="2D3748"/>
                <w:sz w:val="18"/>
              </w:rPr>
              <w:t>Guidance:</w:t>
            </w:r>
            <w:r>
              <w:rPr>
                <w:color w:val="2D3748"/>
                <w:sz w:val="18"/>
              </w:rPr>
              <w:t xml:space="preserve"> Corrective actions should address the cause, not just the affected product or batch. For each action, define the expected result, evidence required, owner, due date, and any implementation risk or resource constraint. Action-level status is separate from overall CAR closure. Training-only actions should explain what changed in the process, check, work instruction, fixture, inspection method, or control.</w:t>
            </w:r>
          </w:p>
        </w:tc>
      </w:tr>
      <w:tr w:rsidR="00466FB2" w14:paraId="3417A8C2" w14:textId="77777777" w:rsidTr="00DC0E67">
        <w:trPr>
          <w:trHeight w:val="6"/>
          <w:tblHeader/>
          <w:jc w:val="center"/>
        </w:trPr>
        <w:tc>
          <w:tcPr>
            <w:tcW w:w="234" w:type="pct"/>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52FE313D" w14:textId="77777777" w:rsidR="00466FB2" w:rsidRDefault="00000000">
            <w:pPr>
              <w:spacing w:after="0" w:line="240" w:lineRule="auto"/>
              <w:jc w:val="center"/>
            </w:pPr>
            <w:r>
              <w:rPr>
                <w:b/>
                <w:color w:val="FFFFFF"/>
                <w:sz w:val="19"/>
              </w:rPr>
              <w:t>Action ID</w:t>
            </w:r>
          </w:p>
        </w:tc>
        <w:tc>
          <w:tcPr>
            <w:tcW w:w="872" w:type="pct"/>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7CB3CE38" w14:textId="77777777" w:rsidR="00466FB2" w:rsidRDefault="00000000">
            <w:pPr>
              <w:spacing w:after="0" w:line="240" w:lineRule="auto"/>
              <w:jc w:val="center"/>
            </w:pPr>
            <w:r>
              <w:rPr>
                <w:b/>
                <w:color w:val="FFFFFF"/>
                <w:sz w:val="19"/>
              </w:rPr>
              <w:t>Corrective action</w:t>
            </w:r>
          </w:p>
        </w:tc>
        <w:tc>
          <w:tcPr>
            <w:tcW w:w="362" w:type="pct"/>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18FB2B1D" w14:textId="77777777" w:rsidR="00466FB2" w:rsidRDefault="00000000">
            <w:pPr>
              <w:spacing w:after="0" w:line="240" w:lineRule="auto"/>
              <w:jc w:val="center"/>
            </w:pPr>
            <w:r>
              <w:rPr>
                <w:b/>
                <w:color w:val="FFFFFF"/>
                <w:sz w:val="19"/>
              </w:rPr>
              <w:t>Cause addressed</w:t>
            </w:r>
          </w:p>
        </w:tc>
        <w:tc>
          <w:tcPr>
            <w:tcW w:w="362" w:type="pct"/>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76B1B93F" w14:textId="77777777" w:rsidR="00466FB2" w:rsidRDefault="00000000">
            <w:pPr>
              <w:spacing w:after="0" w:line="240" w:lineRule="auto"/>
              <w:jc w:val="center"/>
            </w:pPr>
            <w:r>
              <w:rPr>
                <w:b/>
                <w:color w:val="FFFFFF"/>
                <w:sz w:val="19"/>
              </w:rPr>
              <w:t>Owner</w:t>
            </w:r>
          </w:p>
        </w:tc>
        <w:tc>
          <w:tcPr>
            <w:tcW w:w="277" w:type="pct"/>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1B1C8B31" w14:textId="77777777" w:rsidR="00466FB2" w:rsidRDefault="00000000">
            <w:pPr>
              <w:spacing w:after="0" w:line="240" w:lineRule="auto"/>
              <w:jc w:val="center"/>
            </w:pPr>
            <w:r>
              <w:rPr>
                <w:b/>
                <w:color w:val="FFFFFF"/>
                <w:sz w:val="19"/>
              </w:rPr>
              <w:t>Due date</w:t>
            </w:r>
          </w:p>
        </w:tc>
        <w:tc>
          <w:tcPr>
            <w:tcW w:w="383" w:type="pct"/>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3114A075" w14:textId="77777777" w:rsidR="00466FB2" w:rsidRDefault="00000000">
            <w:pPr>
              <w:spacing w:after="0" w:line="240" w:lineRule="auto"/>
              <w:jc w:val="center"/>
            </w:pPr>
            <w:r>
              <w:rPr>
                <w:b/>
                <w:color w:val="FFFFFF"/>
                <w:sz w:val="19"/>
              </w:rPr>
              <w:t>Status</w:t>
            </w:r>
          </w:p>
        </w:tc>
        <w:tc>
          <w:tcPr>
            <w:tcW w:w="617" w:type="pct"/>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7F5C712E" w14:textId="77777777" w:rsidR="00466FB2" w:rsidRDefault="00000000">
            <w:pPr>
              <w:spacing w:after="0" w:line="240" w:lineRule="auto"/>
              <w:jc w:val="center"/>
            </w:pPr>
            <w:r>
              <w:rPr>
                <w:b/>
                <w:color w:val="FFFFFF"/>
                <w:sz w:val="19"/>
              </w:rPr>
              <w:t>Expected result / acceptance criteria</w:t>
            </w:r>
          </w:p>
        </w:tc>
        <w:tc>
          <w:tcPr>
            <w:tcW w:w="532" w:type="pct"/>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186EF942" w14:textId="77777777" w:rsidR="00466FB2" w:rsidRDefault="00000000">
            <w:pPr>
              <w:spacing w:after="0" w:line="240" w:lineRule="auto"/>
              <w:jc w:val="center"/>
            </w:pPr>
            <w:r>
              <w:rPr>
                <w:b/>
                <w:color w:val="FFFFFF"/>
                <w:sz w:val="19"/>
              </w:rPr>
              <w:t>Evidence / completion reference</w:t>
            </w:r>
          </w:p>
        </w:tc>
        <w:tc>
          <w:tcPr>
            <w:tcW w:w="1362" w:type="pct"/>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745D2314" w14:textId="77777777" w:rsidR="00466FB2" w:rsidRDefault="00000000">
            <w:pPr>
              <w:spacing w:after="0" w:line="240" w:lineRule="auto"/>
              <w:jc w:val="center"/>
            </w:pPr>
            <w:r>
              <w:rPr>
                <w:b/>
                <w:color w:val="FFFFFF"/>
                <w:sz w:val="19"/>
              </w:rPr>
              <w:t>Implementation risk / notes</w:t>
            </w:r>
          </w:p>
        </w:tc>
      </w:tr>
      <w:tr w:rsidR="00466FB2" w14:paraId="4462D3D2" w14:textId="77777777" w:rsidTr="00DC0E67">
        <w:trPr>
          <w:cantSplit/>
          <w:trHeight w:val="13"/>
          <w:jc w:val="center"/>
        </w:trPr>
        <w:tc>
          <w:tcPr>
            <w:tcW w:w="234"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AB1E2F0" w14:textId="77777777" w:rsidR="00466FB2" w:rsidRDefault="00000000">
            <w:pPr>
              <w:spacing w:after="0" w:line="240" w:lineRule="auto"/>
            </w:pPr>
            <w:r>
              <w:rPr>
                <w:sz w:val="19"/>
              </w:rPr>
              <w:t>CA-1</w:t>
            </w:r>
          </w:p>
        </w:tc>
        <w:tc>
          <w:tcPr>
            <w:tcW w:w="87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55BB719" w14:textId="77777777" w:rsidR="00466FB2" w:rsidRDefault="00000000">
            <w:pPr>
              <w:spacing w:after="0" w:line="240" w:lineRule="auto"/>
            </w:pPr>
            <w:r>
              <w:rPr>
                <w:sz w:val="19"/>
              </w:rPr>
              <w:t>Enter corrective action here.</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A8C36D7" w14:textId="77777777" w:rsidR="00466FB2" w:rsidRDefault="00000000">
            <w:pPr>
              <w:spacing w:after="0" w:line="240" w:lineRule="auto"/>
            </w:pPr>
            <w:r>
              <w:rPr>
                <w:sz w:val="19"/>
              </w:rPr>
              <w:t>Occurrence / Escape / Both</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0209A24" w14:textId="77777777" w:rsidR="00466FB2" w:rsidRDefault="00000000">
            <w:pPr>
              <w:spacing w:after="0" w:line="240" w:lineRule="auto"/>
            </w:pPr>
            <w:r>
              <w:rPr>
                <w:sz w:val="19"/>
              </w:rPr>
              <w:t xml:space="preserve"> </w:t>
            </w:r>
          </w:p>
        </w:tc>
        <w:tc>
          <w:tcPr>
            <w:tcW w:w="27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DC62E38" w14:textId="77777777" w:rsidR="00466FB2" w:rsidRDefault="00000000">
            <w:pPr>
              <w:spacing w:after="0" w:line="240" w:lineRule="auto"/>
            </w:pPr>
            <w:r>
              <w:rPr>
                <w:sz w:val="19"/>
              </w:rPr>
              <w:t xml:space="preserve"> </w:t>
            </w:r>
          </w:p>
        </w:tc>
        <w:tc>
          <w:tcPr>
            <w:tcW w:w="383"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6E7FDB2" w14:textId="77777777" w:rsidR="00466FB2" w:rsidRDefault="00000000">
            <w:pPr>
              <w:spacing w:after="0" w:line="240" w:lineRule="auto"/>
            </w:pPr>
            <w:r>
              <w:rPr>
                <w:sz w:val="19"/>
              </w:rPr>
              <w:t>Open / In progress / Evidence received / Verified / Closed / Overdue</w:t>
            </w:r>
          </w:p>
        </w:tc>
        <w:tc>
          <w:tcPr>
            <w:tcW w:w="61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CFC9052" w14:textId="77777777" w:rsidR="00466FB2" w:rsidRDefault="00000000">
            <w:pPr>
              <w:spacing w:after="0" w:line="240" w:lineRule="auto"/>
            </w:pPr>
            <w:r>
              <w:rPr>
                <w:sz w:val="19"/>
              </w:rPr>
              <w:t>Describe the desired outcome or measurable pass condition.</w:t>
            </w:r>
          </w:p>
        </w:tc>
        <w:tc>
          <w:tcPr>
            <w:tcW w:w="53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03980F7" w14:textId="77777777" w:rsidR="00466FB2" w:rsidRDefault="00000000">
            <w:pPr>
              <w:spacing w:after="0" w:line="240" w:lineRule="auto"/>
            </w:pPr>
            <w:r>
              <w:rPr>
                <w:sz w:val="19"/>
              </w:rPr>
              <w:t xml:space="preserve"> </w:t>
            </w:r>
          </w:p>
        </w:tc>
        <w:tc>
          <w:tcPr>
            <w:tcW w:w="1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9156223" w14:textId="77777777" w:rsidR="00466FB2" w:rsidRDefault="00000000">
            <w:pPr>
              <w:spacing w:after="0" w:line="240" w:lineRule="auto"/>
            </w:pPr>
            <w:r>
              <w:rPr>
                <w:sz w:val="19"/>
              </w:rPr>
              <w:t xml:space="preserve"> </w:t>
            </w:r>
          </w:p>
        </w:tc>
      </w:tr>
      <w:tr w:rsidR="00466FB2" w14:paraId="3FD57C48" w14:textId="77777777" w:rsidTr="00DC0E67">
        <w:trPr>
          <w:cantSplit/>
          <w:trHeight w:val="13"/>
          <w:jc w:val="center"/>
        </w:trPr>
        <w:tc>
          <w:tcPr>
            <w:tcW w:w="234"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E6509EA" w14:textId="77777777" w:rsidR="00466FB2" w:rsidRDefault="00000000">
            <w:pPr>
              <w:spacing w:after="0" w:line="240" w:lineRule="auto"/>
            </w:pPr>
            <w:r>
              <w:rPr>
                <w:sz w:val="19"/>
              </w:rPr>
              <w:t>CA-2</w:t>
            </w:r>
          </w:p>
        </w:tc>
        <w:tc>
          <w:tcPr>
            <w:tcW w:w="87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53A1BB1" w14:textId="77777777" w:rsidR="00466FB2" w:rsidRDefault="00000000">
            <w:pPr>
              <w:spacing w:after="0" w:line="240" w:lineRule="auto"/>
            </w:pPr>
            <w:r>
              <w:rPr>
                <w:sz w:val="19"/>
              </w:rPr>
              <w:t xml:space="preserve"> </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1452C4B" w14:textId="77777777" w:rsidR="00466FB2" w:rsidRDefault="00000000">
            <w:pPr>
              <w:spacing w:after="0" w:line="240" w:lineRule="auto"/>
            </w:pPr>
            <w:r>
              <w:rPr>
                <w:sz w:val="19"/>
              </w:rPr>
              <w:t xml:space="preserve"> </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5C10EAB" w14:textId="77777777" w:rsidR="00466FB2" w:rsidRDefault="00000000">
            <w:pPr>
              <w:spacing w:after="0" w:line="240" w:lineRule="auto"/>
            </w:pPr>
            <w:r>
              <w:rPr>
                <w:sz w:val="19"/>
              </w:rPr>
              <w:t xml:space="preserve"> </w:t>
            </w:r>
          </w:p>
        </w:tc>
        <w:tc>
          <w:tcPr>
            <w:tcW w:w="27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A5C6C4C" w14:textId="77777777" w:rsidR="00466FB2" w:rsidRDefault="00000000">
            <w:pPr>
              <w:spacing w:after="0" w:line="240" w:lineRule="auto"/>
            </w:pPr>
            <w:r>
              <w:rPr>
                <w:sz w:val="19"/>
              </w:rPr>
              <w:t xml:space="preserve"> </w:t>
            </w:r>
          </w:p>
        </w:tc>
        <w:tc>
          <w:tcPr>
            <w:tcW w:w="383"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6B35F99" w14:textId="77777777" w:rsidR="00466FB2" w:rsidRDefault="00000000">
            <w:pPr>
              <w:spacing w:after="0" w:line="240" w:lineRule="auto"/>
            </w:pPr>
            <w:r>
              <w:rPr>
                <w:sz w:val="19"/>
              </w:rPr>
              <w:t xml:space="preserve"> </w:t>
            </w:r>
          </w:p>
        </w:tc>
        <w:tc>
          <w:tcPr>
            <w:tcW w:w="61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A674F12" w14:textId="77777777" w:rsidR="00466FB2" w:rsidRDefault="00000000">
            <w:pPr>
              <w:spacing w:after="0" w:line="240" w:lineRule="auto"/>
            </w:pPr>
            <w:r>
              <w:rPr>
                <w:sz w:val="19"/>
              </w:rPr>
              <w:t xml:space="preserve"> </w:t>
            </w:r>
          </w:p>
        </w:tc>
        <w:tc>
          <w:tcPr>
            <w:tcW w:w="53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8511AE4" w14:textId="77777777" w:rsidR="00466FB2" w:rsidRDefault="00000000">
            <w:pPr>
              <w:spacing w:after="0" w:line="240" w:lineRule="auto"/>
            </w:pPr>
            <w:r>
              <w:rPr>
                <w:sz w:val="19"/>
              </w:rPr>
              <w:t xml:space="preserve"> </w:t>
            </w:r>
          </w:p>
        </w:tc>
        <w:tc>
          <w:tcPr>
            <w:tcW w:w="1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A815CE5" w14:textId="77777777" w:rsidR="00466FB2" w:rsidRDefault="00000000">
            <w:pPr>
              <w:spacing w:after="0" w:line="240" w:lineRule="auto"/>
            </w:pPr>
            <w:r>
              <w:rPr>
                <w:sz w:val="19"/>
              </w:rPr>
              <w:t xml:space="preserve"> </w:t>
            </w:r>
          </w:p>
        </w:tc>
      </w:tr>
      <w:tr w:rsidR="00466FB2" w14:paraId="03BFB5EE" w14:textId="77777777" w:rsidTr="00DC0E67">
        <w:trPr>
          <w:cantSplit/>
          <w:trHeight w:val="13"/>
          <w:jc w:val="center"/>
        </w:trPr>
        <w:tc>
          <w:tcPr>
            <w:tcW w:w="234"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C0DADBE" w14:textId="77777777" w:rsidR="00466FB2" w:rsidRDefault="00000000">
            <w:pPr>
              <w:spacing w:after="0" w:line="240" w:lineRule="auto"/>
            </w:pPr>
            <w:r>
              <w:rPr>
                <w:sz w:val="19"/>
              </w:rPr>
              <w:t>CA-3</w:t>
            </w:r>
          </w:p>
        </w:tc>
        <w:tc>
          <w:tcPr>
            <w:tcW w:w="87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3CF5F30" w14:textId="77777777" w:rsidR="00466FB2" w:rsidRDefault="00000000">
            <w:pPr>
              <w:spacing w:after="0" w:line="240" w:lineRule="auto"/>
            </w:pPr>
            <w:r>
              <w:rPr>
                <w:sz w:val="19"/>
              </w:rPr>
              <w:t xml:space="preserve"> </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583965F" w14:textId="77777777" w:rsidR="00466FB2" w:rsidRDefault="00000000">
            <w:pPr>
              <w:spacing w:after="0" w:line="240" w:lineRule="auto"/>
            </w:pPr>
            <w:r>
              <w:rPr>
                <w:sz w:val="19"/>
              </w:rPr>
              <w:t xml:space="preserve"> </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42C7D80" w14:textId="77777777" w:rsidR="00466FB2" w:rsidRDefault="00000000">
            <w:pPr>
              <w:spacing w:after="0" w:line="240" w:lineRule="auto"/>
            </w:pPr>
            <w:r>
              <w:rPr>
                <w:sz w:val="19"/>
              </w:rPr>
              <w:t xml:space="preserve"> </w:t>
            </w:r>
          </w:p>
        </w:tc>
        <w:tc>
          <w:tcPr>
            <w:tcW w:w="27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9D759D1" w14:textId="77777777" w:rsidR="00466FB2" w:rsidRDefault="00000000">
            <w:pPr>
              <w:spacing w:after="0" w:line="240" w:lineRule="auto"/>
            </w:pPr>
            <w:r>
              <w:rPr>
                <w:sz w:val="19"/>
              </w:rPr>
              <w:t xml:space="preserve"> </w:t>
            </w:r>
          </w:p>
        </w:tc>
        <w:tc>
          <w:tcPr>
            <w:tcW w:w="383"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59D50E3" w14:textId="77777777" w:rsidR="00466FB2" w:rsidRDefault="00000000">
            <w:pPr>
              <w:spacing w:after="0" w:line="240" w:lineRule="auto"/>
            </w:pPr>
            <w:r>
              <w:rPr>
                <w:sz w:val="19"/>
              </w:rPr>
              <w:t xml:space="preserve"> </w:t>
            </w:r>
          </w:p>
        </w:tc>
        <w:tc>
          <w:tcPr>
            <w:tcW w:w="61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F34E384" w14:textId="77777777" w:rsidR="00466FB2" w:rsidRDefault="00000000">
            <w:pPr>
              <w:spacing w:after="0" w:line="240" w:lineRule="auto"/>
            </w:pPr>
            <w:r>
              <w:rPr>
                <w:sz w:val="19"/>
              </w:rPr>
              <w:t xml:space="preserve"> </w:t>
            </w:r>
          </w:p>
        </w:tc>
        <w:tc>
          <w:tcPr>
            <w:tcW w:w="53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B090AA1" w14:textId="77777777" w:rsidR="00466FB2" w:rsidRDefault="00000000">
            <w:pPr>
              <w:spacing w:after="0" w:line="240" w:lineRule="auto"/>
            </w:pPr>
            <w:r>
              <w:rPr>
                <w:sz w:val="19"/>
              </w:rPr>
              <w:t xml:space="preserve"> </w:t>
            </w:r>
          </w:p>
        </w:tc>
        <w:tc>
          <w:tcPr>
            <w:tcW w:w="1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4E9ADDD" w14:textId="77777777" w:rsidR="00466FB2" w:rsidRDefault="00000000">
            <w:pPr>
              <w:spacing w:after="0" w:line="240" w:lineRule="auto"/>
            </w:pPr>
            <w:r>
              <w:rPr>
                <w:sz w:val="19"/>
              </w:rPr>
              <w:t xml:space="preserve"> </w:t>
            </w:r>
          </w:p>
        </w:tc>
      </w:tr>
      <w:tr w:rsidR="00466FB2" w14:paraId="15EE1B65" w14:textId="77777777" w:rsidTr="00DC0E67">
        <w:trPr>
          <w:cantSplit/>
          <w:trHeight w:val="13"/>
          <w:jc w:val="center"/>
        </w:trPr>
        <w:tc>
          <w:tcPr>
            <w:tcW w:w="234"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CB3193D" w14:textId="77777777" w:rsidR="00466FB2" w:rsidRDefault="00000000">
            <w:pPr>
              <w:spacing w:after="0" w:line="240" w:lineRule="auto"/>
            </w:pPr>
            <w:r>
              <w:rPr>
                <w:sz w:val="19"/>
              </w:rPr>
              <w:t>CA-4</w:t>
            </w:r>
          </w:p>
        </w:tc>
        <w:tc>
          <w:tcPr>
            <w:tcW w:w="87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DDC38B1" w14:textId="77777777" w:rsidR="00466FB2" w:rsidRDefault="00000000">
            <w:pPr>
              <w:spacing w:after="0" w:line="240" w:lineRule="auto"/>
            </w:pPr>
            <w:r>
              <w:rPr>
                <w:sz w:val="19"/>
              </w:rPr>
              <w:t xml:space="preserve"> </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47797C5" w14:textId="77777777" w:rsidR="00466FB2" w:rsidRDefault="00000000">
            <w:pPr>
              <w:spacing w:after="0" w:line="240" w:lineRule="auto"/>
            </w:pPr>
            <w:r>
              <w:rPr>
                <w:sz w:val="19"/>
              </w:rPr>
              <w:t xml:space="preserve"> </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B06469F" w14:textId="77777777" w:rsidR="00466FB2" w:rsidRDefault="00000000">
            <w:pPr>
              <w:spacing w:after="0" w:line="240" w:lineRule="auto"/>
            </w:pPr>
            <w:r>
              <w:rPr>
                <w:sz w:val="19"/>
              </w:rPr>
              <w:t xml:space="preserve"> </w:t>
            </w:r>
          </w:p>
        </w:tc>
        <w:tc>
          <w:tcPr>
            <w:tcW w:w="27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AD00486" w14:textId="77777777" w:rsidR="00466FB2" w:rsidRDefault="00000000">
            <w:pPr>
              <w:spacing w:after="0" w:line="240" w:lineRule="auto"/>
            </w:pPr>
            <w:r>
              <w:rPr>
                <w:sz w:val="19"/>
              </w:rPr>
              <w:t xml:space="preserve"> </w:t>
            </w:r>
          </w:p>
        </w:tc>
        <w:tc>
          <w:tcPr>
            <w:tcW w:w="383"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94A5C74" w14:textId="77777777" w:rsidR="00466FB2" w:rsidRDefault="00000000">
            <w:pPr>
              <w:spacing w:after="0" w:line="240" w:lineRule="auto"/>
            </w:pPr>
            <w:r>
              <w:rPr>
                <w:sz w:val="19"/>
              </w:rPr>
              <w:t xml:space="preserve"> </w:t>
            </w:r>
          </w:p>
        </w:tc>
        <w:tc>
          <w:tcPr>
            <w:tcW w:w="61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4C98478" w14:textId="77777777" w:rsidR="00466FB2" w:rsidRDefault="00000000">
            <w:pPr>
              <w:spacing w:after="0" w:line="240" w:lineRule="auto"/>
            </w:pPr>
            <w:r>
              <w:rPr>
                <w:sz w:val="19"/>
              </w:rPr>
              <w:t xml:space="preserve"> </w:t>
            </w:r>
          </w:p>
        </w:tc>
        <w:tc>
          <w:tcPr>
            <w:tcW w:w="53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1EB9728" w14:textId="77777777" w:rsidR="00466FB2" w:rsidRDefault="00000000">
            <w:pPr>
              <w:spacing w:after="0" w:line="240" w:lineRule="auto"/>
            </w:pPr>
            <w:r>
              <w:rPr>
                <w:sz w:val="19"/>
              </w:rPr>
              <w:t xml:space="preserve"> </w:t>
            </w:r>
          </w:p>
        </w:tc>
        <w:tc>
          <w:tcPr>
            <w:tcW w:w="1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612AFC7" w14:textId="77777777" w:rsidR="00466FB2" w:rsidRDefault="00000000">
            <w:pPr>
              <w:spacing w:after="0" w:line="240" w:lineRule="auto"/>
            </w:pPr>
            <w:r>
              <w:rPr>
                <w:sz w:val="19"/>
              </w:rPr>
              <w:t xml:space="preserve"> </w:t>
            </w:r>
          </w:p>
        </w:tc>
      </w:tr>
      <w:tr w:rsidR="00466FB2" w14:paraId="2F1207BF" w14:textId="77777777" w:rsidTr="00DC0E67">
        <w:trPr>
          <w:cantSplit/>
          <w:trHeight w:val="13"/>
          <w:jc w:val="center"/>
        </w:trPr>
        <w:tc>
          <w:tcPr>
            <w:tcW w:w="234"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A9DAAB6" w14:textId="77777777" w:rsidR="00466FB2" w:rsidRDefault="00000000">
            <w:pPr>
              <w:spacing w:after="0" w:line="240" w:lineRule="auto"/>
            </w:pPr>
            <w:r>
              <w:rPr>
                <w:sz w:val="19"/>
              </w:rPr>
              <w:t>CA-5</w:t>
            </w:r>
          </w:p>
        </w:tc>
        <w:tc>
          <w:tcPr>
            <w:tcW w:w="87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DAAEAB9" w14:textId="77777777" w:rsidR="00466FB2" w:rsidRDefault="00000000">
            <w:pPr>
              <w:spacing w:after="0" w:line="240" w:lineRule="auto"/>
            </w:pPr>
            <w:r>
              <w:rPr>
                <w:sz w:val="19"/>
              </w:rPr>
              <w:t xml:space="preserve"> </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0FB968B" w14:textId="77777777" w:rsidR="00466FB2" w:rsidRDefault="00000000">
            <w:pPr>
              <w:spacing w:after="0" w:line="240" w:lineRule="auto"/>
            </w:pPr>
            <w:r>
              <w:rPr>
                <w:sz w:val="19"/>
              </w:rPr>
              <w:t xml:space="preserve"> </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ECB3C72" w14:textId="77777777" w:rsidR="00466FB2" w:rsidRDefault="00000000">
            <w:pPr>
              <w:spacing w:after="0" w:line="240" w:lineRule="auto"/>
            </w:pPr>
            <w:r>
              <w:rPr>
                <w:sz w:val="19"/>
              </w:rPr>
              <w:t xml:space="preserve"> </w:t>
            </w:r>
          </w:p>
        </w:tc>
        <w:tc>
          <w:tcPr>
            <w:tcW w:w="27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5DAB51C" w14:textId="77777777" w:rsidR="00466FB2" w:rsidRDefault="00000000">
            <w:pPr>
              <w:spacing w:after="0" w:line="240" w:lineRule="auto"/>
            </w:pPr>
            <w:r>
              <w:rPr>
                <w:sz w:val="19"/>
              </w:rPr>
              <w:t xml:space="preserve"> </w:t>
            </w:r>
          </w:p>
        </w:tc>
        <w:tc>
          <w:tcPr>
            <w:tcW w:w="383"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262C8E3" w14:textId="77777777" w:rsidR="00466FB2" w:rsidRDefault="00000000">
            <w:pPr>
              <w:spacing w:after="0" w:line="240" w:lineRule="auto"/>
            </w:pPr>
            <w:r>
              <w:rPr>
                <w:sz w:val="19"/>
              </w:rPr>
              <w:t xml:space="preserve"> </w:t>
            </w:r>
          </w:p>
        </w:tc>
        <w:tc>
          <w:tcPr>
            <w:tcW w:w="61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52C1A4E0" w14:textId="77777777" w:rsidR="00466FB2" w:rsidRDefault="00000000">
            <w:pPr>
              <w:spacing w:after="0" w:line="240" w:lineRule="auto"/>
            </w:pPr>
            <w:r>
              <w:rPr>
                <w:sz w:val="19"/>
              </w:rPr>
              <w:t xml:space="preserve"> </w:t>
            </w:r>
          </w:p>
        </w:tc>
        <w:tc>
          <w:tcPr>
            <w:tcW w:w="53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9DEFB51" w14:textId="77777777" w:rsidR="00466FB2" w:rsidRDefault="00000000">
            <w:pPr>
              <w:spacing w:after="0" w:line="240" w:lineRule="auto"/>
            </w:pPr>
            <w:r>
              <w:rPr>
                <w:sz w:val="19"/>
              </w:rPr>
              <w:t xml:space="preserve"> </w:t>
            </w:r>
          </w:p>
        </w:tc>
        <w:tc>
          <w:tcPr>
            <w:tcW w:w="1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A5C3961" w14:textId="77777777" w:rsidR="00466FB2" w:rsidRDefault="00000000">
            <w:pPr>
              <w:spacing w:after="0" w:line="240" w:lineRule="auto"/>
            </w:pPr>
            <w:r>
              <w:rPr>
                <w:sz w:val="19"/>
              </w:rPr>
              <w:t xml:space="preserve"> </w:t>
            </w:r>
          </w:p>
        </w:tc>
      </w:tr>
      <w:tr w:rsidR="00466FB2" w14:paraId="0E105BB4" w14:textId="77777777" w:rsidTr="00DC0E67">
        <w:trPr>
          <w:cantSplit/>
          <w:trHeight w:val="13"/>
          <w:jc w:val="center"/>
        </w:trPr>
        <w:tc>
          <w:tcPr>
            <w:tcW w:w="234"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1BFE521" w14:textId="77777777" w:rsidR="00466FB2" w:rsidRDefault="00000000">
            <w:pPr>
              <w:spacing w:after="0" w:line="240" w:lineRule="auto"/>
            </w:pPr>
            <w:r>
              <w:rPr>
                <w:sz w:val="19"/>
              </w:rPr>
              <w:t>CA-6</w:t>
            </w:r>
          </w:p>
        </w:tc>
        <w:tc>
          <w:tcPr>
            <w:tcW w:w="87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9C60C6A" w14:textId="77777777" w:rsidR="00466FB2" w:rsidRDefault="00000000">
            <w:pPr>
              <w:spacing w:after="0" w:line="240" w:lineRule="auto"/>
            </w:pPr>
            <w:r>
              <w:rPr>
                <w:sz w:val="19"/>
              </w:rPr>
              <w:t xml:space="preserve"> </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5DD707C9" w14:textId="77777777" w:rsidR="00466FB2" w:rsidRDefault="00000000">
            <w:pPr>
              <w:spacing w:after="0" w:line="240" w:lineRule="auto"/>
            </w:pPr>
            <w:r>
              <w:rPr>
                <w:sz w:val="19"/>
              </w:rPr>
              <w:t xml:space="preserve"> </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D529C96" w14:textId="77777777" w:rsidR="00466FB2" w:rsidRDefault="00000000">
            <w:pPr>
              <w:spacing w:after="0" w:line="240" w:lineRule="auto"/>
            </w:pPr>
            <w:r>
              <w:rPr>
                <w:sz w:val="19"/>
              </w:rPr>
              <w:t xml:space="preserve"> </w:t>
            </w:r>
          </w:p>
        </w:tc>
        <w:tc>
          <w:tcPr>
            <w:tcW w:w="27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54DF5EC" w14:textId="77777777" w:rsidR="00466FB2" w:rsidRDefault="00000000">
            <w:pPr>
              <w:spacing w:after="0" w:line="240" w:lineRule="auto"/>
            </w:pPr>
            <w:r>
              <w:rPr>
                <w:sz w:val="19"/>
              </w:rPr>
              <w:t xml:space="preserve"> </w:t>
            </w:r>
          </w:p>
        </w:tc>
        <w:tc>
          <w:tcPr>
            <w:tcW w:w="383"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AE00088" w14:textId="77777777" w:rsidR="00466FB2" w:rsidRDefault="00000000">
            <w:pPr>
              <w:spacing w:after="0" w:line="240" w:lineRule="auto"/>
            </w:pPr>
            <w:r>
              <w:rPr>
                <w:sz w:val="19"/>
              </w:rPr>
              <w:t xml:space="preserve"> </w:t>
            </w:r>
          </w:p>
        </w:tc>
        <w:tc>
          <w:tcPr>
            <w:tcW w:w="61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E8111D0" w14:textId="77777777" w:rsidR="00466FB2" w:rsidRDefault="00000000">
            <w:pPr>
              <w:spacing w:after="0" w:line="240" w:lineRule="auto"/>
            </w:pPr>
            <w:r>
              <w:rPr>
                <w:sz w:val="19"/>
              </w:rPr>
              <w:t xml:space="preserve"> </w:t>
            </w:r>
          </w:p>
        </w:tc>
        <w:tc>
          <w:tcPr>
            <w:tcW w:w="53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58951913" w14:textId="77777777" w:rsidR="00466FB2" w:rsidRDefault="00000000">
            <w:pPr>
              <w:spacing w:after="0" w:line="240" w:lineRule="auto"/>
            </w:pPr>
            <w:r>
              <w:rPr>
                <w:sz w:val="19"/>
              </w:rPr>
              <w:t xml:space="preserve"> </w:t>
            </w:r>
          </w:p>
        </w:tc>
        <w:tc>
          <w:tcPr>
            <w:tcW w:w="1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AEFD6CD" w14:textId="77777777" w:rsidR="00466FB2" w:rsidRDefault="00000000">
            <w:pPr>
              <w:spacing w:after="0" w:line="240" w:lineRule="auto"/>
            </w:pPr>
            <w:r>
              <w:rPr>
                <w:sz w:val="19"/>
              </w:rPr>
              <w:t xml:space="preserve"> </w:t>
            </w:r>
          </w:p>
        </w:tc>
      </w:tr>
      <w:tr w:rsidR="00466FB2" w14:paraId="6768D10E" w14:textId="77777777" w:rsidTr="00DC0E67">
        <w:trPr>
          <w:cantSplit/>
          <w:trHeight w:val="13"/>
          <w:jc w:val="center"/>
        </w:trPr>
        <w:tc>
          <w:tcPr>
            <w:tcW w:w="234"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49ACB27" w14:textId="77777777" w:rsidR="00466FB2" w:rsidRDefault="00000000">
            <w:pPr>
              <w:spacing w:after="0" w:line="240" w:lineRule="auto"/>
            </w:pPr>
            <w:r>
              <w:rPr>
                <w:sz w:val="19"/>
              </w:rPr>
              <w:t>CA-7</w:t>
            </w:r>
          </w:p>
        </w:tc>
        <w:tc>
          <w:tcPr>
            <w:tcW w:w="87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1706AF0" w14:textId="77777777" w:rsidR="00466FB2" w:rsidRDefault="00000000">
            <w:pPr>
              <w:spacing w:after="0" w:line="240" w:lineRule="auto"/>
            </w:pPr>
            <w:r>
              <w:rPr>
                <w:sz w:val="19"/>
              </w:rPr>
              <w:t xml:space="preserve"> </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0C355E0" w14:textId="77777777" w:rsidR="00466FB2" w:rsidRDefault="00000000">
            <w:pPr>
              <w:spacing w:after="0" w:line="240" w:lineRule="auto"/>
            </w:pPr>
            <w:r>
              <w:rPr>
                <w:sz w:val="19"/>
              </w:rPr>
              <w:t xml:space="preserve"> </w:t>
            </w:r>
          </w:p>
        </w:tc>
        <w:tc>
          <w:tcPr>
            <w:tcW w:w="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50C2404D" w14:textId="77777777" w:rsidR="00466FB2" w:rsidRDefault="00000000">
            <w:pPr>
              <w:spacing w:after="0" w:line="240" w:lineRule="auto"/>
            </w:pPr>
            <w:r>
              <w:rPr>
                <w:sz w:val="19"/>
              </w:rPr>
              <w:t xml:space="preserve"> </w:t>
            </w:r>
          </w:p>
        </w:tc>
        <w:tc>
          <w:tcPr>
            <w:tcW w:w="27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729A037" w14:textId="77777777" w:rsidR="00466FB2" w:rsidRDefault="00000000">
            <w:pPr>
              <w:spacing w:after="0" w:line="240" w:lineRule="auto"/>
            </w:pPr>
            <w:r>
              <w:rPr>
                <w:sz w:val="19"/>
              </w:rPr>
              <w:t xml:space="preserve"> </w:t>
            </w:r>
          </w:p>
        </w:tc>
        <w:tc>
          <w:tcPr>
            <w:tcW w:w="383"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2F43A72" w14:textId="77777777" w:rsidR="00466FB2" w:rsidRDefault="00000000">
            <w:pPr>
              <w:spacing w:after="0" w:line="240" w:lineRule="auto"/>
            </w:pPr>
            <w:r>
              <w:rPr>
                <w:sz w:val="19"/>
              </w:rPr>
              <w:t xml:space="preserve"> </w:t>
            </w:r>
          </w:p>
        </w:tc>
        <w:tc>
          <w:tcPr>
            <w:tcW w:w="617"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E72E070" w14:textId="77777777" w:rsidR="00466FB2" w:rsidRDefault="00000000">
            <w:pPr>
              <w:spacing w:after="0" w:line="240" w:lineRule="auto"/>
            </w:pPr>
            <w:r>
              <w:rPr>
                <w:sz w:val="19"/>
              </w:rPr>
              <w:t xml:space="preserve"> </w:t>
            </w:r>
          </w:p>
        </w:tc>
        <w:tc>
          <w:tcPr>
            <w:tcW w:w="53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818E4ED" w14:textId="77777777" w:rsidR="00466FB2" w:rsidRDefault="00000000">
            <w:pPr>
              <w:spacing w:after="0" w:line="240" w:lineRule="auto"/>
            </w:pPr>
            <w:r>
              <w:rPr>
                <w:sz w:val="19"/>
              </w:rPr>
              <w:t xml:space="preserve"> </w:t>
            </w:r>
          </w:p>
        </w:tc>
        <w:tc>
          <w:tcPr>
            <w:tcW w:w="1362" w:type="pct"/>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E1359CD" w14:textId="77777777" w:rsidR="00466FB2" w:rsidRDefault="00000000">
            <w:pPr>
              <w:spacing w:after="0" w:line="240" w:lineRule="auto"/>
            </w:pPr>
            <w:r>
              <w:rPr>
                <w:sz w:val="19"/>
              </w:rPr>
              <w:t xml:space="preserve"> </w:t>
            </w:r>
          </w:p>
        </w:tc>
      </w:tr>
      <w:tr w:rsidR="00466FB2" w14:paraId="635733F0" w14:textId="77777777" w:rsidTr="00DC0E67">
        <w:trPr>
          <w:cantSplit/>
          <w:trHeight w:val="11"/>
          <w:jc w:val="center"/>
        </w:trPr>
        <w:tc>
          <w:tcPr>
            <w:tcW w:w="1830" w:type="pct"/>
            <w:gridSpan w:val="4"/>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B290025" w14:textId="77777777" w:rsidR="00466FB2" w:rsidRDefault="00000000">
            <w:pPr>
              <w:spacing w:after="0" w:line="240" w:lineRule="auto"/>
            </w:pPr>
            <w:r>
              <w:rPr>
                <w:b/>
                <w:color w:val="17365D"/>
              </w:rPr>
              <w:t>Corrective action notes / open items</w:t>
            </w:r>
          </w:p>
        </w:tc>
        <w:tc>
          <w:tcPr>
            <w:tcW w:w="3170" w:type="pct"/>
            <w:gridSpan w:val="5"/>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EF76129" w14:textId="77777777" w:rsidR="00466FB2" w:rsidRDefault="00000000">
            <w:pPr>
              <w:spacing w:after="0" w:line="240" w:lineRule="auto"/>
            </w:pPr>
            <w:r>
              <w:rPr>
                <w:i/>
                <w:color w:val="718096"/>
                <w:sz w:val="17"/>
              </w:rPr>
              <w:t>Enter details here.</w:t>
            </w:r>
          </w:p>
        </w:tc>
      </w:tr>
      <w:tr w:rsidR="00466FB2" w14:paraId="227FB130" w14:textId="77777777" w:rsidTr="00DC0E67">
        <w:trPr>
          <w:cantSplit/>
          <w:trHeight w:val="10"/>
          <w:jc w:val="center"/>
        </w:trPr>
        <w:tc>
          <w:tcPr>
            <w:tcW w:w="1830" w:type="pct"/>
            <w:gridSpan w:val="4"/>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3707A6C" w14:textId="77777777" w:rsidR="00466FB2" w:rsidRDefault="00000000">
            <w:pPr>
              <w:spacing w:after="0" w:line="240" w:lineRule="auto"/>
            </w:pPr>
            <w:r>
              <w:rPr>
                <w:b/>
                <w:color w:val="17365D"/>
              </w:rPr>
              <w:t>Read-across / systemic application</w:t>
            </w:r>
          </w:p>
        </w:tc>
        <w:tc>
          <w:tcPr>
            <w:tcW w:w="3170" w:type="pct"/>
            <w:gridSpan w:val="5"/>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D153ADB" w14:textId="77777777" w:rsidR="00466FB2" w:rsidRDefault="00000000">
            <w:pPr>
              <w:spacing w:after="0" w:line="240" w:lineRule="auto"/>
            </w:pPr>
            <w:r>
              <w:t>Have similar processes, machines, part families, suppliers, or shifts been checked for this same vulnerability? Options: Yes; No; N/A - list variants checked.</w:t>
            </w:r>
          </w:p>
        </w:tc>
      </w:tr>
      <w:tr w:rsidR="00466FB2" w14:paraId="181E8D8B" w14:textId="77777777" w:rsidTr="00DC0E67">
        <w:trPr>
          <w:cantSplit/>
          <w:trHeight w:val="8"/>
          <w:jc w:val="center"/>
        </w:trPr>
        <w:tc>
          <w:tcPr>
            <w:tcW w:w="1830" w:type="pct"/>
            <w:gridSpan w:val="4"/>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7BD38CF" w14:textId="77777777" w:rsidR="00466FB2" w:rsidRDefault="00000000">
            <w:pPr>
              <w:spacing w:after="0" w:line="240" w:lineRule="auto"/>
            </w:pPr>
            <w:r>
              <w:rPr>
                <w:b/>
                <w:color w:val="17365D"/>
              </w:rPr>
              <w:t>Linked follow-up CAR / action ID if incomplete</w:t>
            </w:r>
          </w:p>
        </w:tc>
        <w:tc>
          <w:tcPr>
            <w:tcW w:w="3170" w:type="pct"/>
            <w:gridSpan w:val="5"/>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13923C8" w14:textId="77777777" w:rsidR="00466FB2" w:rsidRDefault="00000000">
            <w:pPr>
              <w:spacing w:after="0" w:line="240" w:lineRule="auto"/>
            </w:pPr>
            <w:r>
              <w:rPr>
                <w:i/>
                <w:color w:val="718096"/>
                <w:sz w:val="17"/>
              </w:rPr>
              <w:t>Enter details here.</w:t>
            </w:r>
          </w:p>
        </w:tc>
      </w:tr>
    </w:tbl>
    <w:p w14:paraId="6728D7D3" w14:textId="77777777" w:rsidR="00466FB2" w:rsidRDefault="00466FB2">
      <w:pPr>
        <w:sectPr w:rsidR="00466FB2" w:rsidSect="00B663D8">
          <w:headerReference w:type="default" r:id="rId15"/>
          <w:footerReference w:type="default" r:id="rId16"/>
          <w:pgSz w:w="15840" w:h="12240" w:orient="landscape"/>
          <w:pgMar w:top="567" w:right="454" w:bottom="567" w:left="454" w:header="431" w:footer="431" w:gutter="0"/>
          <w:cols w:space="720"/>
          <w:docGrid w:linePitch="360"/>
        </w:sectPr>
      </w:pPr>
    </w:p>
    <w:p w14:paraId="24EC9AB0" w14:textId="77777777" w:rsidR="00466FB2" w:rsidRDefault="00000000">
      <w:pPr>
        <w:pStyle w:val="8DFSectionBar"/>
        <w:keepNext/>
        <w:shd w:val="clear" w:color="auto" w:fill="17365D"/>
        <w:spacing w:before="200" w:after="80" w:line="240" w:lineRule="auto"/>
        <w:ind w:left="120"/>
      </w:pPr>
      <w:r>
        <w:lastRenderedPageBreak/>
        <w:t>10. Evidence / Attachments Log</w:t>
      </w:r>
    </w:p>
    <w:tbl>
      <w:tblPr>
        <w:tblW w:w="0" w:type="auto"/>
        <w:jc w:val="center"/>
        <w:tblLayout w:type="fixed"/>
        <w:tblLook w:val="04A0" w:firstRow="1" w:lastRow="0" w:firstColumn="1" w:lastColumn="0" w:noHBand="0" w:noVBand="1"/>
      </w:tblPr>
      <w:tblGrid>
        <w:gridCol w:w="936"/>
        <w:gridCol w:w="2232"/>
        <w:gridCol w:w="1944"/>
        <w:gridCol w:w="2448"/>
        <w:gridCol w:w="2376"/>
        <w:gridCol w:w="1224"/>
        <w:gridCol w:w="1080"/>
        <w:gridCol w:w="1656"/>
        <w:gridCol w:w="1152"/>
      </w:tblGrid>
      <w:tr w:rsidR="00466FB2" w14:paraId="57E2164E" w14:textId="77777777">
        <w:trPr>
          <w:jc w:val="center"/>
        </w:trPr>
        <w:tc>
          <w:tcPr>
            <w:tcW w:w="14256" w:type="dxa"/>
            <w:gridSpan w:val="9"/>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23F70E08" w14:textId="77777777" w:rsidR="00466FB2" w:rsidRDefault="00000000">
            <w:pPr>
              <w:pStyle w:val="GuidanceText"/>
              <w:spacing w:line="240" w:lineRule="auto"/>
            </w:pPr>
            <w:r>
              <w:rPr>
                <w:b/>
                <w:color w:val="2D3748"/>
                <w:sz w:val="18"/>
              </w:rPr>
              <w:t>Guidance:</w:t>
            </w:r>
            <w:r>
              <w:rPr>
                <w:color w:val="2D3748"/>
                <w:sz w:val="18"/>
              </w:rPr>
              <w:t xml:space="preserve"> Record where evidence lives and what it proves. This avoids closing the CAR based on emails, memory, or files that cannot be found later.</w:t>
            </w:r>
          </w:p>
        </w:tc>
      </w:tr>
      <w:tr w:rsidR="00466FB2" w14:paraId="47F0F1BE" w14:textId="77777777">
        <w:trPr>
          <w:trHeight w:val="6"/>
          <w:tblHeader/>
          <w:jc w:val="center"/>
        </w:trPr>
        <w:tc>
          <w:tcPr>
            <w:tcW w:w="936"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177EA088" w14:textId="77777777" w:rsidR="00466FB2" w:rsidRDefault="00000000">
            <w:pPr>
              <w:spacing w:after="0" w:line="240" w:lineRule="auto"/>
              <w:jc w:val="center"/>
            </w:pPr>
            <w:r>
              <w:rPr>
                <w:b/>
                <w:color w:val="FFFFFF"/>
                <w:sz w:val="19"/>
              </w:rPr>
              <w:t>Evidence ID</w:t>
            </w:r>
          </w:p>
        </w:tc>
        <w:tc>
          <w:tcPr>
            <w:tcW w:w="2232"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6FE12DFC" w14:textId="77777777" w:rsidR="00466FB2" w:rsidRDefault="00000000">
            <w:pPr>
              <w:spacing w:after="0" w:line="240" w:lineRule="auto"/>
              <w:jc w:val="center"/>
            </w:pPr>
            <w:r>
              <w:rPr>
                <w:b/>
                <w:color w:val="FFFFFF"/>
                <w:sz w:val="19"/>
              </w:rPr>
              <w:t>Evidence type</w:t>
            </w:r>
          </w:p>
        </w:tc>
        <w:tc>
          <w:tcPr>
            <w:tcW w:w="1944"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2CAE1FAC" w14:textId="77777777" w:rsidR="00466FB2" w:rsidRDefault="00000000">
            <w:pPr>
              <w:spacing w:after="0" w:line="240" w:lineRule="auto"/>
              <w:jc w:val="center"/>
            </w:pPr>
            <w:r>
              <w:rPr>
                <w:b/>
                <w:color w:val="FFFFFF"/>
                <w:sz w:val="19"/>
              </w:rPr>
              <w:t>Evidence supports</w:t>
            </w:r>
          </w:p>
        </w:tc>
        <w:tc>
          <w:tcPr>
            <w:tcW w:w="2448"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2F01DE88" w14:textId="77777777" w:rsidR="00466FB2" w:rsidRDefault="00000000">
            <w:pPr>
              <w:spacing w:after="0" w:line="240" w:lineRule="auto"/>
              <w:jc w:val="center"/>
            </w:pPr>
            <w:r>
              <w:rPr>
                <w:b/>
                <w:color w:val="FFFFFF"/>
                <w:sz w:val="19"/>
              </w:rPr>
              <w:t>What the evidence shows</w:t>
            </w:r>
          </w:p>
        </w:tc>
        <w:tc>
          <w:tcPr>
            <w:tcW w:w="2376"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75C2C119" w14:textId="77777777" w:rsidR="00466FB2" w:rsidRDefault="00000000">
            <w:pPr>
              <w:spacing w:after="0" w:line="240" w:lineRule="auto"/>
              <w:jc w:val="center"/>
            </w:pPr>
            <w:r>
              <w:rPr>
                <w:b/>
                <w:color w:val="FFFFFF"/>
                <w:sz w:val="19"/>
              </w:rPr>
              <w:t>File name / link / location</w:t>
            </w:r>
          </w:p>
        </w:tc>
        <w:tc>
          <w:tcPr>
            <w:tcW w:w="1224"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4B76D70A" w14:textId="77777777" w:rsidR="00466FB2" w:rsidRDefault="00000000">
            <w:pPr>
              <w:spacing w:after="0" w:line="240" w:lineRule="auto"/>
              <w:jc w:val="center"/>
            </w:pPr>
            <w:r>
              <w:rPr>
                <w:b/>
                <w:color w:val="FFFFFF"/>
                <w:sz w:val="19"/>
              </w:rPr>
              <w:t>Owner</w:t>
            </w:r>
          </w:p>
        </w:tc>
        <w:tc>
          <w:tcPr>
            <w:tcW w:w="1080"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29247752" w14:textId="77777777" w:rsidR="00466FB2" w:rsidRDefault="00000000">
            <w:pPr>
              <w:spacing w:after="0" w:line="240" w:lineRule="auto"/>
              <w:jc w:val="center"/>
            </w:pPr>
            <w:r>
              <w:rPr>
                <w:b/>
                <w:color w:val="FFFFFF"/>
                <w:sz w:val="19"/>
              </w:rPr>
              <w:t>Date added</w:t>
            </w:r>
          </w:p>
        </w:tc>
        <w:tc>
          <w:tcPr>
            <w:tcW w:w="1656"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770252B6" w14:textId="77777777" w:rsidR="00466FB2" w:rsidRDefault="00000000">
            <w:pPr>
              <w:spacing w:after="0" w:line="240" w:lineRule="auto"/>
              <w:jc w:val="center"/>
            </w:pPr>
            <w:r>
              <w:rPr>
                <w:b/>
                <w:color w:val="FFFFFF"/>
                <w:sz w:val="19"/>
              </w:rPr>
              <w:t>Review / approval status</w:t>
            </w:r>
          </w:p>
        </w:tc>
        <w:tc>
          <w:tcPr>
            <w:tcW w:w="1152"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2F2C0CB9" w14:textId="77777777" w:rsidR="00466FB2" w:rsidRDefault="00000000">
            <w:pPr>
              <w:spacing w:after="0" w:line="240" w:lineRule="auto"/>
              <w:jc w:val="center"/>
            </w:pPr>
            <w:r>
              <w:rPr>
                <w:b/>
                <w:color w:val="FFFFFF"/>
                <w:sz w:val="19"/>
              </w:rPr>
              <w:t>Notes</w:t>
            </w:r>
          </w:p>
        </w:tc>
      </w:tr>
      <w:tr w:rsidR="00466FB2" w14:paraId="15638081" w14:textId="77777777">
        <w:trPr>
          <w:cantSplit/>
          <w:trHeight w:val="12"/>
          <w:jc w:val="center"/>
        </w:trPr>
        <w:tc>
          <w:tcPr>
            <w:tcW w:w="93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176EC61" w14:textId="77777777" w:rsidR="00466FB2" w:rsidRDefault="00000000">
            <w:pPr>
              <w:spacing w:after="0" w:line="240" w:lineRule="auto"/>
            </w:pPr>
            <w:r>
              <w:rPr>
                <w:sz w:val="19"/>
              </w:rPr>
              <w:t>E-1</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A56FD5C" w14:textId="77777777" w:rsidR="00466FB2" w:rsidRDefault="00000000">
            <w:pPr>
              <w:spacing w:after="0" w:line="240" w:lineRule="auto"/>
            </w:pPr>
            <w:r>
              <w:rPr>
                <w:sz w:val="19"/>
              </w:rPr>
              <w:t>photo; inspection result; test report; drawing / specification; root cause analysis; containment record; sort record; rework record; replacement shipment record; concession approval; customer email; training record; work instruction update; control plan update; audit record; other</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6428E24" w14:textId="77777777" w:rsidR="00466FB2" w:rsidRDefault="00000000">
            <w:pPr>
              <w:spacing w:after="0" w:line="240" w:lineRule="auto"/>
            </w:pPr>
            <w:r>
              <w:rPr>
                <w:sz w:val="19"/>
              </w:rPr>
              <w:t>nonconformance; containment; root cause; corrective action; product correction; verification; approval; closure</w:t>
            </w:r>
          </w:p>
        </w:tc>
        <w:tc>
          <w:tcPr>
            <w:tcW w:w="244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253A03E" w14:textId="77777777" w:rsidR="00466FB2" w:rsidRDefault="00000000">
            <w:pPr>
              <w:spacing w:after="0" w:line="240" w:lineRule="auto"/>
            </w:pPr>
            <w:r>
              <w:rPr>
                <w:sz w:val="19"/>
              </w:rPr>
              <w:t>Enter what the evidence shows.</w:t>
            </w:r>
          </w:p>
        </w:tc>
        <w:tc>
          <w:tcPr>
            <w:tcW w:w="237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D3747F6" w14:textId="77777777" w:rsidR="00466FB2" w:rsidRDefault="00000000">
            <w:pPr>
              <w:spacing w:after="0" w:line="240" w:lineRule="auto"/>
            </w:pPr>
            <w:r>
              <w:rPr>
                <w:sz w:val="19"/>
              </w:rPr>
              <w:t xml:space="preserve"> </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CD06F3F" w14:textId="77777777" w:rsidR="00466FB2" w:rsidRDefault="00000000">
            <w:pPr>
              <w:spacing w:after="0" w:line="240" w:lineRule="auto"/>
            </w:pPr>
            <w:r>
              <w:rPr>
                <w:sz w:val="19"/>
              </w:rPr>
              <w:t xml:space="preserve"> </w:t>
            </w:r>
          </w:p>
        </w:tc>
        <w:tc>
          <w:tcPr>
            <w:tcW w:w="108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348BDA6" w14:textId="77777777" w:rsidR="00466FB2" w:rsidRDefault="00000000">
            <w:pPr>
              <w:spacing w:after="0" w:line="240" w:lineRule="auto"/>
            </w:pPr>
            <w:r>
              <w:rPr>
                <w:sz w:val="19"/>
              </w:rPr>
              <w:t xml:space="preserve"> </w:t>
            </w:r>
          </w:p>
        </w:tc>
        <w:tc>
          <w:tcPr>
            <w:tcW w:w="165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8A04339" w14:textId="77777777" w:rsidR="00466FB2" w:rsidRDefault="00000000">
            <w:pPr>
              <w:spacing w:after="0" w:line="240" w:lineRule="auto"/>
            </w:pPr>
            <w:r>
              <w:rPr>
                <w:sz w:val="19"/>
              </w:rPr>
              <w:t xml:space="preserve"> </w:t>
            </w: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73FCB34" w14:textId="77777777" w:rsidR="00466FB2" w:rsidRDefault="00000000">
            <w:pPr>
              <w:spacing w:after="0" w:line="240" w:lineRule="auto"/>
            </w:pPr>
            <w:r>
              <w:rPr>
                <w:sz w:val="19"/>
              </w:rPr>
              <w:t xml:space="preserve"> </w:t>
            </w:r>
          </w:p>
        </w:tc>
      </w:tr>
      <w:tr w:rsidR="00466FB2" w14:paraId="2B1F35E5" w14:textId="77777777">
        <w:trPr>
          <w:cantSplit/>
          <w:trHeight w:val="12"/>
          <w:jc w:val="center"/>
        </w:trPr>
        <w:tc>
          <w:tcPr>
            <w:tcW w:w="93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5459CF2" w14:textId="77777777" w:rsidR="00466FB2" w:rsidRDefault="00000000">
            <w:pPr>
              <w:spacing w:after="0" w:line="240" w:lineRule="auto"/>
            </w:pPr>
            <w:r>
              <w:rPr>
                <w:sz w:val="19"/>
              </w:rPr>
              <w:t>E-2</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AA2BFB6" w14:textId="77777777" w:rsidR="00466FB2" w:rsidRDefault="00000000">
            <w:pPr>
              <w:spacing w:after="0" w:line="240" w:lineRule="auto"/>
            </w:pPr>
            <w:r>
              <w:rPr>
                <w:sz w:val="19"/>
              </w:rPr>
              <w:t xml:space="preserve"> </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50A1941D" w14:textId="77777777" w:rsidR="00466FB2" w:rsidRDefault="00000000">
            <w:pPr>
              <w:spacing w:after="0" w:line="240" w:lineRule="auto"/>
            </w:pPr>
            <w:r>
              <w:rPr>
                <w:sz w:val="19"/>
              </w:rPr>
              <w:t xml:space="preserve"> </w:t>
            </w:r>
          </w:p>
        </w:tc>
        <w:tc>
          <w:tcPr>
            <w:tcW w:w="244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1BC050F" w14:textId="77777777" w:rsidR="00466FB2" w:rsidRDefault="00000000">
            <w:pPr>
              <w:spacing w:after="0" w:line="240" w:lineRule="auto"/>
            </w:pPr>
            <w:r>
              <w:rPr>
                <w:sz w:val="19"/>
              </w:rPr>
              <w:t xml:space="preserve"> </w:t>
            </w:r>
          </w:p>
        </w:tc>
        <w:tc>
          <w:tcPr>
            <w:tcW w:w="237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51AF934" w14:textId="77777777" w:rsidR="00466FB2" w:rsidRDefault="00000000">
            <w:pPr>
              <w:spacing w:after="0" w:line="240" w:lineRule="auto"/>
            </w:pPr>
            <w:r>
              <w:rPr>
                <w:sz w:val="19"/>
              </w:rPr>
              <w:t xml:space="preserve"> </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6D6F0D1" w14:textId="77777777" w:rsidR="00466FB2" w:rsidRDefault="00000000">
            <w:pPr>
              <w:spacing w:after="0" w:line="240" w:lineRule="auto"/>
            </w:pPr>
            <w:r>
              <w:rPr>
                <w:sz w:val="19"/>
              </w:rPr>
              <w:t xml:space="preserve"> </w:t>
            </w:r>
          </w:p>
        </w:tc>
        <w:tc>
          <w:tcPr>
            <w:tcW w:w="108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EE17338" w14:textId="77777777" w:rsidR="00466FB2" w:rsidRDefault="00000000">
            <w:pPr>
              <w:spacing w:after="0" w:line="240" w:lineRule="auto"/>
            </w:pPr>
            <w:r>
              <w:rPr>
                <w:sz w:val="19"/>
              </w:rPr>
              <w:t xml:space="preserve"> </w:t>
            </w:r>
          </w:p>
        </w:tc>
        <w:tc>
          <w:tcPr>
            <w:tcW w:w="165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A0DF766" w14:textId="77777777" w:rsidR="00466FB2" w:rsidRDefault="00000000">
            <w:pPr>
              <w:spacing w:after="0" w:line="240" w:lineRule="auto"/>
            </w:pPr>
            <w:r>
              <w:rPr>
                <w:sz w:val="19"/>
              </w:rPr>
              <w:t xml:space="preserve"> </w:t>
            </w: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4D8C58B" w14:textId="77777777" w:rsidR="00466FB2" w:rsidRDefault="00000000">
            <w:pPr>
              <w:spacing w:after="0" w:line="240" w:lineRule="auto"/>
            </w:pPr>
            <w:r>
              <w:rPr>
                <w:sz w:val="19"/>
              </w:rPr>
              <w:t xml:space="preserve"> </w:t>
            </w:r>
          </w:p>
        </w:tc>
      </w:tr>
      <w:tr w:rsidR="00466FB2" w14:paraId="671952BD" w14:textId="77777777">
        <w:trPr>
          <w:cantSplit/>
          <w:trHeight w:val="12"/>
          <w:jc w:val="center"/>
        </w:trPr>
        <w:tc>
          <w:tcPr>
            <w:tcW w:w="93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7636835" w14:textId="77777777" w:rsidR="00466FB2" w:rsidRDefault="00000000">
            <w:pPr>
              <w:spacing w:after="0" w:line="240" w:lineRule="auto"/>
            </w:pPr>
            <w:r>
              <w:rPr>
                <w:sz w:val="19"/>
              </w:rPr>
              <w:t>E-3</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BA1A72C" w14:textId="77777777" w:rsidR="00466FB2" w:rsidRDefault="00000000">
            <w:pPr>
              <w:spacing w:after="0" w:line="240" w:lineRule="auto"/>
            </w:pPr>
            <w:r>
              <w:rPr>
                <w:sz w:val="19"/>
              </w:rPr>
              <w:t xml:space="preserve"> </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3972EBB" w14:textId="77777777" w:rsidR="00466FB2" w:rsidRDefault="00000000">
            <w:pPr>
              <w:spacing w:after="0" w:line="240" w:lineRule="auto"/>
            </w:pPr>
            <w:r>
              <w:rPr>
                <w:sz w:val="19"/>
              </w:rPr>
              <w:t xml:space="preserve"> </w:t>
            </w:r>
          </w:p>
        </w:tc>
        <w:tc>
          <w:tcPr>
            <w:tcW w:w="244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9E89D91" w14:textId="77777777" w:rsidR="00466FB2" w:rsidRDefault="00000000">
            <w:pPr>
              <w:spacing w:after="0" w:line="240" w:lineRule="auto"/>
            </w:pPr>
            <w:r>
              <w:rPr>
                <w:sz w:val="19"/>
              </w:rPr>
              <w:t xml:space="preserve"> </w:t>
            </w:r>
          </w:p>
        </w:tc>
        <w:tc>
          <w:tcPr>
            <w:tcW w:w="237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BF19126" w14:textId="77777777" w:rsidR="00466FB2" w:rsidRDefault="00000000">
            <w:pPr>
              <w:spacing w:after="0" w:line="240" w:lineRule="auto"/>
            </w:pPr>
            <w:r>
              <w:rPr>
                <w:sz w:val="19"/>
              </w:rPr>
              <w:t xml:space="preserve"> </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D5A57F6" w14:textId="77777777" w:rsidR="00466FB2" w:rsidRDefault="00000000">
            <w:pPr>
              <w:spacing w:after="0" w:line="240" w:lineRule="auto"/>
            </w:pPr>
            <w:r>
              <w:rPr>
                <w:sz w:val="19"/>
              </w:rPr>
              <w:t xml:space="preserve"> </w:t>
            </w:r>
          </w:p>
        </w:tc>
        <w:tc>
          <w:tcPr>
            <w:tcW w:w="108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DED6DA2" w14:textId="77777777" w:rsidR="00466FB2" w:rsidRDefault="00000000">
            <w:pPr>
              <w:spacing w:after="0" w:line="240" w:lineRule="auto"/>
            </w:pPr>
            <w:r>
              <w:rPr>
                <w:sz w:val="19"/>
              </w:rPr>
              <w:t xml:space="preserve"> </w:t>
            </w:r>
          </w:p>
        </w:tc>
        <w:tc>
          <w:tcPr>
            <w:tcW w:w="165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8939DAA" w14:textId="77777777" w:rsidR="00466FB2" w:rsidRDefault="00000000">
            <w:pPr>
              <w:spacing w:after="0" w:line="240" w:lineRule="auto"/>
            </w:pPr>
            <w:r>
              <w:rPr>
                <w:sz w:val="19"/>
              </w:rPr>
              <w:t xml:space="preserve"> </w:t>
            </w: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2147D58" w14:textId="77777777" w:rsidR="00466FB2" w:rsidRDefault="00000000">
            <w:pPr>
              <w:spacing w:after="0" w:line="240" w:lineRule="auto"/>
            </w:pPr>
            <w:r>
              <w:rPr>
                <w:sz w:val="19"/>
              </w:rPr>
              <w:t xml:space="preserve"> </w:t>
            </w:r>
          </w:p>
        </w:tc>
      </w:tr>
      <w:tr w:rsidR="00466FB2" w14:paraId="3EBD2243" w14:textId="77777777">
        <w:trPr>
          <w:cantSplit/>
          <w:trHeight w:val="12"/>
          <w:jc w:val="center"/>
        </w:trPr>
        <w:tc>
          <w:tcPr>
            <w:tcW w:w="93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5187F839" w14:textId="77777777" w:rsidR="00466FB2" w:rsidRDefault="00000000">
            <w:pPr>
              <w:spacing w:after="0" w:line="240" w:lineRule="auto"/>
            </w:pPr>
            <w:r>
              <w:rPr>
                <w:sz w:val="19"/>
              </w:rPr>
              <w:t>E-4</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84A9233" w14:textId="77777777" w:rsidR="00466FB2" w:rsidRDefault="00000000">
            <w:pPr>
              <w:spacing w:after="0" w:line="240" w:lineRule="auto"/>
            </w:pPr>
            <w:r>
              <w:rPr>
                <w:sz w:val="19"/>
              </w:rPr>
              <w:t xml:space="preserve"> </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FD79329" w14:textId="77777777" w:rsidR="00466FB2" w:rsidRDefault="00000000">
            <w:pPr>
              <w:spacing w:after="0" w:line="240" w:lineRule="auto"/>
            </w:pPr>
            <w:r>
              <w:rPr>
                <w:sz w:val="19"/>
              </w:rPr>
              <w:t xml:space="preserve"> </w:t>
            </w:r>
          </w:p>
        </w:tc>
        <w:tc>
          <w:tcPr>
            <w:tcW w:w="244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5C353D32" w14:textId="77777777" w:rsidR="00466FB2" w:rsidRDefault="00000000">
            <w:pPr>
              <w:spacing w:after="0" w:line="240" w:lineRule="auto"/>
            </w:pPr>
            <w:r>
              <w:rPr>
                <w:sz w:val="19"/>
              </w:rPr>
              <w:t xml:space="preserve"> </w:t>
            </w:r>
          </w:p>
        </w:tc>
        <w:tc>
          <w:tcPr>
            <w:tcW w:w="237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17994F0" w14:textId="77777777" w:rsidR="00466FB2" w:rsidRDefault="00000000">
            <w:pPr>
              <w:spacing w:after="0" w:line="240" w:lineRule="auto"/>
            </w:pPr>
            <w:r>
              <w:rPr>
                <w:sz w:val="19"/>
              </w:rPr>
              <w:t xml:space="preserve"> </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05372A3" w14:textId="77777777" w:rsidR="00466FB2" w:rsidRDefault="00000000">
            <w:pPr>
              <w:spacing w:after="0" w:line="240" w:lineRule="auto"/>
            </w:pPr>
            <w:r>
              <w:rPr>
                <w:sz w:val="19"/>
              </w:rPr>
              <w:t xml:space="preserve"> </w:t>
            </w:r>
          </w:p>
        </w:tc>
        <w:tc>
          <w:tcPr>
            <w:tcW w:w="108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C619A94" w14:textId="77777777" w:rsidR="00466FB2" w:rsidRDefault="00000000">
            <w:pPr>
              <w:spacing w:after="0" w:line="240" w:lineRule="auto"/>
            </w:pPr>
            <w:r>
              <w:rPr>
                <w:sz w:val="19"/>
              </w:rPr>
              <w:t xml:space="preserve"> </w:t>
            </w:r>
          </w:p>
        </w:tc>
        <w:tc>
          <w:tcPr>
            <w:tcW w:w="165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773EA0F" w14:textId="77777777" w:rsidR="00466FB2" w:rsidRDefault="00000000">
            <w:pPr>
              <w:spacing w:after="0" w:line="240" w:lineRule="auto"/>
            </w:pPr>
            <w:r>
              <w:rPr>
                <w:sz w:val="19"/>
              </w:rPr>
              <w:t xml:space="preserve"> </w:t>
            </w: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54E70BD1" w14:textId="77777777" w:rsidR="00466FB2" w:rsidRDefault="00000000">
            <w:pPr>
              <w:spacing w:after="0" w:line="240" w:lineRule="auto"/>
            </w:pPr>
            <w:r>
              <w:rPr>
                <w:sz w:val="19"/>
              </w:rPr>
              <w:t xml:space="preserve"> </w:t>
            </w:r>
          </w:p>
        </w:tc>
      </w:tr>
      <w:tr w:rsidR="00466FB2" w14:paraId="400FB1B7" w14:textId="77777777">
        <w:trPr>
          <w:cantSplit/>
          <w:trHeight w:val="12"/>
          <w:jc w:val="center"/>
        </w:trPr>
        <w:tc>
          <w:tcPr>
            <w:tcW w:w="93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8D83183" w14:textId="77777777" w:rsidR="00466FB2" w:rsidRDefault="00000000">
            <w:pPr>
              <w:spacing w:after="0" w:line="240" w:lineRule="auto"/>
            </w:pPr>
            <w:r>
              <w:rPr>
                <w:sz w:val="19"/>
              </w:rPr>
              <w:t>E-5</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8F0723E" w14:textId="77777777" w:rsidR="00466FB2" w:rsidRDefault="00000000">
            <w:pPr>
              <w:spacing w:after="0" w:line="240" w:lineRule="auto"/>
            </w:pPr>
            <w:r>
              <w:rPr>
                <w:sz w:val="19"/>
              </w:rPr>
              <w:t xml:space="preserve"> </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5B5B6D8B" w14:textId="77777777" w:rsidR="00466FB2" w:rsidRDefault="00000000">
            <w:pPr>
              <w:spacing w:after="0" w:line="240" w:lineRule="auto"/>
            </w:pPr>
            <w:r>
              <w:rPr>
                <w:sz w:val="19"/>
              </w:rPr>
              <w:t xml:space="preserve"> </w:t>
            </w:r>
          </w:p>
        </w:tc>
        <w:tc>
          <w:tcPr>
            <w:tcW w:w="244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5D86501A" w14:textId="77777777" w:rsidR="00466FB2" w:rsidRDefault="00000000">
            <w:pPr>
              <w:spacing w:after="0" w:line="240" w:lineRule="auto"/>
            </w:pPr>
            <w:r>
              <w:rPr>
                <w:sz w:val="19"/>
              </w:rPr>
              <w:t xml:space="preserve"> </w:t>
            </w:r>
          </w:p>
        </w:tc>
        <w:tc>
          <w:tcPr>
            <w:tcW w:w="237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4BBD0C9" w14:textId="77777777" w:rsidR="00466FB2" w:rsidRDefault="00000000">
            <w:pPr>
              <w:spacing w:after="0" w:line="240" w:lineRule="auto"/>
            </w:pPr>
            <w:r>
              <w:rPr>
                <w:sz w:val="19"/>
              </w:rPr>
              <w:t xml:space="preserve"> </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445729B" w14:textId="77777777" w:rsidR="00466FB2" w:rsidRDefault="00000000">
            <w:pPr>
              <w:spacing w:after="0" w:line="240" w:lineRule="auto"/>
            </w:pPr>
            <w:r>
              <w:rPr>
                <w:sz w:val="19"/>
              </w:rPr>
              <w:t xml:space="preserve"> </w:t>
            </w:r>
          </w:p>
        </w:tc>
        <w:tc>
          <w:tcPr>
            <w:tcW w:w="108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74A7800" w14:textId="77777777" w:rsidR="00466FB2" w:rsidRDefault="00000000">
            <w:pPr>
              <w:spacing w:after="0" w:line="240" w:lineRule="auto"/>
            </w:pPr>
            <w:r>
              <w:rPr>
                <w:sz w:val="19"/>
              </w:rPr>
              <w:t xml:space="preserve"> </w:t>
            </w:r>
          </w:p>
        </w:tc>
        <w:tc>
          <w:tcPr>
            <w:tcW w:w="165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EEA9415" w14:textId="77777777" w:rsidR="00466FB2" w:rsidRDefault="00000000">
            <w:pPr>
              <w:spacing w:after="0" w:line="240" w:lineRule="auto"/>
            </w:pPr>
            <w:r>
              <w:rPr>
                <w:sz w:val="19"/>
              </w:rPr>
              <w:t xml:space="preserve"> </w:t>
            </w: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83FBBAC" w14:textId="77777777" w:rsidR="00466FB2" w:rsidRDefault="00000000">
            <w:pPr>
              <w:spacing w:after="0" w:line="240" w:lineRule="auto"/>
            </w:pPr>
            <w:r>
              <w:rPr>
                <w:sz w:val="19"/>
              </w:rPr>
              <w:t xml:space="preserve"> </w:t>
            </w:r>
          </w:p>
        </w:tc>
      </w:tr>
      <w:tr w:rsidR="00466FB2" w14:paraId="5F549D43" w14:textId="77777777">
        <w:trPr>
          <w:cantSplit/>
          <w:trHeight w:val="12"/>
          <w:jc w:val="center"/>
        </w:trPr>
        <w:tc>
          <w:tcPr>
            <w:tcW w:w="93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521999D" w14:textId="77777777" w:rsidR="00466FB2" w:rsidRDefault="00000000">
            <w:pPr>
              <w:spacing w:after="0" w:line="240" w:lineRule="auto"/>
            </w:pPr>
            <w:r>
              <w:rPr>
                <w:sz w:val="19"/>
              </w:rPr>
              <w:t>E-6</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50EF798" w14:textId="77777777" w:rsidR="00466FB2" w:rsidRDefault="00000000">
            <w:pPr>
              <w:spacing w:after="0" w:line="240" w:lineRule="auto"/>
            </w:pPr>
            <w:r>
              <w:rPr>
                <w:sz w:val="19"/>
              </w:rPr>
              <w:t xml:space="preserve"> </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A3D8113" w14:textId="77777777" w:rsidR="00466FB2" w:rsidRDefault="00000000">
            <w:pPr>
              <w:spacing w:after="0" w:line="240" w:lineRule="auto"/>
            </w:pPr>
            <w:r>
              <w:rPr>
                <w:sz w:val="19"/>
              </w:rPr>
              <w:t xml:space="preserve"> </w:t>
            </w:r>
          </w:p>
        </w:tc>
        <w:tc>
          <w:tcPr>
            <w:tcW w:w="244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48D7D3B" w14:textId="77777777" w:rsidR="00466FB2" w:rsidRDefault="00000000">
            <w:pPr>
              <w:spacing w:after="0" w:line="240" w:lineRule="auto"/>
            </w:pPr>
            <w:r>
              <w:rPr>
                <w:sz w:val="19"/>
              </w:rPr>
              <w:t xml:space="preserve"> </w:t>
            </w:r>
          </w:p>
        </w:tc>
        <w:tc>
          <w:tcPr>
            <w:tcW w:w="237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30A3DA3" w14:textId="77777777" w:rsidR="00466FB2" w:rsidRDefault="00000000">
            <w:pPr>
              <w:spacing w:after="0" w:line="240" w:lineRule="auto"/>
            </w:pPr>
            <w:r>
              <w:rPr>
                <w:sz w:val="19"/>
              </w:rPr>
              <w:t xml:space="preserve"> </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AEB8422" w14:textId="77777777" w:rsidR="00466FB2" w:rsidRDefault="00000000">
            <w:pPr>
              <w:spacing w:after="0" w:line="240" w:lineRule="auto"/>
            </w:pPr>
            <w:r>
              <w:rPr>
                <w:sz w:val="19"/>
              </w:rPr>
              <w:t xml:space="preserve"> </w:t>
            </w:r>
          </w:p>
        </w:tc>
        <w:tc>
          <w:tcPr>
            <w:tcW w:w="108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838F82C" w14:textId="77777777" w:rsidR="00466FB2" w:rsidRDefault="00000000">
            <w:pPr>
              <w:spacing w:after="0" w:line="240" w:lineRule="auto"/>
            </w:pPr>
            <w:r>
              <w:rPr>
                <w:sz w:val="19"/>
              </w:rPr>
              <w:t xml:space="preserve"> </w:t>
            </w:r>
          </w:p>
        </w:tc>
        <w:tc>
          <w:tcPr>
            <w:tcW w:w="165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C959882" w14:textId="77777777" w:rsidR="00466FB2" w:rsidRDefault="00000000">
            <w:pPr>
              <w:spacing w:after="0" w:line="240" w:lineRule="auto"/>
            </w:pPr>
            <w:r>
              <w:rPr>
                <w:sz w:val="19"/>
              </w:rPr>
              <w:t xml:space="preserve"> </w:t>
            </w: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2089BFA" w14:textId="77777777" w:rsidR="00466FB2" w:rsidRDefault="00000000">
            <w:pPr>
              <w:spacing w:after="0" w:line="240" w:lineRule="auto"/>
            </w:pPr>
            <w:r>
              <w:rPr>
                <w:sz w:val="19"/>
              </w:rPr>
              <w:t xml:space="preserve"> </w:t>
            </w:r>
          </w:p>
        </w:tc>
      </w:tr>
      <w:tr w:rsidR="00466FB2" w14:paraId="7ED311F4" w14:textId="77777777">
        <w:trPr>
          <w:cantSplit/>
          <w:trHeight w:val="12"/>
          <w:jc w:val="center"/>
        </w:trPr>
        <w:tc>
          <w:tcPr>
            <w:tcW w:w="93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C21EC34" w14:textId="77777777" w:rsidR="00466FB2" w:rsidRDefault="00000000">
            <w:pPr>
              <w:spacing w:after="0" w:line="240" w:lineRule="auto"/>
            </w:pPr>
            <w:r>
              <w:rPr>
                <w:sz w:val="19"/>
              </w:rPr>
              <w:t>E-7</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C6F7110" w14:textId="77777777" w:rsidR="00466FB2" w:rsidRDefault="00000000">
            <w:pPr>
              <w:spacing w:after="0" w:line="240" w:lineRule="auto"/>
            </w:pPr>
            <w:r>
              <w:rPr>
                <w:sz w:val="19"/>
              </w:rPr>
              <w:t xml:space="preserve"> </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A515B69" w14:textId="77777777" w:rsidR="00466FB2" w:rsidRDefault="00000000">
            <w:pPr>
              <w:spacing w:after="0" w:line="240" w:lineRule="auto"/>
            </w:pPr>
            <w:r>
              <w:rPr>
                <w:sz w:val="19"/>
              </w:rPr>
              <w:t xml:space="preserve"> </w:t>
            </w:r>
          </w:p>
        </w:tc>
        <w:tc>
          <w:tcPr>
            <w:tcW w:w="244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E2CBADD" w14:textId="77777777" w:rsidR="00466FB2" w:rsidRDefault="00000000">
            <w:pPr>
              <w:spacing w:after="0" w:line="240" w:lineRule="auto"/>
            </w:pPr>
            <w:r>
              <w:rPr>
                <w:sz w:val="19"/>
              </w:rPr>
              <w:t xml:space="preserve"> </w:t>
            </w:r>
          </w:p>
        </w:tc>
        <w:tc>
          <w:tcPr>
            <w:tcW w:w="237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5098375" w14:textId="77777777" w:rsidR="00466FB2" w:rsidRDefault="00000000">
            <w:pPr>
              <w:spacing w:after="0" w:line="240" w:lineRule="auto"/>
            </w:pPr>
            <w:r>
              <w:rPr>
                <w:sz w:val="19"/>
              </w:rPr>
              <w:t xml:space="preserve"> </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904EACE" w14:textId="77777777" w:rsidR="00466FB2" w:rsidRDefault="00000000">
            <w:pPr>
              <w:spacing w:after="0" w:line="240" w:lineRule="auto"/>
            </w:pPr>
            <w:r>
              <w:rPr>
                <w:sz w:val="19"/>
              </w:rPr>
              <w:t xml:space="preserve"> </w:t>
            </w:r>
          </w:p>
        </w:tc>
        <w:tc>
          <w:tcPr>
            <w:tcW w:w="108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CB0CFBB" w14:textId="77777777" w:rsidR="00466FB2" w:rsidRDefault="00000000">
            <w:pPr>
              <w:spacing w:after="0" w:line="240" w:lineRule="auto"/>
            </w:pPr>
            <w:r>
              <w:rPr>
                <w:sz w:val="19"/>
              </w:rPr>
              <w:t xml:space="preserve"> </w:t>
            </w:r>
          </w:p>
        </w:tc>
        <w:tc>
          <w:tcPr>
            <w:tcW w:w="165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61E0C2E" w14:textId="77777777" w:rsidR="00466FB2" w:rsidRDefault="00000000">
            <w:pPr>
              <w:spacing w:after="0" w:line="240" w:lineRule="auto"/>
            </w:pPr>
            <w:r>
              <w:rPr>
                <w:sz w:val="19"/>
              </w:rPr>
              <w:t xml:space="preserve"> </w:t>
            </w: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9C612FC" w14:textId="77777777" w:rsidR="00466FB2" w:rsidRDefault="00000000">
            <w:pPr>
              <w:spacing w:after="0" w:line="240" w:lineRule="auto"/>
            </w:pPr>
            <w:r>
              <w:rPr>
                <w:sz w:val="19"/>
              </w:rPr>
              <w:t xml:space="preserve"> </w:t>
            </w:r>
          </w:p>
        </w:tc>
      </w:tr>
      <w:tr w:rsidR="00466FB2" w14:paraId="41032B42" w14:textId="77777777">
        <w:trPr>
          <w:cantSplit/>
          <w:trHeight w:val="12"/>
          <w:jc w:val="center"/>
        </w:trPr>
        <w:tc>
          <w:tcPr>
            <w:tcW w:w="93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264B7A1" w14:textId="77777777" w:rsidR="00466FB2" w:rsidRDefault="00000000">
            <w:pPr>
              <w:spacing w:after="0" w:line="240" w:lineRule="auto"/>
            </w:pPr>
            <w:r>
              <w:rPr>
                <w:sz w:val="19"/>
              </w:rPr>
              <w:t>E-8</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CE543DF" w14:textId="77777777" w:rsidR="00466FB2" w:rsidRDefault="00000000">
            <w:pPr>
              <w:spacing w:after="0" w:line="240" w:lineRule="auto"/>
            </w:pPr>
            <w:r>
              <w:rPr>
                <w:sz w:val="19"/>
              </w:rPr>
              <w:t xml:space="preserve"> </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269BE8C" w14:textId="77777777" w:rsidR="00466FB2" w:rsidRDefault="00000000">
            <w:pPr>
              <w:spacing w:after="0" w:line="240" w:lineRule="auto"/>
            </w:pPr>
            <w:r>
              <w:rPr>
                <w:sz w:val="19"/>
              </w:rPr>
              <w:t xml:space="preserve"> </w:t>
            </w:r>
          </w:p>
        </w:tc>
        <w:tc>
          <w:tcPr>
            <w:tcW w:w="244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DBFC712" w14:textId="77777777" w:rsidR="00466FB2" w:rsidRDefault="00000000">
            <w:pPr>
              <w:spacing w:after="0" w:line="240" w:lineRule="auto"/>
            </w:pPr>
            <w:r>
              <w:rPr>
                <w:sz w:val="19"/>
              </w:rPr>
              <w:t xml:space="preserve"> </w:t>
            </w:r>
          </w:p>
        </w:tc>
        <w:tc>
          <w:tcPr>
            <w:tcW w:w="237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144B895" w14:textId="77777777" w:rsidR="00466FB2" w:rsidRDefault="00000000">
            <w:pPr>
              <w:spacing w:after="0" w:line="240" w:lineRule="auto"/>
            </w:pPr>
            <w:r>
              <w:rPr>
                <w:sz w:val="19"/>
              </w:rPr>
              <w:t xml:space="preserve"> </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46A0B11" w14:textId="77777777" w:rsidR="00466FB2" w:rsidRDefault="00000000">
            <w:pPr>
              <w:spacing w:after="0" w:line="240" w:lineRule="auto"/>
            </w:pPr>
            <w:r>
              <w:rPr>
                <w:sz w:val="19"/>
              </w:rPr>
              <w:t xml:space="preserve"> </w:t>
            </w:r>
          </w:p>
        </w:tc>
        <w:tc>
          <w:tcPr>
            <w:tcW w:w="108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33743F9" w14:textId="77777777" w:rsidR="00466FB2" w:rsidRDefault="00000000">
            <w:pPr>
              <w:spacing w:after="0" w:line="240" w:lineRule="auto"/>
            </w:pPr>
            <w:r>
              <w:rPr>
                <w:sz w:val="19"/>
              </w:rPr>
              <w:t xml:space="preserve"> </w:t>
            </w:r>
          </w:p>
        </w:tc>
        <w:tc>
          <w:tcPr>
            <w:tcW w:w="1656"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A377528" w14:textId="77777777" w:rsidR="00466FB2" w:rsidRDefault="00000000">
            <w:pPr>
              <w:spacing w:after="0" w:line="240" w:lineRule="auto"/>
            </w:pPr>
            <w:r>
              <w:rPr>
                <w:sz w:val="19"/>
              </w:rPr>
              <w:t xml:space="preserve"> </w:t>
            </w:r>
          </w:p>
        </w:tc>
        <w:tc>
          <w:tcPr>
            <w:tcW w:w="115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C96673B" w14:textId="77777777" w:rsidR="00466FB2" w:rsidRDefault="00000000">
            <w:pPr>
              <w:spacing w:after="0" w:line="240" w:lineRule="auto"/>
            </w:pPr>
            <w:r>
              <w:rPr>
                <w:sz w:val="19"/>
              </w:rPr>
              <w:t xml:space="preserve"> </w:t>
            </w:r>
          </w:p>
        </w:tc>
      </w:tr>
    </w:tbl>
    <w:p w14:paraId="319F613D" w14:textId="77777777" w:rsidR="00466FB2" w:rsidRDefault="00466FB2">
      <w:pPr>
        <w:sectPr w:rsidR="00466FB2">
          <w:headerReference w:type="default" r:id="rId17"/>
          <w:footerReference w:type="default" r:id="rId18"/>
          <w:pgSz w:w="15840" w:h="12240" w:orient="landscape"/>
          <w:pgMar w:top="792" w:right="792" w:bottom="792" w:left="792" w:header="432" w:footer="432" w:gutter="0"/>
          <w:cols w:space="720"/>
          <w:docGrid w:linePitch="360"/>
        </w:sectPr>
      </w:pPr>
    </w:p>
    <w:p w14:paraId="4A6227F8" w14:textId="77777777" w:rsidR="00466FB2" w:rsidRDefault="00000000">
      <w:pPr>
        <w:pStyle w:val="8DFSectionBar"/>
        <w:keepNext/>
        <w:shd w:val="clear" w:color="auto" w:fill="17365D"/>
        <w:spacing w:before="200" w:after="80" w:line="240" w:lineRule="auto"/>
        <w:ind w:left="120"/>
      </w:pPr>
      <w:r>
        <w:lastRenderedPageBreak/>
        <w:t>11. Corrective Action Response Review</w:t>
      </w:r>
    </w:p>
    <w:tbl>
      <w:tblPr>
        <w:tblW w:w="0" w:type="auto"/>
        <w:jc w:val="center"/>
        <w:tblLayout w:type="fixed"/>
        <w:tblLook w:val="04A0" w:firstRow="1" w:lastRow="0" w:firstColumn="1" w:lastColumn="0" w:noHBand="0" w:noVBand="1"/>
      </w:tblPr>
      <w:tblGrid>
        <w:gridCol w:w="3240"/>
        <w:gridCol w:w="7416"/>
      </w:tblGrid>
      <w:tr w:rsidR="00466FB2" w14:paraId="5DA6CFA5" w14:textId="77777777">
        <w:trPr>
          <w:jc w:val="center"/>
        </w:trPr>
        <w:tc>
          <w:tcPr>
            <w:tcW w:w="10656" w:type="dxa"/>
            <w:gridSpan w:val="2"/>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32A42186" w14:textId="77777777" w:rsidR="00466FB2" w:rsidRDefault="00000000">
            <w:pPr>
              <w:pStyle w:val="GuidanceText"/>
              <w:spacing w:line="240" w:lineRule="auto"/>
            </w:pPr>
            <w:r>
              <w:rPr>
                <w:b/>
                <w:color w:val="2D3748"/>
                <w:sz w:val="18"/>
              </w:rPr>
              <w:t>Guidance:</w:t>
            </w:r>
            <w:r>
              <w:rPr>
                <w:color w:val="2D3748"/>
                <w:sz w:val="18"/>
              </w:rPr>
              <w:t xml:space="preserve"> Reject responses that do not clearly define the issue, containment, root cause, corrective action, owner, due date, and evidence.</w:t>
            </w:r>
          </w:p>
        </w:tc>
      </w:tr>
      <w:tr w:rsidR="00466FB2" w14:paraId="222A31C5"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378CF18" w14:textId="77777777" w:rsidR="00466FB2" w:rsidRDefault="00000000">
            <w:pPr>
              <w:spacing w:after="0" w:line="240" w:lineRule="auto"/>
            </w:pPr>
            <w:r>
              <w:rPr>
                <w:b/>
                <w:color w:val="17365D"/>
              </w:rPr>
              <w:t>Response received?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CADC9F9" w14:textId="77777777" w:rsidR="00466FB2" w:rsidRDefault="00000000">
            <w:pPr>
              <w:spacing w:after="0" w:line="240" w:lineRule="auto"/>
            </w:pPr>
            <w:r>
              <w:rPr>
                <w:i/>
                <w:color w:val="718096"/>
                <w:sz w:val="17"/>
              </w:rPr>
              <w:t>Enter details here.</w:t>
            </w:r>
          </w:p>
        </w:tc>
      </w:tr>
      <w:tr w:rsidR="00466FB2" w14:paraId="6E6DDEC6"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7C42403" w14:textId="77777777" w:rsidR="00466FB2" w:rsidRDefault="00000000">
            <w:pPr>
              <w:spacing w:after="0" w:line="240" w:lineRule="auto"/>
            </w:pPr>
            <w:r>
              <w:rPr>
                <w:b/>
                <w:color w:val="17365D"/>
              </w:rPr>
              <w:t>Response received 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AA671F0" w14:textId="77777777" w:rsidR="00466FB2" w:rsidRDefault="00000000">
            <w:pPr>
              <w:spacing w:after="0" w:line="240" w:lineRule="auto"/>
            </w:pPr>
            <w:r>
              <w:rPr>
                <w:i/>
                <w:color w:val="718096"/>
                <w:sz w:val="17"/>
              </w:rPr>
              <w:t>Enter details here.</w:t>
            </w:r>
          </w:p>
        </w:tc>
      </w:tr>
      <w:tr w:rsidR="00466FB2" w14:paraId="48882BC4"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80842ED" w14:textId="77777777" w:rsidR="00466FB2" w:rsidRDefault="00000000">
            <w:pPr>
              <w:spacing w:after="0" w:line="240" w:lineRule="auto"/>
            </w:pPr>
            <w:r>
              <w:rPr>
                <w:b/>
                <w:color w:val="17365D"/>
              </w:rPr>
              <w:t>Response reviewed by</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FFC2E47" w14:textId="77777777" w:rsidR="00466FB2" w:rsidRDefault="00000000">
            <w:pPr>
              <w:spacing w:after="0" w:line="240" w:lineRule="auto"/>
            </w:pPr>
            <w:r>
              <w:rPr>
                <w:i/>
                <w:color w:val="718096"/>
                <w:sz w:val="17"/>
              </w:rPr>
              <w:t>Enter details here.</w:t>
            </w:r>
          </w:p>
        </w:tc>
      </w:tr>
      <w:tr w:rsidR="00466FB2" w14:paraId="7565E879"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B03CD1B" w14:textId="77777777" w:rsidR="00466FB2" w:rsidRDefault="00000000">
            <w:pPr>
              <w:spacing w:after="0" w:line="240" w:lineRule="auto"/>
            </w:pPr>
            <w:r>
              <w:rPr>
                <w:b/>
                <w:color w:val="17365D"/>
              </w:rPr>
              <w:t>Response review 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BE0428D" w14:textId="77777777" w:rsidR="00466FB2" w:rsidRDefault="00000000">
            <w:pPr>
              <w:spacing w:after="0" w:line="240" w:lineRule="auto"/>
            </w:pPr>
            <w:r>
              <w:rPr>
                <w:i/>
                <w:color w:val="718096"/>
                <w:sz w:val="17"/>
              </w:rPr>
              <w:t>Enter details here.</w:t>
            </w:r>
          </w:p>
        </w:tc>
      </w:tr>
      <w:tr w:rsidR="00466FB2" w14:paraId="5AC0A297"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1944E36" w14:textId="77777777" w:rsidR="00466FB2" w:rsidRDefault="00000000">
            <w:pPr>
              <w:spacing w:after="0" w:line="240" w:lineRule="auto"/>
            </w:pPr>
            <w:r>
              <w:rPr>
                <w:b/>
                <w:color w:val="17365D"/>
              </w:rPr>
              <w:t>Response accepted?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18948F5" w14:textId="77777777" w:rsidR="00466FB2" w:rsidRDefault="00000000">
            <w:pPr>
              <w:spacing w:after="0" w:line="240" w:lineRule="auto"/>
            </w:pPr>
            <w:r>
              <w:rPr>
                <w:i/>
              </w:rPr>
              <w:t>Options: Accepted; Accepted with follow-up; Rejected / resubmission required; More evidence required; On hold</w:t>
            </w:r>
          </w:p>
        </w:tc>
      </w:tr>
      <w:tr w:rsidR="00466FB2" w14:paraId="52D88B99" w14:textId="77777777">
        <w:trPr>
          <w:cantSplit/>
          <w:trHeight w:val="10"/>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B2A4E8D" w14:textId="77777777" w:rsidR="00466FB2" w:rsidRDefault="00000000">
            <w:pPr>
              <w:spacing w:after="0" w:line="240" w:lineRule="auto"/>
            </w:pPr>
            <w:r>
              <w:rPr>
                <w:b/>
                <w:color w:val="17365D"/>
              </w:rPr>
              <w:t>Missing information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1144CF2" w14:textId="77777777" w:rsidR="00466FB2" w:rsidRDefault="00000000">
            <w:pPr>
              <w:spacing w:after="0" w:line="240" w:lineRule="auto"/>
            </w:pPr>
            <w:r>
              <w:rPr>
                <w:i/>
                <w:color w:val="718096"/>
                <w:sz w:val="17"/>
              </w:rPr>
              <w:t>Enter details here.</w:t>
            </w:r>
          </w:p>
        </w:tc>
      </w:tr>
      <w:tr w:rsidR="00466FB2" w14:paraId="7BF9A776"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8704273" w14:textId="77777777" w:rsidR="00466FB2" w:rsidRDefault="00000000">
            <w:pPr>
              <w:spacing w:after="0" w:line="240" w:lineRule="auto"/>
            </w:pPr>
            <w:r>
              <w:rPr>
                <w:b/>
                <w:color w:val="17365D"/>
              </w:rPr>
              <w:t>Implementation risk / production impact reviewed?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5B215C2" w14:textId="77777777" w:rsidR="00466FB2" w:rsidRDefault="00000000">
            <w:pPr>
              <w:spacing w:after="0" w:line="240" w:lineRule="auto"/>
            </w:pPr>
            <w:r>
              <w:rPr>
                <w:i/>
              </w:rPr>
              <w:t>Options: Yes; No; To be reviewed</w:t>
            </w:r>
          </w:p>
        </w:tc>
      </w:tr>
      <w:tr w:rsidR="00466FB2" w14:paraId="7D437CD1" w14:textId="77777777">
        <w:trPr>
          <w:cantSplit/>
          <w:trHeight w:val="9"/>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39A60F7" w14:textId="77777777" w:rsidR="00466FB2" w:rsidRDefault="00000000">
            <w:pPr>
              <w:spacing w:after="0" w:line="240" w:lineRule="auto"/>
            </w:pPr>
            <w:r>
              <w:rPr>
                <w:b/>
                <w:color w:val="17365D"/>
              </w:rPr>
              <w:t>Resource, department, or tooling constraints</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486AA63" w14:textId="77777777" w:rsidR="00466FB2" w:rsidRDefault="00000000">
            <w:pPr>
              <w:spacing w:after="0" w:line="240" w:lineRule="auto"/>
            </w:pPr>
            <w:r>
              <w:rPr>
                <w:i/>
                <w:color w:val="718096"/>
                <w:sz w:val="17"/>
              </w:rPr>
              <w:t>Enter details here.</w:t>
            </w:r>
          </w:p>
        </w:tc>
      </w:tr>
      <w:tr w:rsidR="00466FB2" w14:paraId="5306524D"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1184A80" w14:textId="77777777" w:rsidR="00466FB2" w:rsidRDefault="00000000">
            <w:pPr>
              <w:spacing w:after="0" w:line="240" w:lineRule="auto"/>
            </w:pPr>
            <w:r>
              <w:rPr>
                <w:b/>
                <w:color w:val="17365D"/>
              </w:rPr>
              <w:t>Resubmission due 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BEECB9E" w14:textId="77777777" w:rsidR="00466FB2" w:rsidRDefault="00000000">
            <w:pPr>
              <w:spacing w:after="0" w:line="240" w:lineRule="auto"/>
            </w:pPr>
            <w:r>
              <w:rPr>
                <w:i/>
                <w:color w:val="718096"/>
                <w:sz w:val="17"/>
              </w:rPr>
              <w:t>Enter details here.</w:t>
            </w:r>
          </w:p>
        </w:tc>
      </w:tr>
      <w:tr w:rsidR="00466FB2" w14:paraId="2F71B370" w14:textId="77777777">
        <w:trPr>
          <w:cantSplit/>
          <w:trHeight w:val="14"/>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4902F03" w14:textId="77777777" w:rsidR="00466FB2" w:rsidRDefault="00000000">
            <w:pPr>
              <w:spacing w:after="0" w:line="240" w:lineRule="auto"/>
            </w:pPr>
            <w:r>
              <w:rPr>
                <w:b/>
                <w:color w:val="17365D"/>
              </w:rPr>
              <w:t>Review comments</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A68542B" w14:textId="77777777" w:rsidR="00466FB2" w:rsidRDefault="00000000">
            <w:pPr>
              <w:spacing w:after="0" w:line="240" w:lineRule="auto"/>
            </w:pPr>
            <w:r>
              <w:rPr>
                <w:i/>
                <w:color w:val="718096"/>
                <w:sz w:val="17"/>
              </w:rPr>
              <w:t>Enter details here.</w:t>
            </w:r>
          </w:p>
        </w:tc>
      </w:tr>
    </w:tbl>
    <w:p w14:paraId="37FDA3E8" w14:textId="77777777" w:rsidR="00466FB2" w:rsidRDefault="00000000">
      <w:pPr>
        <w:pStyle w:val="8DFSubsection"/>
        <w:keepNext/>
        <w:spacing w:before="120" w:after="60" w:line="240" w:lineRule="auto"/>
      </w:pPr>
      <w:r>
        <w:t>Response review checklist</w:t>
      </w:r>
    </w:p>
    <w:tbl>
      <w:tblPr>
        <w:tblW w:w="0" w:type="auto"/>
        <w:jc w:val="center"/>
        <w:tblLayout w:type="fixed"/>
        <w:tblLook w:val="04A0" w:firstRow="1" w:lastRow="0" w:firstColumn="1" w:lastColumn="0" w:noHBand="0" w:noVBand="1"/>
      </w:tblPr>
      <w:tblGrid>
        <w:gridCol w:w="5328"/>
        <w:gridCol w:w="5328"/>
      </w:tblGrid>
      <w:tr w:rsidR="00466FB2" w14:paraId="317C8408" w14:textId="77777777">
        <w:trPr>
          <w:cantSplit/>
          <w:trHeight w:val="5"/>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1885DB6B" w14:textId="77777777" w:rsidR="00466FB2" w:rsidRDefault="00000000">
            <w:pPr>
              <w:spacing w:after="0" w:line="240" w:lineRule="auto"/>
            </w:pPr>
            <w:proofErr w:type="gramStart"/>
            <w:r>
              <w:rPr>
                <w:b/>
                <w:color w:val="17365D"/>
                <w:sz w:val="19"/>
              </w:rPr>
              <w:t>[ ]</w:t>
            </w:r>
            <w:proofErr w:type="gramEnd"/>
            <w:r>
              <w:rPr>
                <w:b/>
                <w:color w:val="17365D"/>
                <w:sz w:val="19"/>
              </w:rPr>
              <w:t xml:space="preserve"> Nonconformance confirmed</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623F4D12" w14:textId="77777777" w:rsidR="00466FB2" w:rsidRDefault="00000000">
            <w:pPr>
              <w:spacing w:after="0" w:line="240" w:lineRule="auto"/>
            </w:pPr>
            <w:proofErr w:type="gramStart"/>
            <w:r>
              <w:rPr>
                <w:sz w:val="19"/>
              </w:rPr>
              <w:t>[ ]</w:t>
            </w:r>
            <w:proofErr w:type="gramEnd"/>
            <w:r>
              <w:rPr>
                <w:sz w:val="19"/>
              </w:rPr>
              <w:t xml:space="preserve"> Containment described</w:t>
            </w:r>
          </w:p>
        </w:tc>
      </w:tr>
      <w:tr w:rsidR="00466FB2" w14:paraId="5564FAD8" w14:textId="77777777">
        <w:trPr>
          <w:cantSplit/>
          <w:trHeight w:val="5"/>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10E1EE3E" w14:textId="77777777" w:rsidR="00466FB2" w:rsidRDefault="00000000">
            <w:pPr>
              <w:spacing w:after="0" w:line="240" w:lineRule="auto"/>
            </w:pPr>
            <w:proofErr w:type="gramStart"/>
            <w:r>
              <w:rPr>
                <w:b/>
                <w:color w:val="17365D"/>
                <w:sz w:val="19"/>
              </w:rPr>
              <w:t>[ ]</w:t>
            </w:r>
            <w:proofErr w:type="gramEnd"/>
            <w:r>
              <w:rPr>
                <w:b/>
                <w:color w:val="17365D"/>
                <w:sz w:val="19"/>
              </w:rPr>
              <w:t xml:space="preserve"> Occurrence root cause with evidence</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467D7101" w14:textId="77777777" w:rsidR="00466FB2" w:rsidRDefault="00000000">
            <w:pPr>
              <w:spacing w:after="0" w:line="240" w:lineRule="auto"/>
            </w:pPr>
            <w:proofErr w:type="gramStart"/>
            <w:r>
              <w:rPr>
                <w:sz w:val="19"/>
              </w:rPr>
              <w:t>[ ]</w:t>
            </w:r>
            <w:proofErr w:type="gramEnd"/>
            <w:r>
              <w:rPr>
                <w:sz w:val="19"/>
              </w:rPr>
              <w:t xml:space="preserve"> Escape cause with evidence</w:t>
            </w:r>
          </w:p>
        </w:tc>
      </w:tr>
      <w:tr w:rsidR="00466FB2" w14:paraId="1D4A5BF1" w14:textId="77777777">
        <w:trPr>
          <w:cantSplit/>
          <w:trHeight w:val="5"/>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1DF81540" w14:textId="77777777" w:rsidR="00466FB2" w:rsidRDefault="00000000">
            <w:pPr>
              <w:spacing w:after="0" w:line="240" w:lineRule="auto"/>
            </w:pPr>
            <w:proofErr w:type="gramStart"/>
            <w:r>
              <w:rPr>
                <w:b/>
                <w:color w:val="17365D"/>
                <w:sz w:val="19"/>
              </w:rPr>
              <w:t>[ ]</w:t>
            </w:r>
            <w:proofErr w:type="gramEnd"/>
            <w:r>
              <w:rPr>
                <w:b/>
                <w:color w:val="17365D"/>
                <w:sz w:val="19"/>
              </w:rPr>
              <w:t xml:space="preserve"> Extent of condition reviewed</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5153F77D" w14:textId="77777777" w:rsidR="00466FB2" w:rsidRDefault="00000000">
            <w:pPr>
              <w:spacing w:after="0" w:line="240" w:lineRule="auto"/>
            </w:pPr>
            <w:proofErr w:type="gramStart"/>
            <w:r>
              <w:rPr>
                <w:sz w:val="19"/>
              </w:rPr>
              <w:t>[ ]</w:t>
            </w:r>
            <w:proofErr w:type="gramEnd"/>
            <w:r>
              <w:rPr>
                <w:sz w:val="19"/>
              </w:rPr>
              <w:t xml:space="preserve"> Corrective actions with owners and due dates</w:t>
            </w:r>
          </w:p>
        </w:tc>
      </w:tr>
      <w:tr w:rsidR="00466FB2" w14:paraId="1E93AC7C" w14:textId="77777777">
        <w:trPr>
          <w:cantSplit/>
          <w:trHeight w:val="5"/>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48B5E4BF" w14:textId="77777777" w:rsidR="00466FB2" w:rsidRDefault="00000000">
            <w:pPr>
              <w:spacing w:after="0" w:line="240" w:lineRule="auto"/>
            </w:pPr>
            <w:proofErr w:type="gramStart"/>
            <w:r>
              <w:rPr>
                <w:b/>
                <w:color w:val="17365D"/>
                <w:sz w:val="19"/>
              </w:rPr>
              <w:t>[ ]</w:t>
            </w:r>
            <w:proofErr w:type="gramEnd"/>
            <w:r>
              <w:rPr>
                <w:b/>
                <w:color w:val="17365D"/>
                <w:sz w:val="19"/>
              </w:rPr>
              <w:t xml:space="preserve"> Acceptance criteria / desired outcome defined</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05155612" w14:textId="77777777" w:rsidR="00466FB2" w:rsidRDefault="00000000">
            <w:pPr>
              <w:spacing w:after="0" w:line="240" w:lineRule="auto"/>
            </w:pPr>
            <w:proofErr w:type="gramStart"/>
            <w:r>
              <w:rPr>
                <w:sz w:val="19"/>
              </w:rPr>
              <w:t>[ ]</w:t>
            </w:r>
            <w:proofErr w:type="gramEnd"/>
            <w:r>
              <w:rPr>
                <w:sz w:val="19"/>
              </w:rPr>
              <w:t xml:space="preserve"> Implementation risk and resources reviewed</w:t>
            </w:r>
          </w:p>
        </w:tc>
      </w:tr>
      <w:tr w:rsidR="00466FB2" w14:paraId="1B2DF698" w14:textId="77777777">
        <w:trPr>
          <w:cantSplit/>
          <w:trHeight w:val="5"/>
          <w:jc w:val="center"/>
        </w:trPr>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224CD083" w14:textId="77777777" w:rsidR="00466FB2" w:rsidRDefault="00000000">
            <w:pPr>
              <w:spacing w:after="0" w:line="240" w:lineRule="auto"/>
            </w:pPr>
            <w:proofErr w:type="gramStart"/>
            <w:r>
              <w:rPr>
                <w:b/>
                <w:color w:val="17365D"/>
                <w:sz w:val="19"/>
              </w:rPr>
              <w:t>[ ]</w:t>
            </w:r>
            <w:proofErr w:type="gramEnd"/>
            <w:r>
              <w:rPr>
                <w:b/>
                <w:color w:val="17365D"/>
                <w:sz w:val="19"/>
              </w:rPr>
              <w:t xml:space="preserve"> Evidence attached or referenced</w:t>
            </w:r>
          </w:p>
        </w:tc>
        <w:tc>
          <w:tcPr>
            <w:tcW w:w="532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77E805A8" w14:textId="77777777" w:rsidR="00466FB2" w:rsidRDefault="00000000">
            <w:pPr>
              <w:spacing w:after="0" w:line="240" w:lineRule="auto"/>
            </w:pPr>
            <w:proofErr w:type="gramStart"/>
            <w:r>
              <w:rPr>
                <w:sz w:val="19"/>
              </w:rPr>
              <w:t>[ ]</w:t>
            </w:r>
            <w:proofErr w:type="gramEnd"/>
            <w:r>
              <w:rPr>
                <w:sz w:val="19"/>
              </w:rPr>
              <w:t xml:space="preserve"> Customer notification decision made, if applicable</w:t>
            </w:r>
          </w:p>
        </w:tc>
      </w:tr>
    </w:tbl>
    <w:p w14:paraId="4D59E2BC" w14:textId="77777777" w:rsidR="00466FB2" w:rsidRDefault="00000000">
      <w:pPr>
        <w:pStyle w:val="8DFSectionBar"/>
        <w:keepNext/>
        <w:shd w:val="clear" w:color="auto" w:fill="17365D"/>
        <w:spacing w:before="200" w:after="80" w:line="240" w:lineRule="auto"/>
        <w:ind w:left="120"/>
      </w:pPr>
      <w:r>
        <w:t>12. Verification and Effectiveness Check</w:t>
      </w:r>
    </w:p>
    <w:tbl>
      <w:tblPr>
        <w:tblW w:w="0" w:type="auto"/>
        <w:jc w:val="center"/>
        <w:tblLayout w:type="fixed"/>
        <w:tblLook w:val="04A0" w:firstRow="1" w:lastRow="0" w:firstColumn="1" w:lastColumn="0" w:noHBand="0" w:noVBand="1"/>
      </w:tblPr>
      <w:tblGrid>
        <w:gridCol w:w="3240"/>
        <w:gridCol w:w="7416"/>
      </w:tblGrid>
      <w:tr w:rsidR="00466FB2" w14:paraId="460487FB" w14:textId="77777777">
        <w:trPr>
          <w:jc w:val="center"/>
        </w:trPr>
        <w:tc>
          <w:tcPr>
            <w:tcW w:w="10656" w:type="dxa"/>
            <w:gridSpan w:val="2"/>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0C5C2502" w14:textId="77777777" w:rsidR="00466FB2" w:rsidRDefault="00000000">
            <w:pPr>
              <w:pStyle w:val="GuidanceText"/>
              <w:spacing w:line="240" w:lineRule="auto"/>
            </w:pPr>
            <w:r>
              <w:rPr>
                <w:b/>
                <w:color w:val="2D3748"/>
                <w:sz w:val="18"/>
              </w:rPr>
              <w:t>Guidance:</w:t>
            </w:r>
            <w:r>
              <w:rPr>
                <w:color w:val="2D3748"/>
                <w:sz w:val="18"/>
              </w:rPr>
              <w:t xml:space="preserve"> Verification checks that actions were completed. Effectiveness checks whether the actions reduced or removed recurrence risk over time.</w:t>
            </w:r>
          </w:p>
        </w:tc>
      </w:tr>
      <w:tr w:rsidR="00466FB2" w14:paraId="552F4F41"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6E18240" w14:textId="77777777" w:rsidR="00466FB2" w:rsidRDefault="00000000">
            <w:pPr>
              <w:spacing w:after="0" w:line="240" w:lineRule="auto"/>
            </w:pPr>
            <w:r>
              <w:rPr>
                <w:b/>
                <w:color w:val="17365D"/>
              </w:rPr>
              <w:t>Containment verified? Initials/date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44E9178" w14:textId="77777777" w:rsidR="00466FB2" w:rsidRDefault="00000000">
            <w:pPr>
              <w:spacing w:after="0" w:line="240" w:lineRule="auto"/>
            </w:pPr>
            <w:r>
              <w:rPr>
                <w:i/>
                <w:color w:val="718096"/>
                <w:sz w:val="17"/>
              </w:rPr>
              <w:t>Enter details here.</w:t>
            </w:r>
          </w:p>
        </w:tc>
      </w:tr>
      <w:tr w:rsidR="00466FB2" w14:paraId="06E48548"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3006654" w14:textId="77777777" w:rsidR="00466FB2" w:rsidRDefault="00000000">
            <w:pPr>
              <w:spacing w:after="0" w:line="240" w:lineRule="auto"/>
            </w:pPr>
            <w:r>
              <w:rPr>
                <w:b/>
                <w:color w:val="17365D"/>
              </w:rPr>
              <w:t>Product action verified? Initials/date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16265B5" w14:textId="77777777" w:rsidR="00466FB2" w:rsidRDefault="00000000">
            <w:pPr>
              <w:spacing w:after="0" w:line="240" w:lineRule="auto"/>
            </w:pPr>
            <w:r>
              <w:rPr>
                <w:i/>
                <w:color w:val="718096"/>
                <w:sz w:val="17"/>
              </w:rPr>
              <w:t>Enter details here.</w:t>
            </w:r>
          </w:p>
        </w:tc>
      </w:tr>
      <w:tr w:rsidR="00466FB2" w14:paraId="6EBF4B97"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7D9DB4C" w14:textId="77777777" w:rsidR="00466FB2" w:rsidRDefault="00000000">
            <w:pPr>
              <w:spacing w:after="0" w:line="240" w:lineRule="auto"/>
            </w:pPr>
            <w:r>
              <w:rPr>
                <w:b/>
                <w:color w:val="17365D"/>
              </w:rPr>
              <w:t>Corrective action evidence reviewed? Initials/date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BBEB8AB" w14:textId="77777777" w:rsidR="00466FB2" w:rsidRDefault="00000000">
            <w:pPr>
              <w:spacing w:after="0" w:line="240" w:lineRule="auto"/>
            </w:pPr>
            <w:r>
              <w:rPr>
                <w:i/>
                <w:color w:val="718096"/>
                <w:sz w:val="17"/>
              </w:rPr>
              <w:t>Enter details here.</w:t>
            </w:r>
          </w:p>
        </w:tc>
      </w:tr>
      <w:tr w:rsidR="00466FB2" w14:paraId="7560440A"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BC3C708" w14:textId="77777777" w:rsidR="00466FB2" w:rsidRDefault="00000000">
            <w:pPr>
              <w:spacing w:after="0" w:line="240" w:lineRule="auto"/>
            </w:pPr>
            <w:r>
              <w:rPr>
                <w:b/>
                <w:color w:val="17365D"/>
              </w:rPr>
              <w:t>Updated document / inspection / control evidence reviewed? Initials/date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0B75C64" w14:textId="77777777" w:rsidR="00466FB2" w:rsidRDefault="00000000">
            <w:pPr>
              <w:spacing w:after="0" w:line="240" w:lineRule="auto"/>
            </w:pPr>
            <w:r>
              <w:rPr>
                <w:i/>
                <w:color w:val="718096"/>
                <w:sz w:val="17"/>
              </w:rPr>
              <w:t>Enter details here.</w:t>
            </w:r>
          </w:p>
        </w:tc>
      </w:tr>
      <w:tr w:rsidR="00466FB2" w14:paraId="34A7D361"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91F1A10" w14:textId="77777777" w:rsidR="00466FB2" w:rsidRDefault="00000000">
            <w:pPr>
              <w:spacing w:after="0" w:line="240" w:lineRule="auto"/>
            </w:pPr>
            <w:r>
              <w:rPr>
                <w:b/>
                <w:color w:val="17365D"/>
              </w:rPr>
              <w:t>Customer communication completed, if required?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93796FB" w14:textId="77777777" w:rsidR="00466FB2" w:rsidRDefault="00000000">
            <w:pPr>
              <w:spacing w:after="0" w:line="240" w:lineRule="auto"/>
            </w:pPr>
            <w:r>
              <w:rPr>
                <w:i/>
                <w:color w:val="718096"/>
                <w:sz w:val="17"/>
              </w:rPr>
              <w:t>Enter details here.</w:t>
            </w:r>
          </w:p>
        </w:tc>
      </w:tr>
      <w:tr w:rsidR="00466FB2" w14:paraId="07FB09AE"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56512EC" w14:textId="77777777" w:rsidR="00466FB2" w:rsidRDefault="00000000">
            <w:pPr>
              <w:spacing w:after="0" w:line="240" w:lineRule="auto"/>
            </w:pPr>
            <w:r>
              <w:rPr>
                <w:b/>
                <w:color w:val="17365D"/>
              </w:rPr>
              <w:t>Customer notification required?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193A3AE" w14:textId="77777777" w:rsidR="00466FB2" w:rsidRDefault="00000000">
            <w:pPr>
              <w:spacing w:after="0" w:line="240" w:lineRule="auto"/>
            </w:pPr>
            <w:r>
              <w:rPr>
                <w:i/>
              </w:rPr>
              <w:t>Options: Yes; No; Completed; Not required; To be reviewed</w:t>
            </w:r>
          </w:p>
        </w:tc>
      </w:tr>
      <w:tr w:rsidR="00466FB2" w14:paraId="7C07D07A"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4AF05EB" w14:textId="77777777" w:rsidR="00466FB2" w:rsidRDefault="00000000">
            <w:pPr>
              <w:spacing w:after="0" w:line="240" w:lineRule="auto"/>
            </w:pPr>
            <w:r>
              <w:rPr>
                <w:b/>
                <w:color w:val="17365D"/>
              </w:rPr>
              <w:t>Customer notification date / method, if required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982DA92" w14:textId="77777777" w:rsidR="00466FB2" w:rsidRDefault="00000000">
            <w:pPr>
              <w:spacing w:after="0" w:line="240" w:lineRule="auto"/>
            </w:pPr>
            <w:r>
              <w:rPr>
                <w:i/>
                <w:color w:val="718096"/>
                <w:sz w:val="17"/>
              </w:rPr>
              <w:t>Enter details here.</w:t>
            </w:r>
          </w:p>
        </w:tc>
      </w:tr>
      <w:tr w:rsidR="00466FB2" w14:paraId="5ADFC704" w14:textId="77777777">
        <w:trPr>
          <w:cantSplit/>
          <w:trHeight w:val="10"/>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2D5D66C" w14:textId="77777777" w:rsidR="00466FB2" w:rsidRDefault="00000000">
            <w:pPr>
              <w:spacing w:after="0" w:line="240" w:lineRule="auto"/>
            </w:pPr>
            <w:r>
              <w:rPr>
                <w:b/>
                <w:color w:val="17365D"/>
              </w:rPr>
              <w:lastRenderedPageBreak/>
              <w:t>Verification method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08FE20C" w14:textId="77777777" w:rsidR="00466FB2" w:rsidRDefault="00000000">
            <w:pPr>
              <w:spacing w:after="0" w:line="240" w:lineRule="auto"/>
            </w:pPr>
            <w:r>
              <w:rPr>
                <w:i/>
                <w:color w:val="718096"/>
                <w:sz w:val="17"/>
              </w:rPr>
              <w:t>Enter details here.</w:t>
            </w:r>
          </w:p>
        </w:tc>
      </w:tr>
      <w:tr w:rsidR="00466FB2" w14:paraId="416A2AD4" w14:textId="77777777">
        <w:trPr>
          <w:cantSplit/>
          <w:trHeight w:val="10"/>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5E2CA94" w14:textId="77777777" w:rsidR="00466FB2" w:rsidRDefault="00000000">
            <w:pPr>
              <w:spacing w:after="0" w:line="240" w:lineRule="auto"/>
            </w:pPr>
            <w:r>
              <w:rPr>
                <w:b/>
                <w:color w:val="17365D"/>
              </w:rPr>
              <w:t>Verification result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8827FB5" w14:textId="77777777" w:rsidR="00466FB2" w:rsidRDefault="00000000">
            <w:pPr>
              <w:spacing w:after="0" w:line="240" w:lineRule="auto"/>
            </w:pPr>
            <w:r>
              <w:rPr>
                <w:i/>
                <w:color w:val="718096"/>
                <w:sz w:val="17"/>
              </w:rPr>
              <w:t>Enter details here.</w:t>
            </w:r>
          </w:p>
        </w:tc>
      </w:tr>
      <w:tr w:rsidR="00466FB2" w14:paraId="15C87AFD"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0F9EC65" w14:textId="77777777" w:rsidR="00466FB2" w:rsidRDefault="00000000">
            <w:pPr>
              <w:spacing w:after="0" w:line="240" w:lineRule="auto"/>
            </w:pPr>
            <w:r>
              <w:rPr>
                <w:b/>
                <w:color w:val="17365D"/>
              </w:rPr>
              <w:t>Verified by</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EEEAF51" w14:textId="77777777" w:rsidR="00466FB2" w:rsidRDefault="00000000">
            <w:pPr>
              <w:spacing w:after="0" w:line="240" w:lineRule="auto"/>
            </w:pPr>
            <w:r>
              <w:rPr>
                <w:i/>
                <w:color w:val="718096"/>
                <w:sz w:val="17"/>
              </w:rPr>
              <w:t>Enter details here.</w:t>
            </w:r>
          </w:p>
        </w:tc>
      </w:tr>
      <w:tr w:rsidR="00466FB2" w14:paraId="63303357"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722F71A" w14:textId="77777777" w:rsidR="00466FB2" w:rsidRDefault="00000000">
            <w:pPr>
              <w:spacing w:after="0" w:line="240" w:lineRule="auto"/>
            </w:pPr>
            <w:r>
              <w:rPr>
                <w:b/>
                <w:color w:val="17365D"/>
              </w:rPr>
              <w:t>Verification 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36E8D51" w14:textId="77777777" w:rsidR="00466FB2" w:rsidRDefault="00000000">
            <w:pPr>
              <w:spacing w:after="0" w:line="240" w:lineRule="auto"/>
            </w:pPr>
            <w:r>
              <w:rPr>
                <w:i/>
                <w:color w:val="718096"/>
                <w:sz w:val="17"/>
              </w:rPr>
              <w:t>Enter details here.</w:t>
            </w:r>
          </w:p>
        </w:tc>
      </w:tr>
      <w:tr w:rsidR="00466FB2" w14:paraId="59EF3305"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B2E856B" w14:textId="77777777" w:rsidR="00466FB2" w:rsidRDefault="00000000">
            <w:pPr>
              <w:spacing w:after="0" w:line="240" w:lineRule="auto"/>
            </w:pPr>
            <w:r>
              <w:rPr>
                <w:b/>
                <w:color w:val="17365D"/>
              </w:rPr>
              <w:t>Effectiveness check required?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2C13A87" w14:textId="77777777" w:rsidR="00466FB2" w:rsidRDefault="00000000">
            <w:pPr>
              <w:spacing w:after="0" w:line="240" w:lineRule="auto"/>
            </w:pPr>
            <w:r>
              <w:rPr>
                <w:i/>
              </w:rPr>
              <w:t>Options: Yes; No; To be reviewed</w:t>
            </w:r>
          </w:p>
        </w:tc>
      </w:tr>
      <w:tr w:rsidR="00466FB2" w14:paraId="28CA4EDD"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88528D3" w14:textId="77777777" w:rsidR="00466FB2" w:rsidRDefault="00000000">
            <w:pPr>
              <w:spacing w:after="0" w:line="240" w:lineRule="auto"/>
            </w:pPr>
            <w:r>
              <w:rPr>
                <w:b/>
                <w:color w:val="17365D"/>
              </w:rPr>
              <w:t>Effectiveness acceptance criteria / desired outcome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77BF09B" w14:textId="77777777" w:rsidR="00466FB2" w:rsidRDefault="00000000">
            <w:pPr>
              <w:spacing w:after="0" w:line="240" w:lineRule="auto"/>
            </w:pPr>
            <w:r>
              <w:rPr>
                <w:i/>
                <w:color w:val="718096"/>
                <w:sz w:val="17"/>
              </w:rPr>
              <w:t>Enter details here.</w:t>
            </w:r>
          </w:p>
        </w:tc>
      </w:tr>
      <w:tr w:rsidR="00466FB2" w14:paraId="72510D56" w14:textId="77777777">
        <w:trPr>
          <w:cantSplit/>
          <w:trHeight w:val="9"/>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44044FB" w14:textId="77777777" w:rsidR="00466FB2" w:rsidRDefault="00000000">
            <w:pPr>
              <w:spacing w:after="0" w:line="240" w:lineRule="auto"/>
            </w:pPr>
            <w:r>
              <w:rPr>
                <w:b/>
                <w:color w:val="17365D"/>
              </w:rPr>
              <w:t>Effectiveness check method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0A34313" w14:textId="77777777" w:rsidR="00466FB2" w:rsidRDefault="00000000">
            <w:pPr>
              <w:spacing w:after="0" w:line="240" w:lineRule="auto"/>
            </w:pPr>
            <w:r>
              <w:rPr>
                <w:i/>
              </w:rPr>
              <w:t>Examples: next 3 production runs show zero defects; 30-day follow-up audit of the process; 100% inspection of the next 500 parts with zero recurrences; receiving inspection trend; customer return monitoring</w:t>
            </w:r>
          </w:p>
        </w:tc>
      </w:tr>
      <w:tr w:rsidR="00466FB2" w14:paraId="6F4DA5C8"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A79897D" w14:textId="77777777" w:rsidR="00466FB2" w:rsidRDefault="00000000">
            <w:pPr>
              <w:spacing w:after="0" w:line="240" w:lineRule="auto"/>
            </w:pPr>
            <w:r>
              <w:rPr>
                <w:b/>
                <w:color w:val="17365D"/>
              </w:rPr>
              <w:t xml:space="preserve">Effectiveness </w:t>
            </w:r>
            <w:proofErr w:type="gramStart"/>
            <w:r>
              <w:rPr>
                <w:b/>
                <w:color w:val="17365D"/>
              </w:rPr>
              <w:t>check</w:t>
            </w:r>
            <w:proofErr w:type="gramEnd"/>
            <w:r>
              <w:rPr>
                <w:b/>
                <w:color w:val="17365D"/>
              </w:rPr>
              <w:t xml:space="preserve"> due 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39C53F5" w14:textId="77777777" w:rsidR="00466FB2" w:rsidRDefault="00000000">
            <w:pPr>
              <w:spacing w:after="0" w:line="240" w:lineRule="auto"/>
            </w:pPr>
            <w:r>
              <w:rPr>
                <w:i/>
                <w:color w:val="718096"/>
                <w:sz w:val="17"/>
              </w:rPr>
              <w:t>Enter details here.</w:t>
            </w:r>
          </w:p>
        </w:tc>
      </w:tr>
      <w:tr w:rsidR="00466FB2" w14:paraId="4685F1D3"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0DDEA50" w14:textId="77777777" w:rsidR="00466FB2" w:rsidRDefault="00000000">
            <w:pPr>
              <w:spacing w:after="0" w:line="240" w:lineRule="auto"/>
            </w:pPr>
            <w:r>
              <w:rPr>
                <w:b/>
                <w:color w:val="17365D"/>
              </w:rPr>
              <w:t>Effectiveness check outcome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C72ADE5" w14:textId="77777777" w:rsidR="00466FB2" w:rsidRDefault="00000000">
            <w:pPr>
              <w:spacing w:after="0" w:line="240" w:lineRule="auto"/>
            </w:pPr>
            <w:r>
              <w:rPr>
                <w:i/>
              </w:rPr>
              <w:t>Options: Effective - no recurrence; Partially effective - modified action required; Ineffective - CAR reopened; Pending</w:t>
            </w:r>
          </w:p>
        </w:tc>
      </w:tr>
      <w:tr w:rsidR="00466FB2" w14:paraId="7B196E7B" w14:textId="77777777">
        <w:trPr>
          <w:cantSplit/>
          <w:trHeight w:val="10"/>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B9AF802" w14:textId="77777777" w:rsidR="00466FB2" w:rsidRDefault="00000000">
            <w:pPr>
              <w:spacing w:after="0" w:line="240" w:lineRule="auto"/>
            </w:pPr>
            <w:r>
              <w:rPr>
                <w:b/>
                <w:color w:val="17365D"/>
              </w:rPr>
              <w:t>Effectiveness check result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3291BBA" w14:textId="77777777" w:rsidR="00466FB2" w:rsidRDefault="00000000">
            <w:pPr>
              <w:spacing w:after="0" w:line="240" w:lineRule="auto"/>
            </w:pPr>
            <w:r>
              <w:rPr>
                <w:i/>
                <w:color w:val="718096"/>
                <w:sz w:val="17"/>
              </w:rPr>
              <w:t>Enter details here.</w:t>
            </w:r>
          </w:p>
        </w:tc>
      </w:tr>
      <w:tr w:rsidR="00466FB2" w14:paraId="15A5877F"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9B06291" w14:textId="77777777" w:rsidR="00466FB2" w:rsidRDefault="00000000">
            <w:pPr>
              <w:spacing w:after="0" w:line="240" w:lineRule="auto"/>
            </w:pPr>
            <w:r>
              <w:rPr>
                <w:b/>
                <w:color w:val="17365D"/>
              </w:rPr>
              <w:t>Effectiveness checked by</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EC20E26" w14:textId="77777777" w:rsidR="00466FB2" w:rsidRDefault="00000000">
            <w:pPr>
              <w:spacing w:after="0" w:line="240" w:lineRule="auto"/>
            </w:pPr>
            <w:r>
              <w:rPr>
                <w:i/>
                <w:color w:val="718096"/>
                <w:sz w:val="17"/>
              </w:rPr>
              <w:t>Enter details here.</w:t>
            </w:r>
          </w:p>
        </w:tc>
      </w:tr>
      <w:tr w:rsidR="00466FB2" w14:paraId="20A7F50F"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A4BD5C0" w14:textId="77777777" w:rsidR="00466FB2" w:rsidRDefault="00000000">
            <w:pPr>
              <w:spacing w:after="0" w:line="240" w:lineRule="auto"/>
            </w:pPr>
            <w:r>
              <w:rPr>
                <w:b/>
                <w:color w:val="17365D"/>
              </w:rPr>
              <w:t>Effectiveness check 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A53EC96" w14:textId="77777777" w:rsidR="00466FB2" w:rsidRDefault="00000000">
            <w:pPr>
              <w:spacing w:after="0" w:line="240" w:lineRule="auto"/>
            </w:pPr>
            <w:r>
              <w:rPr>
                <w:i/>
                <w:color w:val="718096"/>
                <w:sz w:val="17"/>
              </w:rPr>
              <w:t>Enter details here.</w:t>
            </w:r>
          </w:p>
        </w:tc>
      </w:tr>
    </w:tbl>
    <w:p w14:paraId="66710DA0" w14:textId="77777777" w:rsidR="00466FB2" w:rsidRDefault="00000000">
      <w:pPr>
        <w:pStyle w:val="8DFSectionBar"/>
        <w:keepNext/>
        <w:shd w:val="clear" w:color="auto" w:fill="17365D"/>
        <w:spacing w:before="200" w:after="80" w:line="240" w:lineRule="auto"/>
        <w:ind w:left="120"/>
      </w:pPr>
      <w:r>
        <w:t>13. Closure Decision</w:t>
      </w:r>
    </w:p>
    <w:tbl>
      <w:tblPr>
        <w:tblW w:w="0" w:type="auto"/>
        <w:jc w:val="center"/>
        <w:tblLayout w:type="fixed"/>
        <w:tblLook w:val="04A0" w:firstRow="1" w:lastRow="0" w:firstColumn="1" w:lastColumn="0" w:noHBand="0" w:noVBand="1"/>
      </w:tblPr>
      <w:tblGrid>
        <w:gridCol w:w="3240"/>
        <w:gridCol w:w="7416"/>
      </w:tblGrid>
      <w:tr w:rsidR="00466FB2" w14:paraId="07C4EB75" w14:textId="77777777">
        <w:trPr>
          <w:jc w:val="center"/>
        </w:trPr>
        <w:tc>
          <w:tcPr>
            <w:tcW w:w="10656" w:type="dxa"/>
            <w:gridSpan w:val="2"/>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1A24906A" w14:textId="77777777" w:rsidR="00466FB2" w:rsidRDefault="00000000">
            <w:pPr>
              <w:pStyle w:val="GuidanceText"/>
              <w:spacing w:line="240" w:lineRule="auto"/>
            </w:pPr>
            <w:r>
              <w:rPr>
                <w:b/>
                <w:color w:val="2D3748"/>
                <w:sz w:val="18"/>
              </w:rPr>
              <w:t>Guidance:</w:t>
            </w:r>
            <w:r>
              <w:rPr>
                <w:color w:val="2D3748"/>
                <w:sz w:val="18"/>
              </w:rPr>
              <w:t xml:space="preserve"> Do not close the CAR until the required response, containment, product action, evidence, verification, and approvals are complete.</w:t>
            </w:r>
          </w:p>
        </w:tc>
      </w:tr>
      <w:tr w:rsidR="00466FB2" w14:paraId="20297854"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8899CC8" w14:textId="77777777" w:rsidR="00466FB2" w:rsidRDefault="00000000">
            <w:pPr>
              <w:spacing w:after="0" w:line="240" w:lineRule="auto"/>
            </w:pPr>
            <w:r>
              <w:rPr>
                <w:b/>
                <w:color w:val="17365D"/>
              </w:rPr>
              <w:t>CAR closure decision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2505DC0" w14:textId="77777777" w:rsidR="00466FB2" w:rsidRDefault="00000000">
            <w:pPr>
              <w:spacing w:after="0" w:line="240" w:lineRule="auto"/>
            </w:pPr>
            <w:r>
              <w:rPr>
                <w:i/>
              </w:rPr>
              <w:t>Options: Closed; Closed with effectiveness check pending; Rejected / resubmission required; On hold; Escalated to internal management review</w:t>
            </w:r>
          </w:p>
        </w:tc>
      </w:tr>
      <w:tr w:rsidR="00466FB2" w14:paraId="4DC10934"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1F9DF5E" w14:textId="77777777" w:rsidR="00466FB2" w:rsidRDefault="00000000">
            <w:pPr>
              <w:spacing w:after="0" w:line="240" w:lineRule="auto"/>
            </w:pPr>
            <w:r>
              <w:rPr>
                <w:b/>
                <w:color w:val="17365D"/>
              </w:rPr>
              <w:t>Closure evidence reference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9FB0379" w14:textId="77777777" w:rsidR="00466FB2" w:rsidRDefault="00000000">
            <w:pPr>
              <w:spacing w:after="0" w:line="240" w:lineRule="auto"/>
            </w:pPr>
            <w:r>
              <w:rPr>
                <w:i/>
                <w:color w:val="718096"/>
                <w:sz w:val="17"/>
              </w:rPr>
              <w:t>Enter details here.</w:t>
            </w:r>
          </w:p>
        </w:tc>
      </w:tr>
      <w:tr w:rsidR="00466FB2" w14:paraId="199DDFA2"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18AFE57" w14:textId="77777777" w:rsidR="00466FB2" w:rsidRDefault="00000000">
            <w:pPr>
              <w:spacing w:after="0" w:line="240" w:lineRule="auto"/>
            </w:pPr>
            <w:r>
              <w:rPr>
                <w:b/>
                <w:color w:val="17365D"/>
              </w:rPr>
              <w:t>Closed by</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C4BF90A" w14:textId="77777777" w:rsidR="00466FB2" w:rsidRDefault="00000000">
            <w:pPr>
              <w:spacing w:after="0" w:line="240" w:lineRule="auto"/>
            </w:pPr>
            <w:r>
              <w:rPr>
                <w:i/>
                <w:color w:val="718096"/>
                <w:sz w:val="17"/>
              </w:rPr>
              <w:t>Enter details here.</w:t>
            </w:r>
          </w:p>
        </w:tc>
      </w:tr>
      <w:tr w:rsidR="00466FB2" w14:paraId="54A4D3AB"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899177A" w14:textId="77777777" w:rsidR="00466FB2" w:rsidRDefault="00000000">
            <w:pPr>
              <w:spacing w:after="0" w:line="240" w:lineRule="auto"/>
            </w:pPr>
            <w:r>
              <w:rPr>
                <w:b/>
                <w:color w:val="17365D"/>
              </w:rPr>
              <w:t>Closure date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426840F" w14:textId="77777777" w:rsidR="00466FB2" w:rsidRDefault="00000000">
            <w:pPr>
              <w:spacing w:after="0" w:line="240" w:lineRule="auto"/>
            </w:pPr>
            <w:r>
              <w:rPr>
                <w:i/>
                <w:color w:val="718096"/>
                <w:sz w:val="17"/>
              </w:rPr>
              <w:t>Enter details here.</w:t>
            </w:r>
          </w:p>
        </w:tc>
      </w:tr>
      <w:tr w:rsidR="00466FB2" w14:paraId="7389621E" w14:textId="77777777">
        <w:trPr>
          <w:cantSplit/>
          <w:trHeight w:val="11"/>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52592501" w14:textId="77777777" w:rsidR="00466FB2" w:rsidRDefault="00000000">
            <w:pPr>
              <w:spacing w:after="0" w:line="240" w:lineRule="auto"/>
            </w:pPr>
            <w:r>
              <w:rPr>
                <w:b/>
                <w:color w:val="17365D"/>
              </w:rPr>
              <w:t>Closure notes</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0ED880E" w14:textId="77777777" w:rsidR="00466FB2" w:rsidRDefault="00000000">
            <w:pPr>
              <w:spacing w:after="0" w:line="240" w:lineRule="auto"/>
            </w:pPr>
            <w:r>
              <w:rPr>
                <w:i/>
                <w:color w:val="718096"/>
                <w:sz w:val="17"/>
              </w:rPr>
              <w:t>Enter details here.</w:t>
            </w:r>
          </w:p>
        </w:tc>
      </w:tr>
      <w:tr w:rsidR="00466FB2" w14:paraId="30DFFD83"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885FB5A" w14:textId="77777777" w:rsidR="00466FB2" w:rsidRDefault="00000000">
            <w:pPr>
              <w:spacing w:after="0" w:line="240" w:lineRule="auto"/>
            </w:pPr>
            <w:r>
              <w:rPr>
                <w:b/>
                <w:color w:val="17365D"/>
              </w:rPr>
              <w:t>Open residual risk / follow-up action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7089F9C" w14:textId="77777777" w:rsidR="00466FB2" w:rsidRDefault="00000000">
            <w:pPr>
              <w:spacing w:after="0" w:line="240" w:lineRule="auto"/>
            </w:pPr>
            <w:r>
              <w:rPr>
                <w:i/>
                <w:color w:val="718096"/>
                <w:sz w:val="17"/>
              </w:rPr>
              <w:t>Enter details here.</w:t>
            </w:r>
          </w:p>
        </w:tc>
      </w:tr>
      <w:tr w:rsidR="00466FB2" w14:paraId="5F948728"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C0D5C44" w14:textId="77777777" w:rsidR="00466FB2" w:rsidRDefault="00000000">
            <w:pPr>
              <w:spacing w:after="0" w:line="240" w:lineRule="auto"/>
            </w:pPr>
            <w:r>
              <w:rPr>
                <w:b/>
                <w:color w:val="17365D"/>
              </w:rPr>
              <w:t>Linked follow-up CAR / action ID, if required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7994FBB" w14:textId="77777777" w:rsidR="00466FB2" w:rsidRDefault="00000000">
            <w:pPr>
              <w:spacing w:after="0" w:line="240" w:lineRule="auto"/>
            </w:pPr>
            <w:r>
              <w:rPr>
                <w:i/>
                <w:color w:val="718096"/>
                <w:sz w:val="17"/>
              </w:rPr>
              <w:t>Enter details here.</w:t>
            </w:r>
          </w:p>
        </w:tc>
      </w:tr>
      <w:tr w:rsidR="00466FB2" w14:paraId="08BC3A0B"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011FBA5" w14:textId="77777777" w:rsidR="00466FB2" w:rsidRDefault="00000000">
            <w:pPr>
              <w:spacing w:after="0" w:line="240" w:lineRule="auto"/>
            </w:pPr>
            <w:r>
              <w:rPr>
                <w:b/>
                <w:color w:val="17365D"/>
              </w:rPr>
              <w:t>Owner notified of closure?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CEFDB49" w14:textId="77777777" w:rsidR="00466FB2" w:rsidRDefault="00000000">
            <w:pPr>
              <w:spacing w:after="0" w:line="240" w:lineRule="auto"/>
            </w:pPr>
            <w:r>
              <w:rPr>
                <w:i/>
                <w:color w:val="718096"/>
                <w:sz w:val="17"/>
              </w:rPr>
              <w:t>Enter details here.</w:t>
            </w:r>
          </w:p>
        </w:tc>
      </w:tr>
      <w:tr w:rsidR="00466FB2" w14:paraId="3BE3E5A4"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80B6627" w14:textId="77777777" w:rsidR="00466FB2" w:rsidRDefault="00000000">
            <w:pPr>
              <w:spacing w:after="0" w:line="240" w:lineRule="auto"/>
            </w:pPr>
            <w:r>
              <w:rPr>
                <w:b/>
                <w:color w:val="17365D"/>
              </w:rPr>
              <w:t>Closure communication reference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85ABBD0" w14:textId="77777777" w:rsidR="00466FB2" w:rsidRDefault="00000000">
            <w:pPr>
              <w:spacing w:after="0" w:line="240" w:lineRule="auto"/>
            </w:pPr>
            <w:r>
              <w:rPr>
                <w:i/>
                <w:color w:val="718096"/>
                <w:sz w:val="17"/>
              </w:rPr>
              <w:t>Enter details here.</w:t>
            </w:r>
          </w:p>
        </w:tc>
      </w:tr>
    </w:tbl>
    <w:p w14:paraId="30ED9E91" w14:textId="77777777" w:rsidR="00466FB2" w:rsidRDefault="00000000">
      <w:pPr>
        <w:pStyle w:val="8DFSectionBar"/>
        <w:keepNext/>
        <w:shd w:val="clear" w:color="auto" w:fill="17365D"/>
        <w:spacing w:before="200" w:after="80" w:line="240" w:lineRule="auto"/>
        <w:ind w:left="120"/>
      </w:pPr>
      <w:r>
        <w:t>14. Approval / Sign-off</w:t>
      </w:r>
    </w:p>
    <w:tbl>
      <w:tblPr>
        <w:tblW w:w="0" w:type="auto"/>
        <w:jc w:val="center"/>
        <w:tblLayout w:type="fixed"/>
        <w:tblLook w:val="04A0" w:firstRow="1" w:lastRow="0" w:firstColumn="1" w:lastColumn="0" w:noHBand="0" w:noVBand="1"/>
      </w:tblPr>
      <w:tblGrid>
        <w:gridCol w:w="2592"/>
        <w:gridCol w:w="1944"/>
        <w:gridCol w:w="2232"/>
        <w:gridCol w:w="1224"/>
        <w:gridCol w:w="2664"/>
        <w:gridCol w:w="19"/>
      </w:tblGrid>
      <w:tr w:rsidR="00466FB2" w14:paraId="53BCC1AA" w14:textId="77777777">
        <w:trPr>
          <w:gridAfter w:val="1"/>
          <w:wAfter w:w="19" w:type="dxa"/>
          <w:jc w:val="center"/>
        </w:trPr>
        <w:tc>
          <w:tcPr>
            <w:tcW w:w="10656" w:type="dxa"/>
            <w:gridSpan w:val="5"/>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26E90049" w14:textId="77777777" w:rsidR="00466FB2" w:rsidRDefault="00000000">
            <w:pPr>
              <w:pStyle w:val="GuidanceText"/>
              <w:spacing w:line="240" w:lineRule="auto"/>
            </w:pPr>
            <w:r>
              <w:rPr>
                <w:b/>
                <w:color w:val="2D3748"/>
                <w:sz w:val="18"/>
              </w:rPr>
              <w:t>Guidance:</w:t>
            </w:r>
            <w:r>
              <w:rPr>
                <w:color w:val="2D3748"/>
                <w:sz w:val="18"/>
              </w:rPr>
              <w:t xml:space="preserve"> Approvals should match your company's corrective action procedure. At minimum, quality sign-off is typical for closure. Owner acknowledgement can be captured as a signature or by reference to a traceable email or system confirmation.</w:t>
            </w:r>
          </w:p>
        </w:tc>
      </w:tr>
      <w:tr w:rsidR="00466FB2" w14:paraId="6A127950" w14:textId="77777777">
        <w:trPr>
          <w:trHeight w:val="6"/>
          <w:tblHeader/>
          <w:jc w:val="center"/>
        </w:trPr>
        <w:tc>
          <w:tcPr>
            <w:tcW w:w="2592" w:type="dxa"/>
            <w:tcBorders>
              <w:top w:val="single" w:sz="4" w:space="0" w:color="CBD5E0"/>
              <w:left w:val="single" w:sz="4" w:space="0" w:color="CBD5E0"/>
              <w:bottom w:val="single" w:sz="4" w:space="0" w:color="CBD5E0"/>
              <w:right w:val="single" w:sz="4" w:space="0" w:color="CBD5E0"/>
            </w:tcBorders>
            <w:shd w:val="clear" w:color="auto" w:fill="17365D"/>
            <w:tcMar>
              <w:top w:w="70" w:type="dxa"/>
              <w:left w:w="100" w:type="dxa"/>
              <w:bottom w:w="70" w:type="dxa"/>
              <w:right w:w="100" w:type="dxa"/>
            </w:tcMar>
          </w:tcPr>
          <w:p w14:paraId="0B5E8C19" w14:textId="77777777" w:rsidR="00466FB2" w:rsidRDefault="00000000">
            <w:pPr>
              <w:spacing w:after="0" w:line="240" w:lineRule="auto"/>
              <w:jc w:val="center"/>
            </w:pPr>
            <w:r>
              <w:rPr>
                <w:b/>
                <w:sz w:val="19"/>
              </w:rPr>
              <w:t>Role</w:t>
            </w:r>
          </w:p>
        </w:tc>
        <w:tc>
          <w:tcPr>
            <w:tcW w:w="1944" w:type="dxa"/>
            <w:tcBorders>
              <w:top w:val="single" w:sz="4" w:space="0" w:color="CBD5E0"/>
              <w:left w:val="single" w:sz="4" w:space="0" w:color="CBD5E0"/>
              <w:bottom w:val="single" w:sz="4" w:space="0" w:color="CBD5E0"/>
              <w:right w:val="single" w:sz="4" w:space="0" w:color="CBD5E0"/>
            </w:tcBorders>
            <w:shd w:val="clear" w:color="auto" w:fill="17365D"/>
            <w:tcMar>
              <w:top w:w="70" w:type="dxa"/>
              <w:left w:w="100" w:type="dxa"/>
              <w:bottom w:w="70" w:type="dxa"/>
              <w:right w:w="100" w:type="dxa"/>
            </w:tcMar>
          </w:tcPr>
          <w:p w14:paraId="45315FCB" w14:textId="77777777" w:rsidR="00466FB2" w:rsidRDefault="00000000">
            <w:pPr>
              <w:spacing w:after="0" w:line="240" w:lineRule="auto"/>
              <w:jc w:val="center"/>
            </w:pPr>
            <w:r>
              <w:rPr>
                <w:b/>
                <w:sz w:val="19"/>
              </w:rPr>
              <w:t>Name</w:t>
            </w:r>
          </w:p>
        </w:tc>
        <w:tc>
          <w:tcPr>
            <w:tcW w:w="2232" w:type="dxa"/>
            <w:tcBorders>
              <w:top w:val="single" w:sz="4" w:space="0" w:color="CBD5E0"/>
              <w:left w:val="single" w:sz="4" w:space="0" w:color="CBD5E0"/>
              <w:bottom w:val="single" w:sz="4" w:space="0" w:color="CBD5E0"/>
              <w:right w:val="single" w:sz="4" w:space="0" w:color="CBD5E0"/>
            </w:tcBorders>
            <w:shd w:val="clear" w:color="auto" w:fill="17365D"/>
            <w:tcMar>
              <w:top w:w="70" w:type="dxa"/>
              <w:left w:w="100" w:type="dxa"/>
              <w:bottom w:w="70" w:type="dxa"/>
              <w:right w:w="100" w:type="dxa"/>
            </w:tcMar>
          </w:tcPr>
          <w:p w14:paraId="1234B7E1" w14:textId="77777777" w:rsidR="00466FB2" w:rsidRDefault="00000000">
            <w:pPr>
              <w:spacing w:after="0" w:line="240" w:lineRule="auto"/>
              <w:jc w:val="center"/>
            </w:pPr>
            <w:r>
              <w:rPr>
                <w:b/>
                <w:sz w:val="19"/>
              </w:rPr>
              <w:t>Decision / approval</w:t>
            </w:r>
          </w:p>
        </w:tc>
        <w:tc>
          <w:tcPr>
            <w:tcW w:w="1224" w:type="dxa"/>
            <w:tcBorders>
              <w:top w:val="single" w:sz="4" w:space="0" w:color="CBD5E0"/>
              <w:left w:val="single" w:sz="4" w:space="0" w:color="CBD5E0"/>
              <w:bottom w:val="single" w:sz="4" w:space="0" w:color="CBD5E0"/>
              <w:right w:val="single" w:sz="4" w:space="0" w:color="CBD5E0"/>
            </w:tcBorders>
            <w:shd w:val="clear" w:color="auto" w:fill="17365D"/>
            <w:tcMar>
              <w:top w:w="70" w:type="dxa"/>
              <w:left w:w="100" w:type="dxa"/>
              <w:bottom w:w="70" w:type="dxa"/>
              <w:right w:w="100" w:type="dxa"/>
            </w:tcMar>
          </w:tcPr>
          <w:p w14:paraId="0B7EF102" w14:textId="77777777" w:rsidR="00466FB2" w:rsidRDefault="00000000">
            <w:pPr>
              <w:spacing w:after="0" w:line="240" w:lineRule="auto"/>
              <w:jc w:val="center"/>
            </w:pPr>
            <w:r>
              <w:rPr>
                <w:b/>
                <w:sz w:val="19"/>
              </w:rPr>
              <w:t>Date</w:t>
            </w:r>
          </w:p>
        </w:tc>
        <w:tc>
          <w:tcPr>
            <w:tcW w:w="2376" w:type="dxa"/>
            <w:gridSpan w:val="2"/>
            <w:tcBorders>
              <w:top w:val="single" w:sz="4" w:space="0" w:color="CBD5E0"/>
              <w:left w:val="single" w:sz="4" w:space="0" w:color="CBD5E0"/>
              <w:bottom w:val="single" w:sz="4" w:space="0" w:color="CBD5E0"/>
              <w:right w:val="single" w:sz="4" w:space="0" w:color="CBD5E0"/>
            </w:tcBorders>
            <w:shd w:val="clear" w:color="auto" w:fill="17365D"/>
            <w:tcMar>
              <w:top w:w="70" w:type="dxa"/>
              <w:left w:w="100" w:type="dxa"/>
              <w:bottom w:w="70" w:type="dxa"/>
              <w:right w:w="100" w:type="dxa"/>
            </w:tcMar>
          </w:tcPr>
          <w:p w14:paraId="1FF08B08" w14:textId="77777777" w:rsidR="00466FB2" w:rsidRDefault="00000000">
            <w:pPr>
              <w:spacing w:after="0" w:line="240" w:lineRule="auto"/>
              <w:jc w:val="center"/>
            </w:pPr>
            <w:r>
              <w:rPr>
                <w:b/>
                <w:sz w:val="19"/>
              </w:rPr>
              <w:t>Comments</w:t>
            </w:r>
          </w:p>
        </w:tc>
      </w:tr>
      <w:tr w:rsidR="00466FB2" w14:paraId="217837E7" w14:textId="77777777">
        <w:trPr>
          <w:cantSplit/>
          <w:trHeight w:val="420"/>
          <w:jc w:val="center"/>
        </w:trPr>
        <w:tc>
          <w:tcPr>
            <w:tcW w:w="25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61C4CFDF" w14:textId="77777777" w:rsidR="00466FB2" w:rsidRDefault="00000000">
            <w:pPr>
              <w:spacing w:after="0" w:line="240" w:lineRule="auto"/>
            </w:pPr>
            <w:r>
              <w:rPr>
                <w:sz w:val="19"/>
              </w:rPr>
              <w:t>Quality authority</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566787BC" w14:textId="77777777" w:rsidR="00466FB2" w:rsidRDefault="00000000">
            <w:pPr>
              <w:spacing w:after="0" w:line="240" w:lineRule="auto"/>
            </w:pPr>
            <w:r>
              <w:rPr>
                <w:sz w:val="19"/>
              </w:rPr>
              <w:t xml:space="preserve"> </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5CCF1C73" w14:textId="77777777" w:rsidR="00466FB2" w:rsidRDefault="00000000">
            <w:pPr>
              <w:spacing w:after="0" w:line="240" w:lineRule="auto"/>
            </w:pPr>
            <w:r>
              <w:rPr>
                <w:sz w:val="19"/>
              </w:rPr>
              <w:t xml:space="preserve"> </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108349DD" w14:textId="77777777" w:rsidR="00466FB2" w:rsidRDefault="00000000">
            <w:pPr>
              <w:spacing w:after="0" w:line="240" w:lineRule="auto"/>
            </w:pPr>
            <w:r>
              <w:rPr>
                <w:sz w:val="19"/>
              </w:rPr>
              <w:t xml:space="preserve"> </w:t>
            </w:r>
          </w:p>
        </w:tc>
        <w:tc>
          <w:tcPr>
            <w:tcW w:w="2376"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17B54DD9" w14:textId="77777777" w:rsidR="00466FB2" w:rsidRDefault="00000000">
            <w:pPr>
              <w:spacing w:after="0" w:line="240" w:lineRule="auto"/>
            </w:pPr>
            <w:r>
              <w:rPr>
                <w:sz w:val="19"/>
              </w:rPr>
              <w:t xml:space="preserve"> </w:t>
            </w:r>
          </w:p>
        </w:tc>
      </w:tr>
      <w:tr w:rsidR="00466FB2" w14:paraId="79CD168D" w14:textId="77777777">
        <w:trPr>
          <w:cantSplit/>
          <w:trHeight w:val="420"/>
          <w:jc w:val="center"/>
        </w:trPr>
        <w:tc>
          <w:tcPr>
            <w:tcW w:w="25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1C0569FE" w14:textId="77777777" w:rsidR="00466FB2" w:rsidRDefault="00000000">
            <w:pPr>
              <w:spacing w:after="0" w:line="240" w:lineRule="auto"/>
            </w:pPr>
            <w:r>
              <w:rPr>
                <w:sz w:val="19"/>
              </w:rPr>
              <w:lastRenderedPageBreak/>
              <w:t>Operations / production authority</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16BFFD48" w14:textId="77777777" w:rsidR="00466FB2" w:rsidRDefault="00000000">
            <w:pPr>
              <w:spacing w:after="0" w:line="240" w:lineRule="auto"/>
            </w:pPr>
            <w:r>
              <w:rPr>
                <w:sz w:val="19"/>
              </w:rPr>
              <w:t xml:space="preserve"> </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5E647BFC" w14:textId="77777777" w:rsidR="00466FB2" w:rsidRDefault="00000000">
            <w:pPr>
              <w:spacing w:after="0" w:line="240" w:lineRule="auto"/>
            </w:pPr>
            <w:r>
              <w:rPr>
                <w:sz w:val="19"/>
              </w:rPr>
              <w:t xml:space="preserve"> </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4FF561AA" w14:textId="77777777" w:rsidR="00466FB2" w:rsidRDefault="00000000">
            <w:pPr>
              <w:spacing w:after="0" w:line="240" w:lineRule="auto"/>
            </w:pPr>
            <w:r>
              <w:rPr>
                <w:sz w:val="19"/>
              </w:rPr>
              <w:t xml:space="preserve"> </w:t>
            </w:r>
          </w:p>
        </w:tc>
        <w:tc>
          <w:tcPr>
            <w:tcW w:w="2376"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13B09EE9" w14:textId="77777777" w:rsidR="00466FB2" w:rsidRDefault="00000000">
            <w:pPr>
              <w:spacing w:after="0" w:line="240" w:lineRule="auto"/>
            </w:pPr>
            <w:r>
              <w:rPr>
                <w:sz w:val="19"/>
              </w:rPr>
              <w:t xml:space="preserve"> </w:t>
            </w:r>
          </w:p>
        </w:tc>
      </w:tr>
      <w:tr w:rsidR="00466FB2" w14:paraId="1ECA190E" w14:textId="77777777">
        <w:trPr>
          <w:cantSplit/>
          <w:trHeight w:val="420"/>
          <w:jc w:val="center"/>
        </w:trPr>
        <w:tc>
          <w:tcPr>
            <w:tcW w:w="25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4BE70B1E" w14:textId="77777777" w:rsidR="00466FB2" w:rsidRDefault="00000000">
            <w:pPr>
              <w:spacing w:after="0" w:line="240" w:lineRule="auto"/>
            </w:pPr>
            <w:r>
              <w:rPr>
                <w:sz w:val="19"/>
              </w:rPr>
              <w:t>Engineering / technical authority, optional</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79A26D50" w14:textId="77777777" w:rsidR="00466FB2" w:rsidRDefault="00000000">
            <w:pPr>
              <w:spacing w:after="0" w:line="240" w:lineRule="auto"/>
            </w:pPr>
            <w:r>
              <w:rPr>
                <w:sz w:val="19"/>
              </w:rPr>
              <w:t xml:space="preserve"> </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67489A16" w14:textId="77777777" w:rsidR="00466FB2" w:rsidRDefault="00000000">
            <w:pPr>
              <w:spacing w:after="0" w:line="240" w:lineRule="auto"/>
            </w:pPr>
            <w:r>
              <w:rPr>
                <w:sz w:val="19"/>
              </w:rPr>
              <w:t xml:space="preserve"> </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674C19ED" w14:textId="77777777" w:rsidR="00466FB2" w:rsidRDefault="00000000">
            <w:pPr>
              <w:spacing w:after="0" w:line="240" w:lineRule="auto"/>
            </w:pPr>
            <w:r>
              <w:rPr>
                <w:sz w:val="19"/>
              </w:rPr>
              <w:t xml:space="preserve"> </w:t>
            </w:r>
          </w:p>
        </w:tc>
        <w:tc>
          <w:tcPr>
            <w:tcW w:w="2376"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6D8B946D" w14:textId="77777777" w:rsidR="00466FB2" w:rsidRDefault="00000000">
            <w:pPr>
              <w:spacing w:after="0" w:line="240" w:lineRule="auto"/>
            </w:pPr>
            <w:r>
              <w:rPr>
                <w:sz w:val="19"/>
              </w:rPr>
              <w:t xml:space="preserve"> </w:t>
            </w:r>
          </w:p>
        </w:tc>
      </w:tr>
      <w:tr w:rsidR="00466FB2" w14:paraId="1F9DEA21" w14:textId="77777777">
        <w:trPr>
          <w:cantSplit/>
          <w:trHeight w:val="420"/>
          <w:jc w:val="center"/>
        </w:trPr>
        <w:tc>
          <w:tcPr>
            <w:tcW w:w="25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4A2FE083" w14:textId="77777777" w:rsidR="00466FB2" w:rsidRDefault="00000000">
            <w:pPr>
              <w:spacing w:after="0" w:line="240" w:lineRule="auto"/>
            </w:pPr>
            <w:r>
              <w:rPr>
                <w:sz w:val="19"/>
              </w:rPr>
              <w:t>Customer / supplier / other authority, optional</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29C4E4CC" w14:textId="77777777" w:rsidR="00466FB2" w:rsidRDefault="00000000">
            <w:pPr>
              <w:spacing w:after="0" w:line="240" w:lineRule="auto"/>
            </w:pPr>
            <w:r>
              <w:rPr>
                <w:sz w:val="19"/>
              </w:rPr>
              <w:t xml:space="preserve"> </w:t>
            </w:r>
          </w:p>
        </w:tc>
        <w:tc>
          <w:tcPr>
            <w:tcW w:w="223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018A2C79" w14:textId="77777777" w:rsidR="00466FB2" w:rsidRDefault="00000000">
            <w:pPr>
              <w:spacing w:after="0" w:line="240" w:lineRule="auto"/>
            </w:pPr>
            <w:r>
              <w:rPr>
                <w:sz w:val="19"/>
              </w:rPr>
              <w:t xml:space="preserve"> </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2CD8C093" w14:textId="77777777" w:rsidR="00466FB2" w:rsidRDefault="00000000">
            <w:pPr>
              <w:spacing w:after="0" w:line="240" w:lineRule="auto"/>
            </w:pPr>
            <w:r>
              <w:rPr>
                <w:sz w:val="19"/>
              </w:rPr>
              <w:t xml:space="preserve"> </w:t>
            </w:r>
          </w:p>
        </w:tc>
        <w:tc>
          <w:tcPr>
            <w:tcW w:w="2376" w:type="dxa"/>
            <w:gridSpan w:val="2"/>
            <w:tcBorders>
              <w:top w:val="single" w:sz="4" w:space="0" w:color="CBD5E0"/>
              <w:left w:val="single" w:sz="4" w:space="0" w:color="CBD5E0"/>
              <w:bottom w:val="single" w:sz="4" w:space="0" w:color="CBD5E0"/>
              <w:right w:val="single" w:sz="4" w:space="0" w:color="CBD5E0"/>
            </w:tcBorders>
            <w:shd w:val="clear" w:color="auto" w:fill="FFFFFF"/>
            <w:tcMar>
              <w:top w:w="70" w:type="dxa"/>
              <w:left w:w="100" w:type="dxa"/>
              <w:bottom w:w="70" w:type="dxa"/>
              <w:right w:w="100" w:type="dxa"/>
            </w:tcMar>
          </w:tcPr>
          <w:p w14:paraId="12609E19" w14:textId="77777777" w:rsidR="00466FB2" w:rsidRDefault="00000000">
            <w:pPr>
              <w:spacing w:after="0" w:line="240" w:lineRule="auto"/>
            </w:pPr>
            <w:r>
              <w:rPr>
                <w:sz w:val="19"/>
              </w:rPr>
              <w:t xml:space="preserve"> </w:t>
            </w:r>
          </w:p>
        </w:tc>
      </w:tr>
    </w:tbl>
    <w:p w14:paraId="082BC94C" w14:textId="77777777" w:rsidR="00466FB2" w:rsidRDefault="00000000">
      <w:r>
        <w:br w:type="page"/>
      </w:r>
    </w:p>
    <w:p w14:paraId="12D62784" w14:textId="77777777" w:rsidR="00466FB2" w:rsidRDefault="00000000">
      <w:pPr>
        <w:pStyle w:val="8DFSectionBar"/>
        <w:keepNext/>
        <w:shd w:val="clear" w:color="auto" w:fill="17365D"/>
        <w:spacing w:before="200" w:after="80" w:line="240" w:lineRule="auto"/>
        <w:ind w:left="120"/>
      </w:pPr>
      <w:r>
        <w:lastRenderedPageBreak/>
        <w:t>15. Completed Example</w:t>
      </w:r>
    </w:p>
    <w:tbl>
      <w:tblPr>
        <w:tblW w:w="0" w:type="auto"/>
        <w:jc w:val="center"/>
        <w:tblLayout w:type="fixed"/>
        <w:tblLook w:val="04A0" w:firstRow="1" w:lastRow="0" w:firstColumn="1" w:lastColumn="0" w:noHBand="0" w:noVBand="1"/>
      </w:tblPr>
      <w:tblGrid>
        <w:gridCol w:w="10656"/>
      </w:tblGrid>
      <w:tr w:rsidR="00466FB2" w14:paraId="4608EC79" w14:textId="77777777">
        <w:trPr>
          <w:jc w:val="center"/>
        </w:trPr>
        <w:tc>
          <w:tcPr>
            <w:tcW w:w="10656" w:type="dxa"/>
            <w:tcBorders>
              <w:top w:val="single" w:sz="4" w:space="0" w:color="CBD5E0"/>
              <w:left w:val="single" w:sz="4" w:space="0" w:color="CBD5E0"/>
              <w:bottom w:val="single" w:sz="4" w:space="0" w:color="CBD5E0"/>
              <w:right w:val="single" w:sz="4" w:space="0" w:color="CBD5E0"/>
            </w:tcBorders>
            <w:shd w:val="clear" w:color="auto" w:fill="EAF4FB"/>
            <w:tcMar>
              <w:top w:w="90" w:type="dxa"/>
              <w:left w:w="120" w:type="dxa"/>
              <w:bottom w:w="90" w:type="dxa"/>
              <w:right w:w="120" w:type="dxa"/>
            </w:tcMar>
          </w:tcPr>
          <w:p w14:paraId="3CB6A5F1" w14:textId="16CA4D24" w:rsidR="00466FB2" w:rsidRDefault="00000000">
            <w:pPr>
              <w:pStyle w:val="GuidanceText"/>
              <w:spacing w:line="240" w:lineRule="auto"/>
            </w:pPr>
            <w:r>
              <w:rPr>
                <w:b/>
                <w:color w:val="2D3748"/>
                <w:sz w:val="18"/>
              </w:rPr>
              <w:t>Guidance:</w:t>
            </w:r>
            <w:r>
              <w:rPr>
                <w:color w:val="2D3748"/>
                <w:sz w:val="18"/>
              </w:rPr>
              <w:t xml:space="preserve"> This example shows the level of detail expected for a practical small-to-mid-sized manufacturing CAR. Replace it with your own company example before publishing internally if needed.</w:t>
            </w:r>
          </w:p>
        </w:tc>
      </w:tr>
    </w:tbl>
    <w:p w14:paraId="5F64BEEA" w14:textId="20EBF2B2" w:rsidR="00466FB2" w:rsidRDefault="00EC57E0">
      <w:pPr>
        <w:pStyle w:val="8DFSubsection"/>
        <w:keepNext/>
        <w:spacing w:before="120" w:after="60" w:line="240" w:lineRule="auto"/>
      </w:pPr>
      <w:r>
        <w:br/>
        <w:t>Example: machined aluminum housing fails final inspection due to shallow tapped hole depth</w:t>
      </w:r>
    </w:p>
    <w:tbl>
      <w:tblPr>
        <w:tblW w:w="0" w:type="auto"/>
        <w:jc w:val="center"/>
        <w:tblLayout w:type="fixed"/>
        <w:tblLook w:val="04A0" w:firstRow="1" w:lastRow="0" w:firstColumn="1" w:lastColumn="0" w:noHBand="0" w:noVBand="1"/>
      </w:tblPr>
      <w:tblGrid>
        <w:gridCol w:w="3240"/>
        <w:gridCol w:w="7128"/>
      </w:tblGrid>
      <w:tr w:rsidR="00466FB2" w14:paraId="2931F5D9"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6FCF27F" w14:textId="77777777" w:rsidR="00466FB2" w:rsidRDefault="00000000">
            <w:pPr>
              <w:spacing w:after="0" w:line="240" w:lineRule="auto"/>
            </w:pPr>
            <w:r>
              <w:rPr>
                <w:b/>
                <w:color w:val="17365D"/>
              </w:rPr>
              <w:t>Company / site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0EFC3A9" w14:textId="77777777" w:rsidR="00466FB2" w:rsidRDefault="00000000">
            <w:pPr>
              <w:spacing w:after="0" w:line="240" w:lineRule="auto"/>
            </w:pPr>
            <w:r>
              <w:t>Northline Components - Plant 2</w:t>
            </w:r>
          </w:p>
        </w:tc>
      </w:tr>
      <w:tr w:rsidR="00466FB2" w14:paraId="0BAE09EB"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CB15C4C" w14:textId="77777777" w:rsidR="00466FB2" w:rsidRDefault="00000000">
            <w:pPr>
              <w:spacing w:after="0" w:line="240" w:lineRule="auto"/>
            </w:pPr>
            <w:r>
              <w:rPr>
                <w:b/>
                <w:color w:val="17365D"/>
              </w:rPr>
              <w:t>Customer</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B2EC0FA" w14:textId="77777777" w:rsidR="00466FB2" w:rsidRDefault="00000000">
            <w:pPr>
              <w:spacing w:after="0" w:line="240" w:lineRule="auto"/>
            </w:pPr>
            <w:r>
              <w:t>Riverton Pump Systems (example customer)</w:t>
            </w:r>
          </w:p>
        </w:tc>
      </w:tr>
      <w:tr w:rsidR="00466FB2" w14:paraId="0C0E64A8"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EBF40B5" w14:textId="77777777" w:rsidR="00466FB2" w:rsidRDefault="00000000">
            <w:pPr>
              <w:spacing w:after="0" w:line="240" w:lineRule="auto"/>
            </w:pPr>
            <w:r>
              <w:rPr>
                <w:b/>
                <w:color w:val="17365D"/>
              </w:rPr>
              <w:t>Part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7A222C67" w14:textId="77777777" w:rsidR="00466FB2" w:rsidRDefault="00000000">
            <w:pPr>
              <w:spacing w:after="0" w:line="240" w:lineRule="auto"/>
            </w:pPr>
            <w:r>
              <w:t>Aluminum pump housing</w:t>
            </w:r>
          </w:p>
        </w:tc>
      </w:tr>
      <w:tr w:rsidR="00466FB2" w14:paraId="286A3EA2"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F38309D" w14:textId="77777777" w:rsidR="00466FB2" w:rsidRDefault="00000000">
            <w:pPr>
              <w:spacing w:after="0" w:line="240" w:lineRule="auto"/>
            </w:pPr>
            <w:r>
              <w:rPr>
                <w:b/>
                <w:color w:val="17365D"/>
              </w:rPr>
              <w:t>Part number / revision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9ADB7A0" w14:textId="77777777" w:rsidR="00466FB2" w:rsidRDefault="00000000">
            <w:pPr>
              <w:spacing w:after="0" w:line="240" w:lineRule="auto"/>
            </w:pPr>
            <w:r>
              <w:t>HSG-2408 Rev C</w:t>
            </w:r>
          </w:p>
        </w:tc>
      </w:tr>
      <w:tr w:rsidR="00466FB2" w14:paraId="088A723A" w14:textId="77777777">
        <w:trPr>
          <w:cantSplit/>
          <w:trHeight w:val="6"/>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EF18799" w14:textId="77777777" w:rsidR="00466FB2" w:rsidRDefault="00000000">
            <w:pPr>
              <w:spacing w:after="0" w:line="240" w:lineRule="auto"/>
            </w:pPr>
            <w:r>
              <w:rPr>
                <w:b/>
                <w:color w:val="17365D"/>
              </w:rPr>
              <w:t>Work order</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2EBBBA4" w14:textId="77777777" w:rsidR="00466FB2" w:rsidRDefault="00000000">
            <w:pPr>
              <w:spacing w:after="0" w:line="240" w:lineRule="auto"/>
            </w:pPr>
            <w:r>
              <w:t>WO-78419</w:t>
            </w:r>
          </w:p>
        </w:tc>
      </w:tr>
      <w:tr w:rsidR="00466FB2" w14:paraId="0904CCB3"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24CC0E9" w14:textId="77777777" w:rsidR="00466FB2" w:rsidRDefault="00000000">
            <w:pPr>
              <w:spacing w:after="0" w:line="240" w:lineRule="auto"/>
            </w:pPr>
            <w:r>
              <w:rPr>
                <w:b/>
                <w:color w:val="17365D"/>
              </w:rPr>
              <w:t>Issue detected</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5917A12" w14:textId="77777777" w:rsidR="00466FB2" w:rsidRDefault="00000000">
            <w:pPr>
              <w:spacing w:after="0" w:line="240" w:lineRule="auto"/>
            </w:pPr>
            <w:r>
              <w:t>Final inspection found tapped hole depth too shallow on multiple housings.</w:t>
            </w:r>
          </w:p>
        </w:tc>
      </w:tr>
      <w:tr w:rsidR="00466FB2" w14:paraId="1C9A6BA5"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82D9F6F" w14:textId="77777777" w:rsidR="00466FB2" w:rsidRDefault="00000000">
            <w:pPr>
              <w:spacing w:after="0" w:line="240" w:lineRule="auto"/>
            </w:pPr>
            <w:r>
              <w:rPr>
                <w:b/>
                <w:color w:val="17365D"/>
              </w:rPr>
              <w:t>Requirement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94A25D7" w14:textId="77777777" w:rsidR="00466FB2" w:rsidRDefault="00000000">
            <w:pPr>
              <w:spacing w:after="0" w:line="240" w:lineRule="auto"/>
            </w:pPr>
            <w:r>
              <w:t>Drawing HSG-2408 Rev C requires M6 tapped hole depth 14.0 mm minimum.</w:t>
            </w:r>
          </w:p>
        </w:tc>
      </w:tr>
      <w:tr w:rsidR="00466FB2" w14:paraId="5F3F6B6A"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B2057CE" w14:textId="77777777" w:rsidR="00466FB2" w:rsidRDefault="00000000">
            <w:pPr>
              <w:spacing w:after="0" w:line="240" w:lineRule="auto"/>
            </w:pPr>
            <w:r>
              <w:rPr>
                <w:b/>
                <w:color w:val="17365D"/>
              </w:rPr>
              <w:t>Actual condition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2D562E2" w14:textId="77777777" w:rsidR="00466FB2" w:rsidRDefault="00000000">
            <w:pPr>
              <w:spacing w:after="0" w:line="240" w:lineRule="auto"/>
            </w:pPr>
            <w:r>
              <w:t>9 of 60 inspected housings measured 10.8-12.2 mm thread depth.</w:t>
            </w:r>
          </w:p>
        </w:tc>
      </w:tr>
      <w:tr w:rsidR="00466FB2" w14:paraId="616BA23F"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1F08B041" w14:textId="77777777" w:rsidR="00466FB2" w:rsidRDefault="00000000">
            <w:pPr>
              <w:spacing w:after="0" w:line="240" w:lineRule="auto"/>
            </w:pPr>
            <w:r>
              <w:rPr>
                <w:b/>
                <w:color w:val="17365D"/>
              </w:rPr>
              <w:t>Quantity produced / inspected / affected / suspect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B5E72EC" w14:textId="77777777" w:rsidR="00466FB2" w:rsidRDefault="00000000">
            <w:pPr>
              <w:spacing w:after="0" w:line="240" w:lineRule="auto"/>
            </w:pPr>
            <w:r>
              <w:t>Produced: 240. Inspected: 60. Affected: 9. Suspect: 240.</w:t>
            </w:r>
          </w:p>
        </w:tc>
      </w:tr>
      <w:tr w:rsidR="00466FB2" w14:paraId="015A0D73"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93C34E8" w14:textId="77777777" w:rsidR="00466FB2" w:rsidRDefault="00000000">
            <w:pPr>
              <w:spacing w:after="0" w:line="240" w:lineRule="auto"/>
            </w:pPr>
            <w:r>
              <w:rPr>
                <w:b/>
                <w:color w:val="17365D"/>
              </w:rPr>
              <w:t>Immediate risk / impact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5C6A950" w14:textId="77777777" w:rsidR="00466FB2" w:rsidRDefault="00000000">
            <w:pPr>
              <w:spacing w:after="0" w:line="240" w:lineRule="auto"/>
            </w:pPr>
            <w:r>
              <w:t xml:space="preserve">Shipment </w:t>
            </w:r>
            <w:proofErr w:type="gramStart"/>
            <w:r>
              <w:t>hold</w:t>
            </w:r>
            <w:proofErr w:type="gramEnd"/>
            <w:r>
              <w:t xml:space="preserve"> until suspect stock is inspected and rework feasibility is confirmed.</w:t>
            </w:r>
          </w:p>
        </w:tc>
      </w:tr>
      <w:tr w:rsidR="00466FB2" w14:paraId="124FAD04"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76C2AEC5" w14:textId="77777777" w:rsidR="00466FB2" w:rsidRDefault="00000000">
            <w:pPr>
              <w:spacing w:after="0" w:line="240" w:lineRule="auto"/>
            </w:pPr>
            <w:r>
              <w:rPr>
                <w:b/>
                <w:color w:val="17365D"/>
              </w:rPr>
              <w:t>Repeat / recurring issue?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5B7AC09" w14:textId="77777777" w:rsidR="00466FB2" w:rsidRDefault="00000000">
            <w:pPr>
              <w:spacing w:after="0" w:line="240" w:lineRule="auto"/>
            </w:pPr>
            <w:r>
              <w:t>No prior CAR found for this failure mode on this part.</w:t>
            </w:r>
          </w:p>
        </w:tc>
      </w:tr>
    </w:tbl>
    <w:p w14:paraId="15AD1A78" w14:textId="6DA653DB" w:rsidR="00466FB2" w:rsidRDefault="00EC57E0">
      <w:pPr>
        <w:pStyle w:val="8DFSubsection"/>
        <w:keepNext/>
        <w:spacing w:before="120" w:after="60" w:line="240" w:lineRule="auto"/>
      </w:pPr>
      <w:r>
        <w:br/>
        <w:t>Example containment and disposition</w:t>
      </w:r>
    </w:p>
    <w:tbl>
      <w:tblPr>
        <w:tblW w:w="0" w:type="auto"/>
        <w:jc w:val="center"/>
        <w:tblLayout w:type="fixed"/>
        <w:tblLook w:val="04A0" w:firstRow="1" w:lastRow="0" w:firstColumn="1" w:lastColumn="0" w:noHBand="0" w:noVBand="1"/>
      </w:tblPr>
      <w:tblGrid>
        <w:gridCol w:w="3240"/>
        <w:gridCol w:w="7128"/>
      </w:tblGrid>
      <w:tr w:rsidR="00466FB2" w14:paraId="7ABEFA39" w14:textId="77777777">
        <w:trPr>
          <w:cantSplit/>
          <w:trHeight w:val="11"/>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CDD20EC" w14:textId="77777777" w:rsidR="00466FB2" w:rsidRDefault="00000000">
            <w:pPr>
              <w:spacing w:after="0" w:line="240" w:lineRule="auto"/>
            </w:pPr>
            <w:r>
              <w:rPr>
                <w:b/>
                <w:color w:val="17365D"/>
              </w:rPr>
              <w:t>Containment action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A44C178" w14:textId="77777777" w:rsidR="00466FB2" w:rsidRDefault="00000000">
            <w:pPr>
              <w:spacing w:after="0" w:line="240" w:lineRule="auto"/>
            </w:pPr>
            <w:r>
              <w:t>Quarantine all WO-78419 stock, stop shipment, inspect remaining housings, check WIP and finished goods for the same part and setup condition.</w:t>
            </w:r>
          </w:p>
        </w:tc>
      </w:tr>
      <w:tr w:rsidR="00466FB2" w14:paraId="45D20499"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B92508D" w14:textId="77777777" w:rsidR="00466FB2" w:rsidRDefault="00000000">
            <w:pPr>
              <w:spacing w:after="0" w:line="240" w:lineRule="auto"/>
            </w:pPr>
            <w:r>
              <w:rPr>
                <w:b/>
                <w:color w:val="17365D"/>
              </w:rPr>
              <w:t>Clean point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728DDCF" w14:textId="77777777" w:rsidR="00466FB2" w:rsidRDefault="00000000">
            <w:pPr>
              <w:spacing w:after="0" w:line="240" w:lineRule="auto"/>
            </w:pPr>
            <w:r>
              <w:t>Last accepted setup verification record for WO-78419, shift starting 16 June 2026, before the tapping tool change at 14:30.</w:t>
            </w:r>
          </w:p>
        </w:tc>
      </w:tr>
      <w:tr w:rsidR="00466FB2" w14:paraId="42CDA3E3" w14:textId="77777777">
        <w:trPr>
          <w:cantSplit/>
          <w:trHeight w:val="13"/>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507367A" w14:textId="77777777" w:rsidR="00466FB2" w:rsidRDefault="00000000">
            <w:pPr>
              <w:spacing w:after="0" w:line="240" w:lineRule="auto"/>
            </w:pPr>
            <w:r>
              <w:rPr>
                <w:b/>
                <w:color w:val="17365D"/>
              </w:rPr>
              <w:t>Disposition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20C1B872" w14:textId="77777777" w:rsidR="00466FB2" w:rsidRDefault="00000000">
            <w:pPr>
              <w:spacing w:after="0" w:line="240" w:lineRule="auto"/>
            </w:pPr>
            <w:r>
              <w:t>Rework affected housings by chasing threads with an M6 bottoming tap on a dedicated manual fixture per Rework Instruction WI-78419-R1. Re-inspect 100% for depth using calibrated digital depth pin. Scrap parts that cannot be recovered. Release only after quality verification.</w:t>
            </w:r>
          </w:p>
        </w:tc>
      </w:tr>
      <w:tr w:rsidR="00466FB2" w14:paraId="19BC082B" w14:textId="77777777">
        <w:trPr>
          <w:cantSplit/>
          <w:trHeight w:val="9"/>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6151753" w14:textId="77777777" w:rsidR="00466FB2" w:rsidRDefault="00000000">
            <w:pPr>
              <w:spacing w:after="0" w:line="240" w:lineRule="auto"/>
            </w:pPr>
            <w:r>
              <w:rPr>
                <w:b/>
                <w:color w:val="17365D"/>
              </w:rPr>
              <w:t>Evidence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22CBF84" w14:textId="77777777" w:rsidR="00466FB2" w:rsidRDefault="00000000">
            <w:pPr>
              <w:spacing w:after="0" w:line="240" w:lineRule="auto"/>
            </w:pPr>
            <w:r>
              <w:t>Final inspection sheet, photos of thread depth gauge results, quarantine tag, rework record, and release approval.</w:t>
            </w:r>
          </w:p>
        </w:tc>
      </w:tr>
    </w:tbl>
    <w:p w14:paraId="5D920B99" w14:textId="413371EC" w:rsidR="00466FB2" w:rsidRDefault="00EC57E0">
      <w:pPr>
        <w:pStyle w:val="8DFSubsection"/>
        <w:keepNext/>
        <w:spacing w:before="120" w:after="60" w:line="240" w:lineRule="auto"/>
      </w:pPr>
      <w:r>
        <w:br/>
        <w:t>Example root cause response</w:t>
      </w:r>
    </w:p>
    <w:tbl>
      <w:tblPr>
        <w:tblW w:w="0" w:type="auto"/>
        <w:jc w:val="center"/>
        <w:tblLayout w:type="fixed"/>
        <w:tblLook w:val="04A0" w:firstRow="1" w:lastRow="0" w:firstColumn="1" w:lastColumn="0" w:noHBand="0" w:noVBand="1"/>
      </w:tblPr>
      <w:tblGrid>
        <w:gridCol w:w="3240"/>
        <w:gridCol w:w="7128"/>
      </w:tblGrid>
      <w:tr w:rsidR="00466FB2" w14:paraId="79E7C108"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6D3CC57" w14:textId="77777777" w:rsidR="00466FB2" w:rsidRDefault="00000000">
            <w:pPr>
              <w:spacing w:after="0" w:line="240" w:lineRule="auto"/>
            </w:pPr>
            <w:r>
              <w:rPr>
                <w:b/>
                <w:color w:val="17365D"/>
              </w:rPr>
              <w:t>Confirmed problem statement</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65304B0" w14:textId="77777777" w:rsidR="00466FB2" w:rsidRDefault="00000000">
            <w:pPr>
              <w:spacing w:after="0" w:line="240" w:lineRule="auto"/>
            </w:pPr>
            <w:r>
              <w:t>M6 tapped holes on WO-78419 did not meet the 14.0 mm minimum depth requirement on 9 inspected housings.</w:t>
            </w:r>
          </w:p>
        </w:tc>
      </w:tr>
      <w:tr w:rsidR="00466FB2" w14:paraId="161B7C79" w14:textId="77777777">
        <w:trPr>
          <w:cantSplit/>
          <w:trHeight w:val="11"/>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4AE53BBA" w14:textId="77777777" w:rsidR="00466FB2" w:rsidRDefault="00000000">
            <w:pPr>
              <w:spacing w:after="0" w:line="240" w:lineRule="auto"/>
            </w:pPr>
            <w:r>
              <w:rPr>
                <w:b/>
                <w:color w:val="17365D"/>
              </w:rPr>
              <w:t>Occurrence root cause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7313718" w14:textId="77777777" w:rsidR="00466FB2" w:rsidRDefault="00000000">
            <w:pPr>
              <w:spacing w:after="0" w:line="240" w:lineRule="auto"/>
            </w:pPr>
            <w:r>
              <w:t>Tapping depth stop collar slipped because the setup checklist did not require locked collar verification after tool change.</w:t>
            </w:r>
          </w:p>
        </w:tc>
      </w:tr>
      <w:tr w:rsidR="00466FB2" w14:paraId="437D6FBE" w14:textId="77777777">
        <w:trPr>
          <w:cantSplit/>
          <w:trHeight w:val="10"/>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782DEE3" w14:textId="77777777" w:rsidR="00466FB2" w:rsidRDefault="00000000">
            <w:pPr>
              <w:spacing w:after="0" w:line="240" w:lineRule="auto"/>
            </w:pPr>
            <w:r>
              <w:rPr>
                <w:b/>
                <w:color w:val="17365D"/>
              </w:rPr>
              <w:t>Evidence supporting occurrence cause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2AD7565" w14:textId="77777777" w:rsidR="00466FB2" w:rsidRDefault="00000000">
            <w:pPr>
              <w:spacing w:after="0" w:line="240" w:lineRule="auto"/>
            </w:pPr>
            <w:r>
              <w:t>Machine setup review showed collar witness mark shifted. Setup record did not include collar lock verification after the tool change.</w:t>
            </w:r>
          </w:p>
        </w:tc>
      </w:tr>
      <w:tr w:rsidR="00466FB2" w14:paraId="29F149F3" w14:textId="77777777">
        <w:trPr>
          <w:cantSplit/>
          <w:trHeight w:val="11"/>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E34B3E0" w14:textId="77777777" w:rsidR="00466FB2" w:rsidRDefault="00000000">
            <w:pPr>
              <w:spacing w:after="0" w:line="240" w:lineRule="auto"/>
            </w:pPr>
            <w:r>
              <w:rPr>
                <w:b/>
                <w:color w:val="17365D"/>
              </w:rPr>
              <w:t>Escape / detection cause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06E568C7" w14:textId="77777777" w:rsidR="00466FB2" w:rsidRDefault="00000000">
            <w:pPr>
              <w:spacing w:after="0" w:line="240" w:lineRule="auto"/>
            </w:pPr>
            <w:r>
              <w:t>Final inspection plan sampled thread presence but did not require measured thread depth after every setup change.</w:t>
            </w:r>
          </w:p>
        </w:tc>
      </w:tr>
      <w:tr w:rsidR="00466FB2" w14:paraId="59D0AE1B" w14:textId="77777777">
        <w:trPr>
          <w:cantSplit/>
          <w:trHeight w:val="10"/>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8AEB6D6" w14:textId="77777777" w:rsidR="00466FB2" w:rsidRDefault="00000000">
            <w:pPr>
              <w:spacing w:after="0" w:line="240" w:lineRule="auto"/>
            </w:pPr>
            <w:r>
              <w:rPr>
                <w:b/>
                <w:color w:val="17365D"/>
              </w:rPr>
              <w:lastRenderedPageBreak/>
              <w:t>Evidence supporting escape cause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1A8F520" w14:textId="77777777" w:rsidR="00466FB2" w:rsidRDefault="00000000">
            <w:pPr>
              <w:spacing w:after="0" w:line="240" w:lineRule="auto"/>
            </w:pPr>
            <w:r>
              <w:t>Inspection plan IP-HSG-2408 Rev B required go/no-go thread check only; first-off thread depth measurement was not required.</w:t>
            </w:r>
          </w:p>
        </w:tc>
      </w:tr>
    </w:tbl>
    <w:p w14:paraId="35B427B6" w14:textId="5341E2C4" w:rsidR="00466FB2" w:rsidRDefault="00EC57E0">
      <w:pPr>
        <w:pStyle w:val="8DFSubsection"/>
        <w:keepNext/>
        <w:spacing w:before="120" w:after="60" w:line="240" w:lineRule="auto"/>
      </w:pPr>
      <w:r>
        <w:br/>
        <w:t>Example corrective action plan</w:t>
      </w:r>
    </w:p>
    <w:tbl>
      <w:tblPr>
        <w:tblW w:w="0" w:type="auto"/>
        <w:jc w:val="center"/>
        <w:tblLayout w:type="fixed"/>
        <w:tblLook w:val="04A0" w:firstRow="1" w:lastRow="0" w:firstColumn="1" w:lastColumn="0" w:noHBand="0" w:noVBand="1"/>
      </w:tblPr>
      <w:tblGrid>
        <w:gridCol w:w="792"/>
        <w:gridCol w:w="3240"/>
        <w:gridCol w:w="1224"/>
        <w:gridCol w:w="1368"/>
        <w:gridCol w:w="1080"/>
        <w:gridCol w:w="1944"/>
        <w:gridCol w:w="1368"/>
      </w:tblGrid>
      <w:tr w:rsidR="00466FB2" w14:paraId="230D272A" w14:textId="77777777">
        <w:trPr>
          <w:trHeight w:val="6"/>
          <w:tblHeader/>
          <w:jc w:val="center"/>
        </w:trPr>
        <w:tc>
          <w:tcPr>
            <w:tcW w:w="792"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5B644C27" w14:textId="77777777" w:rsidR="00466FB2" w:rsidRDefault="00000000">
            <w:pPr>
              <w:spacing w:after="0" w:line="240" w:lineRule="auto"/>
              <w:jc w:val="center"/>
            </w:pPr>
            <w:r>
              <w:rPr>
                <w:b/>
                <w:color w:val="FFFFFF"/>
                <w:sz w:val="19"/>
              </w:rPr>
              <w:t>Action ID</w:t>
            </w:r>
          </w:p>
        </w:tc>
        <w:tc>
          <w:tcPr>
            <w:tcW w:w="3240"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31CA689C" w14:textId="77777777" w:rsidR="00466FB2" w:rsidRDefault="00000000">
            <w:pPr>
              <w:spacing w:after="0" w:line="240" w:lineRule="auto"/>
              <w:jc w:val="center"/>
            </w:pPr>
            <w:r>
              <w:rPr>
                <w:b/>
                <w:color w:val="FFFFFF"/>
                <w:sz w:val="19"/>
              </w:rPr>
              <w:t>Corrective action</w:t>
            </w:r>
          </w:p>
        </w:tc>
        <w:tc>
          <w:tcPr>
            <w:tcW w:w="1224"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3D1BE67D" w14:textId="77777777" w:rsidR="00466FB2" w:rsidRDefault="00000000">
            <w:pPr>
              <w:spacing w:after="0" w:line="240" w:lineRule="auto"/>
              <w:jc w:val="center"/>
            </w:pPr>
            <w:r>
              <w:rPr>
                <w:b/>
                <w:color w:val="FFFFFF"/>
                <w:sz w:val="19"/>
              </w:rPr>
              <w:t>Cause addressed</w:t>
            </w:r>
          </w:p>
        </w:tc>
        <w:tc>
          <w:tcPr>
            <w:tcW w:w="1368"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72661DA0" w14:textId="77777777" w:rsidR="00466FB2" w:rsidRDefault="00000000">
            <w:pPr>
              <w:spacing w:after="0" w:line="240" w:lineRule="auto"/>
              <w:jc w:val="center"/>
            </w:pPr>
            <w:r>
              <w:rPr>
                <w:b/>
                <w:color w:val="FFFFFF"/>
                <w:sz w:val="19"/>
              </w:rPr>
              <w:t>Owner</w:t>
            </w:r>
          </w:p>
        </w:tc>
        <w:tc>
          <w:tcPr>
            <w:tcW w:w="1080"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528B899F" w14:textId="77777777" w:rsidR="00466FB2" w:rsidRDefault="00000000">
            <w:pPr>
              <w:spacing w:after="0" w:line="240" w:lineRule="auto"/>
              <w:jc w:val="center"/>
            </w:pPr>
            <w:r>
              <w:rPr>
                <w:b/>
                <w:color w:val="FFFFFF"/>
                <w:sz w:val="19"/>
              </w:rPr>
              <w:t>Due date</w:t>
            </w:r>
          </w:p>
        </w:tc>
        <w:tc>
          <w:tcPr>
            <w:tcW w:w="1944"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4E2B7466" w14:textId="77777777" w:rsidR="00466FB2" w:rsidRDefault="00000000">
            <w:pPr>
              <w:spacing w:after="0" w:line="240" w:lineRule="auto"/>
              <w:jc w:val="center"/>
            </w:pPr>
            <w:r>
              <w:rPr>
                <w:b/>
                <w:color w:val="FFFFFF"/>
                <w:sz w:val="19"/>
              </w:rPr>
              <w:t>Expected result / criteria</w:t>
            </w:r>
          </w:p>
        </w:tc>
        <w:tc>
          <w:tcPr>
            <w:tcW w:w="1368" w:type="dxa"/>
            <w:tcBorders>
              <w:top w:val="single" w:sz="4" w:space="0" w:color="CBD5E0"/>
              <w:left w:val="single" w:sz="4" w:space="0" w:color="CBD5E0"/>
              <w:bottom w:val="single" w:sz="4" w:space="0" w:color="CBD5E0"/>
              <w:right w:val="single" w:sz="4" w:space="0" w:color="CBD5E0"/>
            </w:tcBorders>
            <w:shd w:val="clear" w:color="auto" w:fill="17365D"/>
            <w:tcMar>
              <w:top w:w="70" w:type="dxa"/>
              <w:left w:w="120" w:type="dxa"/>
              <w:bottom w:w="70" w:type="dxa"/>
              <w:right w:w="120" w:type="dxa"/>
            </w:tcMar>
          </w:tcPr>
          <w:p w14:paraId="741D4C83" w14:textId="77777777" w:rsidR="00466FB2" w:rsidRDefault="00000000">
            <w:pPr>
              <w:spacing w:after="0" w:line="240" w:lineRule="auto"/>
              <w:jc w:val="center"/>
            </w:pPr>
            <w:r>
              <w:rPr>
                <w:b/>
                <w:color w:val="FFFFFF"/>
                <w:sz w:val="19"/>
              </w:rPr>
              <w:t>Evidence</w:t>
            </w:r>
          </w:p>
        </w:tc>
      </w:tr>
      <w:tr w:rsidR="00466FB2" w14:paraId="438D7F12" w14:textId="77777777">
        <w:trPr>
          <w:cantSplit/>
          <w:trHeight w:val="10"/>
          <w:jc w:val="center"/>
        </w:trPr>
        <w:tc>
          <w:tcPr>
            <w:tcW w:w="7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AA44D8D" w14:textId="77777777" w:rsidR="00466FB2" w:rsidRDefault="00000000">
            <w:pPr>
              <w:spacing w:after="0" w:line="240" w:lineRule="auto"/>
            </w:pPr>
            <w:r>
              <w:rPr>
                <w:sz w:val="19"/>
              </w:rPr>
              <w:t>CA-1</w:t>
            </w:r>
          </w:p>
        </w:tc>
        <w:tc>
          <w:tcPr>
            <w:tcW w:w="32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C3FE527" w14:textId="77777777" w:rsidR="00466FB2" w:rsidRDefault="00000000">
            <w:pPr>
              <w:spacing w:after="0" w:line="240" w:lineRule="auto"/>
            </w:pPr>
            <w:r>
              <w:rPr>
                <w:sz w:val="19"/>
              </w:rPr>
              <w:t>Update setup checklist to require engineering-approved stop collar lock screw torque verification and a visual witness mark after tool change.</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5A46D538" w14:textId="77777777" w:rsidR="00466FB2" w:rsidRDefault="00000000">
            <w:pPr>
              <w:spacing w:after="0" w:line="240" w:lineRule="auto"/>
            </w:pPr>
            <w:r>
              <w:rPr>
                <w:sz w:val="19"/>
              </w:rPr>
              <w:t>Occurrence</w:t>
            </w:r>
          </w:p>
        </w:tc>
        <w:tc>
          <w:tcPr>
            <w:tcW w:w="1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A6EAD31" w14:textId="77777777" w:rsidR="00466FB2" w:rsidRDefault="00000000">
            <w:pPr>
              <w:spacing w:after="0" w:line="240" w:lineRule="auto"/>
            </w:pPr>
            <w:r>
              <w:rPr>
                <w:sz w:val="19"/>
              </w:rPr>
              <w:t>Manufacturing engineer</w:t>
            </w:r>
          </w:p>
        </w:tc>
        <w:tc>
          <w:tcPr>
            <w:tcW w:w="108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2F72790" w14:textId="77777777" w:rsidR="00466FB2" w:rsidRDefault="00000000">
            <w:pPr>
              <w:spacing w:after="0" w:line="240" w:lineRule="auto"/>
            </w:pPr>
            <w:r>
              <w:rPr>
                <w:sz w:val="19"/>
              </w:rPr>
              <w:t>25 Jun 2026</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EB59554" w14:textId="77777777" w:rsidR="00466FB2" w:rsidRDefault="00000000">
            <w:pPr>
              <w:spacing w:after="0" w:line="240" w:lineRule="auto"/>
            </w:pPr>
            <w:r>
              <w:rPr>
                <w:sz w:val="19"/>
              </w:rPr>
              <w:t>Checklist requires torque verification and visible witness mark</w:t>
            </w:r>
          </w:p>
        </w:tc>
        <w:tc>
          <w:tcPr>
            <w:tcW w:w="1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72EA570" w14:textId="77777777" w:rsidR="00466FB2" w:rsidRDefault="00000000">
            <w:pPr>
              <w:spacing w:after="0" w:line="240" w:lineRule="auto"/>
            </w:pPr>
            <w:r>
              <w:rPr>
                <w:sz w:val="19"/>
              </w:rPr>
              <w:t>Revised setup checklist</w:t>
            </w:r>
          </w:p>
        </w:tc>
      </w:tr>
      <w:tr w:rsidR="00466FB2" w14:paraId="40AD0CB6" w14:textId="77777777">
        <w:trPr>
          <w:cantSplit/>
          <w:trHeight w:val="10"/>
          <w:jc w:val="center"/>
        </w:trPr>
        <w:tc>
          <w:tcPr>
            <w:tcW w:w="7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650B706" w14:textId="77777777" w:rsidR="00466FB2" w:rsidRDefault="00000000">
            <w:pPr>
              <w:spacing w:after="0" w:line="240" w:lineRule="auto"/>
            </w:pPr>
            <w:r>
              <w:rPr>
                <w:sz w:val="19"/>
              </w:rPr>
              <w:t>CA-2</w:t>
            </w:r>
          </w:p>
        </w:tc>
        <w:tc>
          <w:tcPr>
            <w:tcW w:w="32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18A20B9" w14:textId="77777777" w:rsidR="00466FB2" w:rsidRDefault="00000000">
            <w:pPr>
              <w:spacing w:after="0" w:line="240" w:lineRule="auto"/>
            </w:pPr>
            <w:r>
              <w:rPr>
                <w:sz w:val="19"/>
              </w:rPr>
              <w:t>Add first-off thread depth measurement after tapping tool change.</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2B160DE2" w14:textId="77777777" w:rsidR="00466FB2" w:rsidRDefault="00000000">
            <w:pPr>
              <w:spacing w:after="0" w:line="240" w:lineRule="auto"/>
            </w:pPr>
            <w:r>
              <w:rPr>
                <w:sz w:val="19"/>
              </w:rPr>
              <w:t>Occurrence / Escape</w:t>
            </w:r>
          </w:p>
        </w:tc>
        <w:tc>
          <w:tcPr>
            <w:tcW w:w="1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81F652F" w14:textId="77777777" w:rsidR="00466FB2" w:rsidRDefault="00000000">
            <w:pPr>
              <w:spacing w:after="0" w:line="240" w:lineRule="auto"/>
            </w:pPr>
            <w:r>
              <w:rPr>
                <w:sz w:val="19"/>
              </w:rPr>
              <w:t>Quality engineer</w:t>
            </w:r>
          </w:p>
        </w:tc>
        <w:tc>
          <w:tcPr>
            <w:tcW w:w="108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7795F07" w14:textId="77777777" w:rsidR="00466FB2" w:rsidRDefault="00000000">
            <w:pPr>
              <w:spacing w:after="0" w:line="240" w:lineRule="auto"/>
            </w:pPr>
            <w:r>
              <w:rPr>
                <w:sz w:val="19"/>
              </w:rPr>
              <w:t>27 Jun 2026</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63F7269" w14:textId="77777777" w:rsidR="00466FB2" w:rsidRDefault="00000000">
            <w:pPr>
              <w:spacing w:after="0" w:line="240" w:lineRule="auto"/>
            </w:pPr>
            <w:r>
              <w:rPr>
                <w:sz w:val="19"/>
              </w:rPr>
              <w:t>First-off record shows thread depth &gt;= 14.0 mm</w:t>
            </w:r>
          </w:p>
        </w:tc>
        <w:tc>
          <w:tcPr>
            <w:tcW w:w="1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B1506A8" w14:textId="77777777" w:rsidR="00466FB2" w:rsidRDefault="00000000">
            <w:pPr>
              <w:spacing w:after="0" w:line="240" w:lineRule="auto"/>
            </w:pPr>
            <w:r>
              <w:rPr>
                <w:sz w:val="19"/>
              </w:rPr>
              <w:t>First-off inspection record</w:t>
            </w:r>
          </w:p>
        </w:tc>
      </w:tr>
      <w:tr w:rsidR="00466FB2" w14:paraId="1F9B0909" w14:textId="77777777">
        <w:trPr>
          <w:cantSplit/>
          <w:trHeight w:val="10"/>
          <w:jc w:val="center"/>
        </w:trPr>
        <w:tc>
          <w:tcPr>
            <w:tcW w:w="7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49CD6600" w14:textId="77777777" w:rsidR="00466FB2" w:rsidRDefault="00000000">
            <w:pPr>
              <w:spacing w:after="0" w:line="240" w:lineRule="auto"/>
            </w:pPr>
            <w:r>
              <w:rPr>
                <w:sz w:val="19"/>
              </w:rPr>
              <w:t>CA-3</w:t>
            </w:r>
          </w:p>
        </w:tc>
        <w:tc>
          <w:tcPr>
            <w:tcW w:w="32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7CEFD91" w14:textId="77777777" w:rsidR="00466FB2" w:rsidRDefault="00000000">
            <w:pPr>
              <w:spacing w:after="0" w:line="240" w:lineRule="auto"/>
            </w:pPr>
            <w:r>
              <w:rPr>
                <w:sz w:val="19"/>
              </w:rPr>
              <w:t>Add final inspection thread depth check for the next three production runs.</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AE28F47" w14:textId="77777777" w:rsidR="00466FB2" w:rsidRDefault="00000000">
            <w:pPr>
              <w:spacing w:after="0" w:line="240" w:lineRule="auto"/>
            </w:pPr>
            <w:r>
              <w:rPr>
                <w:sz w:val="19"/>
              </w:rPr>
              <w:t>Escape</w:t>
            </w:r>
          </w:p>
        </w:tc>
        <w:tc>
          <w:tcPr>
            <w:tcW w:w="1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09F43FA" w14:textId="77777777" w:rsidR="00466FB2" w:rsidRDefault="00000000">
            <w:pPr>
              <w:spacing w:after="0" w:line="240" w:lineRule="auto"/>
            </w:pPr>
            <w:r>
              <w:rPr>
                <w:sz w:val="19"/>
              </w:rPr>
              <w:t>Inspection lead</w:t>
            </w:r>
          </w:p>
        </w:tc>
        <w:tc>
          <w:tcPr>
            <w:tcW w:w="108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68FF9599" w14:textId="77777777" w:rsidR="00466FB2" w:rsidRDefault="00000000">
            <w:pPr>
              <w:spacing w:after="0" w:line="240" w:lineRule="auto"/>
            </w:pPr>
            <w:r>
              <w:rPr>
                <w:sz w:val="19"/>
              </w:rPr>
              <w:t>1 Jul 2026</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301B0F3C" w14:textId="77777777" w:rsidR="00466FB2" w:rsidRDefault="00000000">
            <w:pPr>
              <w:spacing w:after="0" w:line="240" w:lineRule="auto"/>
            </w:pPr>
            <w:r>
              <w:rPr>
                <w:sz w:val="19"/>
              </w:rPr>
              <w:t>Next three production runs show zero shallow thread depth defects</w:t>
            </w:r>
          </w:p>
        </w:tc>
        <w:tc>
          <w:tcPr>
            <w:tcW w:w="1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92445EB" w14:textId="77777777" w:rsidR="00466FB2" w:rsidRDefault="00000000">
            <w:pPr>
              <w:spacing w:after="0" w:line="240" w:lineRule="auto"/>
            </w:pPr>
            <w:r>
              <w:rPr>
                <w:sz w:val="19"/>
              </w:rPr>
              <w:t>Inspection plan update</w:t>
            </w:r>
          </w:p>
        </w:tc>
      </w:tr>
      <w:tr w:rsidR="00466FB2" w14:paraId="28541C30" w14:textId="77777777">
        <w:trPr>
          <w:cantSplit/>
          <w:trHeight w:val="10"/>
          <w:jc w:val="center"/>
        </w:trPr>
        <w:tc>
          <w:tcPr>
            <w:tcW w:w="792"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9B66EBF" w14:textId="77777777" w:rsidR="00466FB2" w:rsidRDefault="00000000">
            <w:pPr>
              <w:spacing w:after="0" w:line="240" w:lineRule="auto"/>
            </w:pPr>
            <w:r>
              <w:rPr>
                <w:sz w:val="19"/>
              </w:rPr>
              <w:t>CA-4</w:t>
            </w:r>
          </w:p>
        </w:tc>
        <w:tc>
          <w:tcPr>
            <w:tcW w:w="324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6C34C03" w14:textId="77777777" w:rsidR="00466FB2" w:rsidRDefault="00000000">
            <w:pPr>
              <w:spacing w:after="0" w:line="240" w:lineRule="auto"/>
            </w:pPr>
            <w:r>
              <w:rPr>
                <w:sz w:val="19"/>
              </w:rPr>
              <w:t>Train machinists and inspectors on revised checklist and thread depth verification record.</w:t>
            </w:r>
          </w:p>
        </w:tc>
        <w:tc>
          <w:tcPr>
            <w:tcW w:w="122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D47D287" w14:textId="77777777" w:rsidR="00466FB2" w:rsidRDefault="00000000">
            <w:pPr>
              <w:spacing w:after="0" w:line="240" w:lineRule="auto"/>
            </w:pPr>
            <w:r>
              <w:rPr>
                <w:sz w:val="19"/>
              </w:rPr>
              <w:t>Both</w:t>
            </w:r>
          </w:p>
        </w:tc>
        <w:tc>
          <w:tcPr>
            <w:tcW w:w="1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7644ACE" w14:textId="77777777" w:rsidR="00466FB2" w:rsidRDefault="00000000">
            <w:pPr>
              <w:spacing w:after="0" w:line="240" w:lineRule="auto"/>
            </w:pPr>
            <w:r>
              <w:rPr>
                <w:sz w:val="19"/>
              </w:rPr>
              <w:t>Production supervisor</w:t>
            </w:r>
          </w:p>
        </w:tc>
        <w:tc>
          <w:tcPr>
            <w:tcW w:w="1080"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7D96786E" w14:textId="77777777" w:rsidR="00466FB2" w:rsidRDefault="00000000">
            <w:pPr>
              <w:spacing w:after="0" w:line="240" w:lineRule="auto"/>
            </w:pPr>
            <w:r>
              <w:rPr>
                <w:sz w:val="19"/>
              </w:rPr>
              <w:t>2 Jul 2026</w:t>
            </w:r>
          </w:p>
        </w:tc>
        <w:tc>
          <w:tcPr>
            <w:tcW w:w="1944"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10970BA0" w14:textId="77777777" w:rsidR="00466FB2" w:rsidRDefault="00000000">
            <w:pPr>
              <w:spacing w:after="0" w:line="240" w:lineRule="auto"/>
            </w:pPr>
            <w:r>
              <w:rPr>
                <w:sz w:val="19"/>
              </w:rPr>
              <w:t>Relevant operators and inspectors trained before next run</w:t>
            </w:r>
          </w:p>
        </w:tc>
        <w:tc>
          <w:tcPr>
            <w:tcW w:w="1368" w:type="dxa"/>
            <w:tcBorders>
              <w:top w:val="single" w:sz="4" w:space="0" w:color="CBD5E0"/>
              <w:left w:val="single" w:sz="4" w:space="0" w:color="CBD5E0"/>
              <w:bottom w:val="single" w:sz="4" w:space="0" w:color="CBD5E0"/>
              <w:right w:val="single" w:sz="4" w:space="0" w:color="CBD5E0"/>
            </w:tcBorders>
            <w:shd w:val="clear" w:color="auto" w:fill="FFFFFF"/>
            <w:tcMar>
              <w:top w:w="70" w:type="dxa"/>
              <w:left w:w="120" w:type="dxa"/>
              <w:bottom w:w="70" w:type="dxa"/>
              <w:right w:w="120" w:type="dxa"/>
            </w:tcMar>
          </w:tcPr>
          <w:p w14:paraId="0DA5AFC0" w14:textId="77777777" w:rsidR="00466FB2" w:rsidRDefault="00000000">
            <w:pPr>
              <w:spacing w:after="0" w:line="240" w:lineRule="auto"/>
            </w:pPr>
            <w:r>
              <w:rPr>
                <w:sz w:val="19"/>
              </w:rPr>
              <w:t>Training record</w:t>
            </w:r>
          </w:p>
        </w:tc>
      </w:tr>
    </w:tbl>
    <w:p w14:paraId="3DCA2332" w14:textId="4BF64149" w:rsidR="00466FB2" w:rsidRDefault="00EC57E0">
      <w:pPr>
        <w:pStyle w:val="8DFSubsection"/>
        <w:keepNext/>
        <w:spacing w:before="120" w:after="60" w:line="240" w:lineRule="auto"/>
      </w:pPr>
      <w:r>
        <w:br/>
        <w:t>Example evidence, verification, and closure</w:t>
      </w:r>
    </w:p>
    <w:tbl>
      <w:tblPr>
        <w:tblW w:w="0" w:type="auto"/>
        <w:jc w:val="center"/>
        <w:tblLayout w:type="fixed"/>
        <w:tblLook w:val="04A0" w:firstRow="1" w:lastRow="0" w:firstColumn="1" w:lastColumn="0" w:noHBand="0" w:noVBand="1"/>
      </w:tblPr>
      <w:tblGrid>
        <w:gridCol w:w="3240"/>
        <w:gridCol w:w="7128"/>
      </w:tblGrid>
      <w:tr w:rsidR="00466FB2" w14:paraId="75F0D1A4" w14:textId="77777777">
        <w:trPr>
          <w:cantSplit/>
          <w:trHeight w:val="14"/>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0EB51321" w14:textId="77777777" w:rsidR="00466FB2" w:rsidRDefault="00000000">
            <w:pPr>
              <w:spacing w:after="0" w:line="240" w:lineRule="auto"/>
            </w:pPr>
            <w:r>
              <w:rPr>
                <w:b/>
                <w:color w:val="17365D"/>
              </w:rPr>
              <w:t>Evidence references</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53AB83EC" w14:textId="77777777" w:rsidR="00466FB2" w:rsidRDefault="00000000">
            <w:pPr>
              <w:spacing w:after="0" w:line="240" w:lineRule="auto"/>
            </w:pPr>
            <w:r>
              <w:t>Final inspection sheet; photos of thread gauge / depth result; revised setup checklist; first-off inspection record; training record; rework record. Example evidence rows: E-1 final inspection sheet supports nonconformance; E-2 revised setup checklist supports corrective action; E-3 first-off inspection record supports verification.</w:t>
            </w:r>
          </w:p>
        </w:tc>
      </w:tr>
      <w:tr w:rsidR="00466FB2" w14:paraId="73A8D4A7" w14:textId="77777777">
        <w:trPr>
          <w:cantSplit/>
          <w:trHeight w:val="9"/>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2A789C6" w14:textId="77777777" w:rsidR="00466FB2" w:rsidRDefault="00000000">
            <w:pPr>
              <w:spacing w:after="0" w:line="240" w:lineRule="auto"/>
            </w:pPr>
            <w:r>
              <w:rPr>
                <w:b/>
                <w:color w:val="17365D"/>
              </w:rPr>
              <w:t>Verification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605D3AE2" w14:textId="77777777" w:rsidR="00466FB2" w:rsidRDefault="00000000">
            <w:pPr>
              <w:spacing w:after="0" w:line="240" w:lineRule="auto"/>
            </w:pPr>
            <w:r>
              <w:t>Next lot inspected with no shallow thread depth found. Revised setup checklist completed after tool change and reviewed by quality.</w:t>
            </w:r>
          </w:p>
        </w:tc>
      </w:tr>
      <w:tr w:rsidR="00466FB2" w14:paraId="0B84222D" w14:textId="77777777">
        <w:trPr>
          <w:cantSplit/>
          <w:trHeight w:val="10"/>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2EF301BB" w14:textId="77777777" w:rsidR="00466FB2" w:rsidRDefault="00000000">
            <w:pPr>
              <w:spacing w:after="0" w:line="240" w:lineRule="auto"/>
            </w:pPr>
            <w:r>
              <w:rPr>
                <w:b/>
                <w:color w:val="17365D"/>
              </w:rPr>
              <w:t>Effectiveness check</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3B962E89" w14:textId="77777777" w:rsidR="00466FB2" w:rsidRDefault="00000000">
            <w:pPr>
              <w:spacing w:after="0" w:line="240" w:lineRule="auto"/>
            </w:pPr>
            <w:r>
              <w:t>Review the next three production runs. Acceptance criterion: zero recurrence of shallow thread depth and completed setup checklist evidence for each run.</w:t>
            </w:r>
          </w:p>
        </w:tc>
      </w:tr>
      <w:tr w:rsidR="00466FB2" w14:paraId="58CFBE3C" w14:textId="77777777">
        <w:trPr>
          <w:cantSplit/>
          <w:trHeight w:val="7"/>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671FDB1B" w14:textId="77777777" w:rsidR="00466FB2" w:rsidRDefault="00000000">
            <w:pPr>
              <w:spacing w:after="0" w:line="240" w:lineRule="auto"/>
            </w:pPr>
            <w:r>
              <w:rPr>
                <w:b/>
                <w:color w:val="17365D"/>
              </w:rPr>
              <w:t>Closure decision</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4C2594F1" w14:textId="77777777" w:rsidR="00466FB2" w:rsidRDefault="00000000">
            <w:pPr>
              <w:spacing w:after="0" w:line="240" w:lineRule="auto"/>
            </w:pPr>
            <w:r>
              <w:t>Closed with effectiveness check pending after three accepted lots.</w:t>
            </w:r>
          </w:p>
        </w:tc>
      </w:tr>
      <w:tr w:rsidR="00466FB2" w14:paraId="7D61EC41" w14:textId="77777777">
        <w:trPr>
          <w:cantSplit/>
          <w:trHeight w:val="8"/>
          <w:jc w:val="center"/>
        </w:trPr>
        <w:tc>
          <w:tcPr>
            <w:tcW w:w="3240" w:type="dxa"/>
            <w:tcBorders>
              <w:top w:val="single" w:sz="4" w:space="0" w:color="CBD5E0"/>
              <w:left w:val="single" w:sz="4" w:space="0" w:color="CBD5E0"/>
              <w:bottom w:val="single" w:sz="4" w:space="0" w:color="CBD5E0"/>
              <w:right w:val="single" w:sz="4" w:space="0" w:color="CBD5E0"/>
            </w:tcBorders>
            <w:shd w:val="clear" w:color="auto" w:fill="F7FAFC"/>
            <w:tcMar>
              <w:top w:w="90" w:type="dxa"/>
              <w:left w:w="120" w:type="dxa"/>
              <w:bottom w:w="90" w:type="dxa"/>
              <w:right w:w="120" w:type="dxa"/>
            </w:tcMar>
          </w:tcPr>
          <w:p w14:paraId="34C1F816" w14:textId="77777777" w:rsidR="00466FB2" w:rsidRDefault="00000000">
            <w:pPr>
              <w:spacing w:after="0" w:line="240" w:lineRule="auto"/>
            </w:pPr>
            <w:r>
              <w:rPr>
                <w:b/>
                <w:color w:val="17365D"/>
              </w:rPr>
              <w:t>Closure note</w:t>
            </w:r>
          </w:p>
        </w:tc>
        <w:tc>
          <w:tcPr>
            <w:tcW w:w="7128" w:type="dxa"/>
            <w:tcBorders>
              <w:top w:val="single" w:sz="4" w:space="0" w:color="CBD5E0"/>
              <w:left w:val="single" w:sz="4" w:space="0" w:color="CBD5E0"/>
              <w:bottom w:val="single" w:sz="4" w:space="0" w:color="CBD5E0"/>
              <w:right w:val="single" w:sz="4" w:space="0" w:color="CBD5E0"/>
            </w:tcBorders>
            <w:shd w:val="clear" w:color="auto" w:fill="FFFFFF"/>
            <w:tcMar>
              <w:top w:w="90" w:type="dxa"/>
              <w:left w:w="120" w:type="dxa"/>
              <w:bottom w:w="90" w:type="dxa"/>
              <w:right w:w="120" w:type="dxa"/>
            </w:tcMar>
          </w:tcPr>
          <w:p w14:paraId="10573A3D" w14:textId="77777777" w:rsidR="00466FB2" w:rsidRDefault="00000000">
            <w:pPr>
              <w:spacing w:after="0" w:line="240" w:lineRule="auto"/>
            </w:pPr>
            <w:r>
              <w:t>If recurrence is found, reopen CAR and review tooling, setup verification, inspection frequency, and fixture / gauge method.</w:t>
            </w:r>
          </w:p>
        </w:tc>
      </w:tr>
    </w:tbl>
    <w:p w14:paraId="30B17F5D" w14:textId="77777777" w:rsidR="00EC0D21" w:rsidRDefault="00EC0D21"/>
    <w:p w14:paraId="2DC63337" w14:textId="77777777" w:rsidR="00EC57E0" w:rsidRDefault="00EC57E0" w:rsidP="00EC57E0">
      <w:pPr>
        <w:pStyle w:val="Heading2"/>
        <w:spacing w:before="80" w:after="60" w:line="240" w:lineRule="auto"/>
      </w:pPr>
      <w:r>
        <w:rPr>
          <w:rFonts w:ascii="Arial" w:eastAsia="Arial" w:hAnsi="Arial" w:cs="Arial"/>
        </w:rPr>
        <w:t>Use</w:t>
      </w:r>
      <w:r>
        <w:rPr>
          <w:rFonts w:ascii="Arial" w:eastAsia="Arial" w:hAnsi="Arial" w:cs="Arial"/>
          <w:color w:val="17365D"/>
          <w:sz w:val="22"/>
        </w:rPr>
        <w:t xml:space="preserve"> 8Dflow.com</w:t>
      </w:r>
    </w:p>
    <w:p w14:paraId="7442FDF2" w14:textId="77777777" w:rsidR="009E5B5B" w:rsidRPr="009E5B5B" w:rsidRDefault="009E5B5B" w:rsidP="009E5B5B">
      <w:pPr>
        <w:rPr>
          <w:rFonts w:cs="Arial"/>
          <w:szCs w:val="20"/>
          <w:lang w:val="en-AU"/>
        </w:rPr>
      </w:pPr>
      <w:r w:rsidRPr="009E5B5B">
        <w:rPr>
          <w:rFonts w:cs="Arial"/>
          <w:szCs w:val="20"/>
          <w:lang w:val="en-AU"/>
        </w:rPr>
        <w:t>Tracking owners, due dates, and evidence across Word files and email threads gets messy fast.</w:t>
      </w:r>
    </w:p>
    <w:p w14:paraId="491532F6" w14:textId="77777777" w:rsidR="009E5B5B" w:rsidRPr="009E5B5B" w:rsidRDefault="009E5B5B" w:rsidP="009E5B5B">
      <w:pPr>
        <w:rPr>
          <w:rFonts w:cs="Arial"/>
          <w:szCs w:val="20"/>
          <w:lang w:val="en-AU"/>
        </w:rPr>
      </w:pPr>
      <w:r w:rsidRPr="009E5B5B">
        <w:rPr>
          <w:rFonts w:cs="Arial"/>
          <w:szCs w:val="20"/>
          <w:lang w:val="en-AU"/>
        </w:rPr>
        <w:t>8Dflow is manufacturing quality software for managing 8D reports, NCRs, corrective actions, owners, due dates, and evidence in one place.</w:t>
      </w:r>
    </w:p>
    <w:p w14:paraId="4D50DF8F" w14:textId="77777777" w:rsidR="009E5B5B" w:rsidRPr="009E5B5B" w:rsidRDefault="009E5B5B" w:rsidP="009E5B5B">
      <w:pPr>
        <w:rPr>
          <w:rFonts w:cs="Arial"/>
          <w:szCs w:val="20"/>
          <w:lang w:val="en-AU"/>
        </w:rPr>
      </w:pPr>
      <w:r w:rsidRPr="009E5B5B">
        <w:rPr>
          <w:rFonts w:cs="Arial"/>
          <w:szCs w:val="20"/>
          <w:lang w:val="en-AU"/>
        </w:rPr>
        <w:t>Visit 8Dflow.com.</w:t>
      </w:r>
    </w:p>
    <w:p w14:paraId="73AF791D" w14:textId="77777777" w:rsidR="00EC57E0" w:rsidRDefault="00EC57E0"/>
    <w:sectPr w:rsidR="00EC57E0" w:rsidSect="00034616">
      <w:headerReference w:type="default" r:id="rId19"/>
      <w:footerReference w:type="default" r:id="rId20"/>
      <w:pgSz w:w="12240" w:h="15840"/>
      <w:pgMar w:top="792" w:right="792" w:bottom="792" w:left="79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24A11" w14:textId="77777777" w:rsidR="001A5D77" w:rsidRDefault="001A5D77">
      <w:pPr>
        <w:spacing w:after="0" w:line="240" w:lineRule="auto"/>
      </w:pPr>
      <w:r>
        <w:separator/>
      </w:r>
    </w:p>
  </w:endnote>
  <w:endnote w:type="continuationSeparator" w:id="0">
    <w:p w14:paraId="5F09656E" w14:textId="77777777" w:rsidR="001A5D77" w:rsidRDefault="001A5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DA7D" w14:textId="77777777" w:rsidR="00466FB2" w:rsidRDefault="00000000">
    <w:pPr>
      <w:jc w:val="center"/>
    </w:pPr>
    <w:r>
      <w:rPr>
        <w:color w:val="4A5568"/>
        <w:sz w:val="13"/>
        <w:szCs w:val="13"/>
      </w:rPr>
      <w:t xml:space="preserve">© 2026 8Dflow.com — For general manufacturing quality use. Adapt to your requirements. Do not redistribute. | Page </w:t>
    </w:r>
    <w:r>
      <w:rPr>
        <w:color w:val="4A5568"/>
        <w:sz w:val="13"/>
      </w:rPr>
      <w:fldChar w:fldCharType="begin"/>
    </w:r>
    <w:r>
      <w:rPr>
        <w:color w:val="4A5568"/>
        <w:sz w:val="13"/>
      </w:rPr>
      <w:instrText xml:space="preserve"> PAGE </w:instrText>
    </w:r>
    <w:r>
      <w:rPr>
        <w:color w:val="4A5568"/>
        <w:sz w:val="13"/>
      </w:rPr>
      <w:fldChar w:fldCharType="separate"/>
    </w:r>
    <w:r>
      <w:rPr>
        <w:color w:val="4A5568"/>
        <w:sz w:val="13"/>
        <w:szCs w:val="13"/>
      </w:rPr>
      <w:t>1</w:t>
    </w:r>
    <w:r>
      <w:rPr>
        <w:color w:val="4A5568"/>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FC787" w14:textId="0DFA8342" w:rsidR="00466FB2" w:rsidRDefault="008F76AD">
    <w:pPr>
      <w:jc w:val="center"/>
    </w:pPr>
    <w:r w:rsidRPr="00F27DF1">
      <w:rPr>
        <w:i/>
        <w:iCs/>
        <w:color w:val="4A5568"/>
        <w:sz w:val="13"/>
        <w:szCs w:val="13"/>
        <w:lang w:val="en-AU"/>
      </w:rPr>
      <w:t>© 8Dflow.com For internal business use only. General manufacturing quality reference; adapt before use. No warranty is given as to accuracy, completeness, suitability, or compliance with any audit, regulatory, contractual, certification, or legal requirement. Do not redistribute, resell, or publish without 8Dflow’s written permission</w:t>
    </w:r>
    <w:r w:rsidRPr="00F27DF1">
      <w:rPr>
        <w:i/>
        <w:iCs/>
        <w:color w:val="4A5568"/>
        <w:sz w:val="13"/>
        <w:szCs w:val="13"/>
      </w:rPr>
      <w:t xml:space="preserve"> |</w:t>
    </w:r>
    <w:r>
      <w:rPr>
        <w:color w:val="4A5568"/>
        <w:sz w:val="13"/>
        <w:szCs w:val="13"/>
      </w:rPr>
      <w:t xml:space="preserve"> Page </w:t>
    </w:r>
    <w:r>
      <w:rPr>
        <w:color w:val="4A5568"/>
        <w:sz w:val="13"/>
      </w:rPr>
      <w:fldChar w:fldCharType="begin"/>
    </w:r>
    <w:r>
      <w:rPr>
        <w:color w:val="4A5568"/>
        <w:sz w:val="13"/>
      </w:rPr>
      <w:instrText xml:space="preserve"> PAGE </w:instrText>
    </w:r>
    <w:r>
      <w:rPr>
        <w:color w:val="4A5568"/>
        <w:sz w:val="13"/>
      </w:rPr>
      <w:fldChar w:fldCharType="separate"/>
    </w:r>
    <w:r>
      <w:rPr>
        <w:color w:val="4A5568"/>
        <w:sz w:val="13"/>
        <w:szCs w:val="13"/>
      </w:rPr>
      <w:t>1</w:t>
    </w:r>
    <w:r>
      <w:rPr>
        <w:color w:val="4A5568"/>
        <w:sz w:val="1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2395" w14:textId="77777777" w:rsidR="00466FB2" w:rsidRDefault="00000000">
    <w:pPr>
      <w:jc w:val="center"/>
    </w:pPr>
    <w:r>
      <w:rPr>
        <w:color w:val="4A5568"/>
        <w:sz w:val="13"/>
        <w:szCs w:val="13"/>
      </w:rPr>
      <w:t xml:space="preserve">© 2026 8Dflow.com — For general manufacturing quality use. Adapt to your requirements. Do not redistribute. | Page </w:t>
    </w:r>
    <w:r>
      <w:rPr>
        <w:color w:val="4A5568"/>
        <w:sz w:val="13"/>
      </w:rPr>
      <w:fldChar w:fldCharType="begin"/>
    </w:r>
    <w:r>
      <w:rPr>
        <w:color w:val="4A5568"/>
        <w:sz w:val="13"/>
      </w:rPr>
      <w:instrText xml:space="preserve"> PAGE </w:instrText>
    </w:r>
    <w:r>
      <w:rPr>
        <w:color w:val="4A5568"/>
        <w:sz w:val="13"/>
      </w:rPr>
      <w:fldChar w:fldCharType="separate"/>
    </w:r>
    <w:r>
      <w:rPr>
        <w:color w:val="4A5568"/>
        <w:sz w:val="13"/>
        <w:szCs w:val="13"/>
      </w:rPr>
      <w:t>1</w:t>
    </w:r>
    <w:r>
      <w:rPr>
        <w:color w:val="4A5568"/>
        <w:sz w:val="13"/>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3D71" w14:textId="77777777" w:rsidR="00466FB2" w:rsidRDefault="00000000">
    <w:pPr>
      <w:jc w:val="center"/>
    </w:pPr>
    <w:r>
      <w:rPr>
        <w:color w:val="4A5568"/>
        <w:sz w:val="13"/>
        <w:szCs w:val="13"/>
      </w:rPr>
      <w:t xml:space="preserve">© 2026 8Dflow.com — For general manufacturing quality use. Adapt to your requirements. Do not redistribute. | Page </w:t>
    </w:r>
    <w:r>
      <w:rPr>
        <w:color w:val="4A5568"/>
        <w:sz w:val="13"/>
      </w:rPr>
      <w:fldChar w:fldCharType="begin"/>
    </w:r>
    <w:r>
      <w:rPr>
        <w:color w:val="4A5568"/>
        <w:sz w:val="13"/>
      </w:rPr>
      <w:instrText xml:space="preserve"> PAGE </w:instrText>
    </w:r>
    <w:r>
      <w:rPr>
        <w:color w:val="4A5568"/>
        <w:sz w:val="13"/>
      </w:rPr>
      <w:fldChar w:fldCharType="separate"/>
    </w:r>
    <w:r>
      <w:rPr>
        <w:color w:val="4A5568"/>
        <w:sz w:val="13"/>
        <w:szCs w:val="13"/>
      </w:rPr>
      <w:t>1</w:t>
    </w:r>
    <w:r>
      <w:rPr>
        <w:color w:val="4A5568"/>
        <w:sz w:val="13"/>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AA12" w14:textId="77777777" w:rsidR="00466FB2" w:rsidRDefault="00000000">
    <w:pPr>
      <w:jc w:val="center"/>
    </w:pPr>
    <w:r>
      <w:rPr>
        <w:color w:val="4A5568"/>
        <w:sz w:val="13"/>
        <w:szCs w:val="13"/>
      </w:rPr>
      <w:t xml:space="preserve">© 2026 8Dflow.com — For general manufacturing quality use. Adapt to your requirements. Do not redistribute. | Page </w:t>
    </w:r>
    <w:r>
      <w:rPr>
        <w:color w:val="4A5568"/>
        <w:sz w:val="13"/>
      </w:rPr>
      <w:fldChar w:fldCharType="begin"/>
    </w:r>
    <w:r>
      <w:rPr>
        <w:color w:val="4A5568"/>
        <w:sz w:val="13"/>
      </w:rPr>
      <w:instrText xml:space="preserve"> PAGE </w:instrText>
    </w:r>
    <w:r>
      <w:rPr>
        <w:color w:val="4A5568"/>
        <w:sz w:val="13"/>
      </w:rPr>
      <w:fldChar w:fldCharType="separate"/>
    </w:r>
    <w:r>
      <w:rPr>
        <w:color w:val="4A5568"/>
        <w:sz w:val="13"/>
        <w:szCs w:val="13"/>
      </w:rPr>
      <w:t>1</w:t>
    </w:r>
    <w:r>
      <w:rPr>
        <w:color w:val="4A5568"/>
        <w:sz w:val="13"/>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ED3A" w14:textId="77777777" w:rsidR="00466FB2" w:rsidRDefault="00000000">
    <w:pPr>
      <w:jc w:val="center"/>
    </w:pPr>
    <w:r>
      <w:rPr>
        <w:color w:val="4A5568"/>
        <w:sz w:val="13"/>
        <w:szCs w:val="13"/>
      </w:rPr>
      <w:t xml:space="preserve">© 2026 8Dflow.com — For general manufacturing quality use. Adapt to your requirements. Do not redistribute. | Page </w:t>
    </w:r>
    <w:r>
      <w:rPr>
        <w:color w:val="4A5568"/>
        <w:sz w:val="13"/>
      </w:rPr>
      <w:fldChar w:fldCharType="begin"/>
    </w:r>
    <w:r>
      <w:rPr>
        <w:color w:val="4A5568"/>
        <w:sz w:val="13"/>
      </w:rPr>
      <w:instrText xml:space="preserve"> PAGE </w:instrText>
    </w:r>
    <w:r>
      <w:rPr>
        <w:color w:val="4A5568"/>
        <w:sz w:val="13"/>
      </w:rPr>
      <w:fldChar w:fldCharType="separate"/>
    </w:r>
    <w:r>
      <w:rPr>
        <w:color w:val="4A5568"/>
        <w:sz w:val="13"/>
        <w:szCs w:val="13"/>
      </w:rPr>
      <w:t>1</w:t>
    </w:r>
    <w:r>
      <w:rPr>
        <w:color w:val="4A5568"/>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E97B5" w14:textId="77777777" w:rsidR="001A5D77" w:rsidRDefault="001A5D77">
      <w:pPr>
        <w:spacing w:after="0" w:line="240" w:lineRule="auto"/>
      </w:pPr>
      <w:r>
        <w:separator/>
      </w:r>
    </w:p>
  </w:footnote>
  <w:footnote w:type="continuationSeparator" w:id="0">
    <w:p w14:paraId="78324A15" w14:textId="77777777" w:rsidR="001A5D77" w:rsidRDefault="001A5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19A63" w14:textId="77777777" w:rsidR="00466FB2" w:rsidRDefault="00000000">
    <w:r>
      <w:rPr>
        <w:b/>
        <w:color w:val="17365D"/>
        <w:sz w:val="16"/>
        <w:szCs w:val="16"/>
      </w:rPr>
      <w:t>8Dflow.com</w:t>
    </w:r>
    <w:r>
      <w:rPr>
        <w:color w:val="4A5568"/>
        <w:sz w:val="16"/>
        <w:szCs w:val="16"/>
      </w:rPr>
      <w:t xml:space="preserve"> | CAR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2A593" w14:textId="77777777" w:rsidR="00466FB2" w:rsidRDefault="00000000">
    <w:r>
      <w:rPr>
        <w:b/>
        <w:color w:val="17365D"/>
        <w:sz w:val="16"/>
        <w:szCs w:val="16"/>
      </w:rPr>
      <w:t>8Dflow.com</w:t>
    </w:r>
    <w:r>
      <w:rPr>
        <w:color w:val="4A5568"/>
        <w:sz w:val="16"/>
        <w:szCs w:val="16"/>
      </w:rPr>
      <w:t xml:space="preserve"> | CAR Template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C1EF3" w14:textId="77777777" w:rsidR="00466FB2" w:rsidRDefault="00000000">
    <w:r>
      <w:rPr>
        <w:b/>
        <w:color w:val="17365D"/>
        <w:sz w:val="16"/>
        <w:szCs w:val="16"/>
      </w:rPr>
      <w:t>8Dflow.com</w:t>
    </w:r>
    <w:r>
      <w:rPr>
        <w:color w:val="4A5568"/>
        <w:sz w:val="16"/>
        <w:szCs w:val="16"/>
      </w:rPr>
      <w:t xml:space="preserve"> | CAR Template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A136" w14:textId="77777777" w:rsidR="00466FB2" w:rsidRDefault="00000000">
    <w:r>
      <w:rPr>
        <w:b/>
        <w:color w:val="17365D"/>
        <w:sz w:val="16"/>
        <w:szCs w:val="16"/>
      </w:rPr>
      <w:t>8Dflow.com</w:t>
    </w:r>
    <w:r>
      <w:rPr>
        <w:color w:val="4A5568"/>
        <w:sz w:val="16"/>
        <w:szCs w:val="16"/>
      </w:rPr>
      <w:t xml:space="preserve"> | CAR Template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24EB" w14:textId="77777777" w:rsidR="00466FB2" w:rsidRDefault="00000000">
    <w:r>
      <w:rPr>
        <w:b/>
        <w:color w:val="17365D"/>
        <w:sz w:val="16"/>
        <w:szCs w:val="16"/>
      </w:rPr>
      <w:t>8Dflow.com</w:t>
    </w:r>
    <w:r>
      <w:rPr>
        <w:color w:val="4A5568"/>
        <w:sz w:val="16"/>
        <w:szCs w:val="16"/>
      </w:rPr>
      <w:t xml:space="preserve"> | CAR Template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ECEA" w14:textId="77777777" w:rsidR="00466FB2" w:rsidRDefault="00000000">
    <w:r>
      <w:rPr>
        <w:b/>
        <w:color w:val="17365D"/>
        <w:sz w:val="16"/>
        <w:szCs w:val="16"/>
      </w:rPr>
      <w:t>8Dflow.com</w:t>
    </w:r>
    <w:r>
      <w:rPr>
        <w:color w:val="4A5568"/>
        <w:sz w:val="16"/>
        <w:szCs w:val="16"/>
      </w:rPr>
      <w:t xml:space="preserve"> | CAR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64D2B8C"/>
    <w:multiLevelType w:val="hybridMultilevel"/>
    <w:tmpl w:val="A7C48152"/>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775500A"/>
    <w:multiLevelType w:val="hybridMultilevel"/>
    <w:tmpl w:val="A3349DE2"/>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648902510">
    <w:abstractNumId w:val="8"/>
  </w:num>
  <w:num w:numId="2" w16cid:durableId="153953421">
    <w:abstractNumId w:val="6"/>
  </w:num>
  <w:num w:numId="3" w16cid:durableId="1017269635">
    <w:abstractNumId w:val="5"/>
  </w:num>
  <w:num w:numId="4" w16cid:durableId="923958598">
    <w:abstractNumId w:val="4"/>
  </w:num>
  <w:num w:numId="5" w16cid:durableId="1026562388">
    <w:abstractNumId w:val="7"/>
  </w:num>
  <w:num w:numId="6" w16cid:durableId="130245751">
    <w:abstractNumId w:val="3"/>
  </w:num>
  <w:num w:numId="7" w16cid:durableId="629212807">
    <w:abstractNumId w:val="2"/>
  </w:num>
  <w:num w:numId="8" w16cid:durableId="2062051707">
    <w:abstractNumId w:val="1"/>
  </w:num>
  <w:num w:numId="9" w16cid:durableId="611088420">
    <w:abstractNumId w:val="0"/>
  </w:num>
  <w:num w:numId="10" w16cid:durableId="1357779096">
    <w:abstractNumId w:val="10"/>
  </w:num>
  <w:num w:numId="11" w16cid:durableId="2712085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5D77"/>
    <w:rsid w:val="001C2B39"/>
    <w:rsid w:val="0029639D"/>
    <w:rsid w:val="002A3BB2"/>
    <w:rsid w:val="003240A8"/>
    <w:rsid w:val="00326F90"/>
    <w:rsid w:val="00441762"/>
    <w:rsid w:val="00466FB2"/>
    <w:rsid w:val="006E6D10"/>
    <w:rsid w:val="007007F6"/>
    <w:rsid w:val="00765D91"/>
    <w:rsid w:val="007A6696"/>
    <w:rsid w:val="0081545E"/>
    <w:rsid w:val="00820840"/>
    <w:rsid w:val="00825D7C"/>
    <w:rsid w:val="008F3FCB"/>
    <w:rsid w:val="008F76AD"/>
    <w:rsid w:val="00936541"/>
    <w:rsid w:val="00965A7E"/>
    <w:rsid w:val="009E5B5B"/>
    <w:rsid w:val="00A46F62"/>
    <w:rsid w:val="00A9496F"/>
    <w:rsid w:val="00AA1D8D"/>
    <w:rsid w:val="00B47730"/>
    <w:rsid w:val="00B663D8"/>
    <w:rsid w:val="00CB0664"/>
    <w:rsid w:val="00DC0E67"/>
    <w:rsid w:val="00EC0D21"/>
    <w:rsid w:val="00EC57E0"/>
    <w:rsid w:val="00ED0483"/>
    <w:rsid w:val="00F20A02"/>
    <w:rsid w:val="00F27DF1"/>
    <w:rsid w:val="00FC693F"/>
    <w:rsid w:val="00FE2F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897B39"/>
  <w14:defaultImageDpi w14:val="300"/>
  <w15:docId w15:val="{84B32AF9-3FB2-43A1-81F6-BB8F0B676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color w:val="2D3748"/>
      <w:sz w:val="20"/>
    </w:rPr>
  </w:style>
  <w:style w:type="paragraph" w:styleId="Heading1">
    <w:name w:val="heading 1"/>
    <w:basedOn w:val="Normal"/>
    <w:next w:val="Normal"/>
    <w:link w:val="Heading1Char"/>
    <w:uiPriority w:val="9"/>
    <w:qFormat/>
    <w:rsid w:val="00FC693F"/>
    <w:pPr>
      <w:keepNext/>
      <w:keepLines/>
      <w:spacing w:before="120" w:after="8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120" w:after="80"/>
      <w:outlineLvl w:val="2"/>
    </w:pPr>
    <w:rPr>
      <w:rFonts w:asciiTheme="majorHAnsi" w:eastAsiaTheme="majorEastAsia" w:hAnsiTheme="majorHAnsi" w:cstheme="majorBidi"/>
      <w:b/>
      <w:bCs/>
      <w:color w:val="17365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anceText">
    <w:name w:val="Guidance Text"/>
    <w:pPr>
      <w:spacing w:after="0" w:line="252" w:lineRule="auto"/>
    </w:pPr>
    <w:rPr>
      <w:rFonts w:ascii="Arial" w:eastAsia="Arial" w:hAnsi="Arial"/>
      <w:color w:val="3B3B3B"/>
      <w:sz w:val="17"/>
    </w:rPr>
  </w:style>
  <w:style w:type="paragraph" w:customStyle="1" w:styleId="SmallNote">
    <w:name w:val="Small Note"/>
    <w:pPr>
      <w:spacing w:after="0"/>
    </w:pPr>
    <w:rPr>
      <w:rFonts w:ascii="Arial" w:eastAsia="Arial" w:hAnsi="Arial"/>
      <w:color w:val="3B3B3B"/>
      <w:sz w:val="15"/>
    </w:rPr>
  </w:style>
  <w:style w:type="paragraph" w:customStyle="1" w:styleId="8DFTitle">
    <w:name w:val="8DF Title"/>
    <w:rPr>
      <w:rFonts w:ascii="Arial" w:eastAsia="Arial" w:hAnsi="Arial"/>
      <w:b/>
      <w:color w:val="17365D"/>
      <w:sz w:val="52"/>
    </w:rPr>
  </w:style>
  <w:style w:type="paragraph" w:customStyle="1" w:styleId="8DFSubtitle">
    <w:name w:val="8DF Subtitle"/>
    <w:rPr>
      <w:rFonts w:ascii="Arial" w:eastAsia="Arial" w:hAnsi="Arial"/>
      <w:color w:val="2D3748"/>
      <w:sz w:val="24"/>
    </w:rPr>
  </w:style>
  <w:style w:type="paragraph" w:customStyle="1" w:styleId="8DFBody">
    <w:name w:val="8DF Body"/>
    <w:rPr>
      <w:rFonts w:ascii="Arial" w:eastAsia="Arial" w:hAnsi="Arial"/>
      <w:color w:val="2D3748"/>
      <w:sz w:val="20"/>
    </w:rPr>
  </w:style>
  <w:style w:type="paragraph" w:customStyle="1" w:styleId="8DFSubsection">
    <w:name w:val="8DF Subsection"/>
    <w:rPr>
      <w:rFonts w:ascii="Arial" w:eastAsia="Arial" w:hAnsi="Arial"/>
      <w:b/>
      <w:color w:val="17365D"/>
    </w:rPr>
  </w:style>
  <w:style w:type="paragraph" w:customStyle="1" w:styleId="8DFSectionBar">
    <w:name w:val="8DF Section Bar"/>
    <w:rPr>
      <w:rFonts w:ascii="Arial" w:eastAsia="Arial" w:hAnsi="Arial"/>
      <w:b/>
      <w:color w:val="FFFFFF"/>
    </w:rPr>
  </w:style>
  <w:style w:type="paragraph" w:customStyle="1" w:styleId="8DFGuidance">
    <w:name w:val="8DF Guidance"/>
    <w:rPr>
      <w:rFonts w:ascii="Arial" w:eastAsia="Arial" w:hAnsi="Arial"/>
      <w:color w:val="2D3748"/>
      <w:sz w:val="18"/>
    </w:rPr>
  </w:style>
  <w:style w:type="paragraph" w:customStyle="1" w:styleId="8DFFooter">
    <w:name w:val="8DF Footer"/>
    <w:rPr>
      <w:rFonts w:ascii="Arial" w:eastAsia="Arial" w:hAnsi="Arial"/>
      <w:color w:val="4A5568"/>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8dflow.com"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3740</Words>
  <Characters>21324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8Dflow CAR Template - Corrective Action Request</vt:lpstr>
    </vt:vector>
  </TitlesOfParts>
  <Manager/>
  <Company/>
  <LinksUpToDate>false</LinksUpToDate>
  <CharactersWithSpaces>25014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8Dflow CAR Template - Corrective Action Request</dc:title>
  <dc:subject>Manufacturing Corrective Action Request template</dc:subject>
  <dc:creator>8Dflow;8Dflow.com</dc:creator>
  <cp:keywords>CAR template, Corrective Action Request, manufacturing quality, corrective action, nonconformance</cp:keywords>
  <dc:description>General manufacturing quality template. Adapt before use.</dc:description>
  <cp:lastModifiedBy>Reviewer</cp:lastModifiedBy>
  <cp:revision>14</cp:revision>
  <dcterms:created xsi:type="dcterms:W3CDTF">2013-12-23T23:15:00Z</dcterms:created>
  <dcterms:modified xsi:type="dcterms:W3CDTF">2026-06-24T23:06:00Z</dcterms:modified>
  <cp:category/>
</cp:coreProperties>
</file>