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FDA1" w14:textId="00CEE1EB" w:rsidR="007F646A" w:rsidRDefault="007F646A">
      <w:pPr>
        <w:pBdr>
          <w:bottom w:val="single" w:sz="6" w:space="1" w:color="CBD5E0"/>
        </w:pBdr>
        <w:spacing w:after="160"/>
      </w:pPr>
      <w:r>
        <w:fldChar w:fldCharType="begin"/>
      </w:r>
      <w:r>
        <w:instrText>HYPERLINK "https://8dflow.com" \h</w:instrText>
      </w:r>
      <w:r>
        <w:fldChar w:fldCharType="separate"/>
      </w:r>
      <w:r>
        <w:rPr>
          <w:b/>
          <w:color w:val="17365D"/>
          <w:szCs w:val="20"/>
        </w:rPr>
        <w:t>8Dflow.com</w:t>
      </w:r>
      <w:r>
        <w:fldChar w:fldCharType="end"/>
      </w:r>
      <w:r>
        <w:rPr>
          <w:color w:val="4A5568"/>
        </w:rPr>
        <w:t xml:space="preserve">  |  Manufacturing Quality</w:t>
      </w:r>
    </w:p>
    <w:p w14:paraId="09D064F6" w14:textId="77777777" w:rsidR="001B3268" w:rsidRPr="001B3268" w:rsidRDefault="001B3268">
      <w:pPr>
        <w:pStyle w:val="Title"/>
        <w:keepNext/>
        <w:rPr>
          <w:rFonts w:ascii="Arial" w:hAnsi="Arial" w:cs="Arial"/>
          <w:sz w:val="22"/>
          <w:szCs w:val="22"/>
        </w:rPr>
      </w:pPr>
    </w:p>
    <w:p w14:paraId="562BEAD2" w14:textId="11DDECC1" w:rsidR="007F646A" w:rsidRDefault="00000000">
      <w:pPr>
        <w:pStyle w:val="Title"/>
        <w:keepNext/>
      </w:pPr>
      <w:r>
        <w:rPr>
          <w:rFonts w:ascii="Arial" w:hAnsi="Arial" w:cs="Arial"/>
        </w:rPr>
        <w:t>SCAR Template</w:t>
      </w:r>
    </w:p>
    <w:p w14:paraId="6DDC5241" w14:textId="77777777" w:rsidR="007F646A" w:rsidRDefault="00000000">
      <w:pPr>
        <w:spacing w:after="200"/>
      </w:pPr>
      <w:r>
        <w:rPr>
          <w:sz w:val="24"/>
        </w:rPr>
        <w:t>Supplier Corrective Action Request | Word document for manufacturing supplier quality teams</w:t>
      </w: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60DBDB1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4C6AE5" w14:textId="77777777" w:rsidR="007F646A" w:rsidRDefault="00000000">
            <w:pPr>
              <w:pStyle w:val="TableText"/>
              <w:keepLines/>
              <w:spacing w:after="0"/>
            </w:pPr>
            <w:r>
              <w:rPr>
                <w:b/>
                <w:color w:val="17365D"/>
                <w:sz w:val="19"/>
                <w:szCs w:val="19"/>
              </w:rPr>
              <w:t>SCAR number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ADA097"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F6B30C" w14:textId="77777777" w:rsidR="007F646A" w:rsidRDefault="00000000">
            <w:pPr>
              <w:pStyle w:val="TableText"/>
              <w:keepLines/>
              <w:spacing w:after="0"/>
            </w:pPr>
            <w:r>
              <w:rPr>
                <w:b/>
                <w:color w:val="17365D"/>
                <w:sz w:val="19"/>
                <w:szCs w:val="19"/>
              </w:rPr>
              <w:t>Status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C3FA64D" w14:textId="77777777" w:rsidR="007F646A" w:rsidRDefault="00000000">
            <w:pPr>
              <w:pStyle w:val="TableText"/>
              <w:keepLines/>
              <w:spacing w:after="0"/>
            </w:pPr>
            <w:r>
              <w:rPr>
                <w:sz w:val="19"/>
                <w:szCs w:val="19"/>
              </w:rPr>
              <w:t>Draft / Issued to supplier / Under review / Closed</w:t>
            </w:r>
          </w:p>
        </w:tc>
      </w:tr>
      <w:tr w:rsidR="007F646A" w14:paraId="489CD68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D712320" w14:textId="77777777" w:rsidR="007F646A" w:rsidRDefault="00000000">
            <w:pPr>
              <w:pStyle w:val="TableText"/>
              <w:keepLines/>
              <w:spacing w:after="0"/>
            </w:pPr>
            <w:r>
              <w:rPr>
                <w:b/>
                <w:color w:val="17365D"/>
                <w:sz w:val="19"/>
                <w:szCs w:val="19"/>
              </w:rPr>
              <w:t>Date issued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5D62AF"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9FA852" w14:textId="77777777" w:rsidR="007F646A" w:rsidRDefault="00000000">
            <w:pPr>
              <w:pStyle w:val="TableText"/>
              <w:keepLines/>
              <w:spacing w:after="0"/>
            </w:pPr>
            <w:r>
              <w:rPr>
                <w:b/>
                <w:color w:val="17365D"/>
                <w:sz w:val="19"/>
                <w:szCs w:val="19"/>
              </w:rPr>
              <w:t>Revision / version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50915FA" w14:textId="77777777" w:rsidR="007F646A" w:rsidRDefault="007F646A">
            <w:pPr>
              <w:pStyle w:val="TableText"/>
              <w:keepLines/>
              <w:spacing w:after="0"/>
            </w:pPr>
          </w:p>
        </w:tc>
      </w:tr>
      <w:tr w:rsidR="007F646A" w14:paraId="21632E5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3DF20E2" w14:textId="77777777" w:rsidR="007F646A" w:rsidRDefault="00000000">
            <w:pPr>
              <w:pStyle w:val="TableText"/>
              <w:keepLines/>
              <w:spacing w:after="0"/>
            </w:pPr>
            <w:r>
              <w:rPr>
                <w:b/>
                <w:color w:val="17365D"/>
                <w:sz w:val="19"/>
                <w:szCs w:val="19"/>
              </w:rPr>
              <w:t>Issued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FD5325"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6B9280" w14:textId="77777777" w:rsidR="007F646A" w:rsidRDefault="00000000">
            <w:pPr>
              <w:pStyle w:val="TableText"/>
              <w:keepLines/>
              <w:spacing w:after="0"/>
            </w:pPr>
            <w:r>
              <w:rPr>
                <w:b/>
                <w:color w:val="17365D"/>
                <w:sz w:val="19"/>
                <w:szCs w:val="19"/>
              </w:rPr>
              <w:t>Issue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E00D19" w14:textId="77777777" w:rsidR="007F646A" w:rsidRDefault="007F646A">
            <w:pPr>
              <w:pStyle w:val="TableText"/>
              <w:keepLines/>
              <w:spacing w:after="0"/>
            </w:pPr>
          </w:p>
        </w:tc>
      </w:tr>
      <w:tr w:rsidR="007F646A" w14:paraId="57B1AB9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F539D5" w14:textId="77777777" w:rsidR="007F646A" w:rsidRDefault="00000000">
            <w:pPr>
              <w:pStyle w:val="TableText"/>
              <w:keepLines/>
              <w:spacing w:after="0"/>
            </w:pPr>
            <w:r>
              <w:rPr>
                <w:b/>
                <w:color w:val="17365D"/>
                <w:sz w:val="19"/>
                <w:szCs w:val="19"/>
              </w:rPr>
              <w:t>Supplier name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B8A11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C09650C" w14:textId="77777777" w:rsidR="007F646A" w:rsidRDefault="00000000">
            <w:pPr>
              <w:pStyle w:val="TableText"/>
              <w:keepLines/>
              <w:spacing w:after="0"/>
            </w:pPr>
            <w:r>
              <w:rPr>
                <w:b/>
                <w:color w:val="17365D"/>
                <w:sz w:val="19"/>
                <w:szCs w:val="19"/>
              </w:rPr>
              <w:t>Supplier response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F7647E9" w14:textId="77777777" w:rsidR="007F646A" w:rsidRDefault="007F646A">
            <w:pPr>
              <w:pStyle w:val="TableText"/>
              <w:keepLines/>
              <w:spacing w:after="0"/>
            </w:pPr>
          </w:p>
        </w:tc>
      </w:tr>
      <w:tr w:rsidR="007F646A" w14:paraId="0230DCB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6104938" w14:textId="77777777" w:rsidR="007F646A" w:rsidRDefault="00000000">
            <w:pPr>
              <w:pStyle w:val="TableText"/>
              <w:keepLines/>
              <w:spacing w:after="0"/>
            </w:pPr>
            <w:r>
              <w:rPr>
                <w:b/>
                <w:color w:val="17365D"/>
                <w:sz w:val="19"/>
                <w:szCs w:val="19"/>
              </w:rPr>
              <w:t>Supplier site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D5DE3B"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CBB6510" w14:textId="77777777" w:rsidR="007F646A" w:rsidRDefault="00000000">
            <w:pPr>
              <w:pStyle w:val="TableText"/>
              <w:keepLines/>
              <w:spacing w:after="0"/>
            </w:pPr>
            <w:r>
              <w:rPr>
                <w:b/>
                <w:color w:val="17365D"/>
                <w:sz w:val="19"/>
                <w:szCs w:val="19"/>
              </w:rPr>
              <w:t>Internal site / plant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20D24F" w14:textId="20616A23" w:rsidR="007F646A" w:rsidRDefault="007F646A">
            <w:pPr>
              <w:pStyle w:val="TableText"/>
              <w:keepLines/>
              <w:spacing w:after="0"/>
            </w:pPr>
          </w:p>
        </w:tc>
      </w:tr>
    </w:tbl>
    <w:p w14:paraId="27904547"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7BF75698"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64BE84BE" w14:textId="77777777" w:rsidR="007F646A" w:rsidRDefault="00000000">
            <w:pPr>
              <w:pStyle w:val="Guidance"/>
              <w:keepLines/>
              <w:spacing w:after="0"/>
            </w:pPr>
            <w:r>
              <w:rPr>
                <w:b/>
                <w:color w:val="2D3748"/>
                <w:sz w:val="19"/>
                <w:szCs w:val="19"/>
              </w:rPr>
              <w:t xml:space="preserve">Purpose: </w:t>
            </w:r>
            <w:r>
              <w:rPr>
                <w:color w:val="2D3748"/>
                <w:sz w:val="19"/>
                <w:szCs w:val="19"/>
              </w:rPr>
              <w:t>Use this template when a supplier needs to formally investigate, respond to, and correct a supplier-related nonconformance. Keep the request factual, evidence-based, and practical enough for a supplier to complete and return.</w:t>
            </w:r>
          </w:p>
        </w:tc>
      </w:tr>
    </w:tbl>
    <w:p w14:paraId="5AC202CC" w14:textId="77777777" w:rsidR="007F646A" w:rsidRDefault="007F646A">
      <w:pPr>
        <w:spacing w:after="20"/>
      </w:pPr>
    </w:p>
    <w:tbl>
      <w:tblPr>
        <w:tblW w:w="10656" w:type="dxa"/>
        <w:jc w:val="center"/>
        <w:tblLayout w:type="fixed"/>
        <w:tblLook w:val="04A0" w:firstRow="1" w:lastRow="0" w:firstColumn="1" w:lastColumn="0" w:noHBand="0" w:noVBand="1"/>
      </w:tblPr>
      <w:tblGrid>
        <w:gridCol w:w="10656"/>
      </w:tblGrid>
      <w:tr w:rsidR="007F646A" w14:paraId="6A1F107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5FF2366E" w14:textId="77777777" w:rsidR="007F646A" w:rsidRDefault="00000000">
            <w:pPr>
              <w:pStyle w:val="Guidance"/>
              <w:keepLines/>
              <w:spacing w:after="0"/>
            </w:pPr>
            <w:r>
              <w:rPr>
                <w:b/>
                <w:color w:val="2D3748"/>
                <w:sz w:val="19"/>
                <w:szCs w:val="19"/>
              </w:rPr>
              <w:t xml:space="preserve">Suitability note: </w:t>
            </w:r>
            <w:r>
              <w:rPr>
                <w:color w:val="2D3748"/>
                <w:sz w:val="19"/>
                <w:szCs w:val="19"/>
              </w:rPr>
              <w:t>Not for medical device, pharma, FDA, Part 11, or regulated CAPA workflows. Adapt to your company, customer, product, process, supplier, and industry requirements before use.</w:t>
            </w:r>
          </w:p>
        </w:tc>
      </w:tr>
    </w:tbl>
    <w:p w14:paraId="44C8BF9D" w14:textId="77777777" w:rsidR="007F646A" w:rsidRDefault="007F646A">
      <w:pPr>
        <w:spacing w:after="20"/>
      </w:pPr>
    </w:p>
    <w:p w14:paraId="646BBDF4" w14:textId="77777777" w:rsidR="007F646A" w:rsidRDefault="00000000">
      <w:pPr>
        <w:pStyle w:val="Heading1"/>
        <w:shd w:val="clear" w:color="auto" w:fill="17365D"/>
      </w:pPr>
      <w:r>
        <w:rPr>
          <w:rFonts w:ascii="Arial" w:hAnsi="Arial" w:cs="Arial"/>
        </w:rPr>
        <w:lastRenderedPageBreak/>
        <w:t>1. Start Here / How to Use This Template</w:t>
      </w:r>
    </w:p>
    <w:tbl>
      <w:tblPr>
        <w:tblW w:w="10656" w:type="dxa"/>
        <w:jc w:val="center"/>
        <w:tblLayout w:type="fixed"/>
        <w:tblLook w:val="04A0" w:firstRow="1" w:lastRow="0" w:firstColumn="1" w:lastColumn="0" w:noHBand="0" w:noVBand="1"/>
      </w:tblPr>
      <w:tblGrid>
        <w:gridCol w:w="5328"/>
        <w:gridCol w:w="5328"/>
      </w:tblGrid>
      <w:tr w:rsidR="007F646A" w14:paraId="6A624EF4"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72909F" w14:textId="77777777" w:rsidR="007F646A" w:rsidRDefault="00000000">
            <w:pPr>
              <w:pStyle w:val="TableText"/>
              <w:keepLines/>
              <w:spacing w:after="0"/>
              <w:rPr>
                <w:b/>
                <w:color w:val="17365D"/>
                <w:sz w:val="19"/>
                <w:szCs w:val="19"/>
              </w:rPr>
            </w:pPr>
            <w:r>
              <w:rPr>
                <w:b/>
                <w:color w:val="17365D"/>
                <w:sz w:val="19"/>
                <w:szCs w:val="19"/>
              </w:rPr>
              <w:t>Use this template when</w:t>
            </w:r>
          </w:p>
          <w:p w14:paraId="3CC44D02" w14:textId="77777777" w:rsidR="003D1350" w:rsidRPr="003D1350" w:rsidRDefault="003D1350" w:rsidP="003D1350"/>
          <w:p w14:paraId="79DCDFF4" w14:textId="77777777" w:rsidR="003D1350" w:rsidRPr="003D1350" w:rsidRDefault="003D1350" w:rsidP="003D1350"/>
          <w:p w14:paraId="78CA698F" w14:textId="77777777" w:rsidR="003D1350" w:rsidRPr="003D1350" w:rsidRDefault="003D1350" w:rsidP="003D1350"/>
          <w:p w14:paraId="2EADC443" w14:textId="77777777" w:rsidR="003D1350" w:rsidRPr="003D1350" w:rsidRDefault="003D1350" w:rsidP="003D1350"/>
          <w:p w14:paraId="00ADB8EF" w14:textId="77777777" w:rsidR="003D1350" w:rsidRPr="003D1350" w:rsidRDefault="003D1350" w:rsidP="003D1350"/>
          <w:p w14:paraId="427391CA" w14:textId="77777777" w:rsidR="003D1350" w:rsidRPr="003D1350" w:rsidRDefault="003D1350" w:rsidP="003D1350"/>
          <w:p w14:paraId="0EE85F7C" w14:textId="77777777" w:rsidR="003D1350" w:rsidRPr="003D1350" w:rsidRDefault="003D1350" w:rsidP="003D1350"/>
          <w:p w14:paraId="40DD01A8" w14:textId="77777777" w:rsidR="003D1350" w:rsidRPr="003D1350" w:rsidRDefault="003D1350" w:rsidP="003D1350"/>
          <w:p w14:paraId="75195D2E" w14:textId="77777777" w:rsidR="003D1350" w:rsidRPr="003D1350" w:rsidRDefault="003D1350" w:rsidP="003D1350"/>
          <w:p w14:paraId="6EC9EA4F" w14:textId="77777777" w:rsidR="003D1350" w:rsidRPr="003D1350" w:rsidRDefault="003D1350" w:rsidP="003D1350"/>
          <w:p w14:paraId="465B1237" w14:textId="77777777" w:rsidR="003D1350" w:rsidRPr="003D1350" w:rsidRDefault="003D1350" w:rsidP="003D1350"/>
          <w:p w14:paraId="7B586377" w14:textId="77777777" w:rsidR="003D1350" w:rsidRPr="003D1350" w:rsidRDefault="003D1350" w:rsidP="003D1350"/>
          <w:p w14:paraId="7FECEA2C" w14:textId="77777777" w:rsidR="003D1350" w:rsidRPr="003D1350" w:rsidRDefault="003D1350" w:rsidP="003D1350"/>
          <w:p w14:paraId="4A6B0B0B" w14:textId="77777777" w:rsidR="003D1350" w:rsidRPr="003D1350" w:rsidRDefault="003D1350" w:rsidP="003D1350"/>
          <w:p w14:paraId="3FAF5256" w14:textId="77777777" w:rsidR="003D1350" w:rsidRPr="003D1350" w:rsidRDefault="003D1350" w:rsidP="003D1350"/>
          <w:p w14:paraId="65F647C9" w14:textId="77777777" w:rsidR="003D1350" w:rsidRPr="003D1350" w:rsidRDefault="003D1350" w:rsidP="003D1350"/>
          <w:p w14:paraId="39F18094" w14:textId="77777777" w:rsidR="003D1350" w:rsidRPr="003D1350" w:rsidRDefault="003D1350" w:rsidP="003D1350"/>
          <w:p w14:paraId="72F40343" w14:textId="77777777" w:rsidR="003D1350" w:rsidRPr="003D1350" w:rsidRDefault="003D1350" w:rsidP="003D1350"/>
          <w:p w14:paraId="03E641E8" w14:textId="77777777" w:rsidR="003D1350" w:rsidRPr="003D1350" w:rsidRDefault="003D1350" w:rsidP="003D1350"/>
          <w:p w14:paraId="15B8328E" w14:textId="77777777" w:rsidR="003D1350" w:rsidRPr="003D1350" w:rsidRDefault="003D1350" w:rsidP="003D1350"/>
          <w:p w14:paraId="5A7A8540" w14:textId="77777777" w:rsidR="003D1350" w:rsidRPr="003D1350" w:rsidRDefault="003D1350" w:rsidP="003D1350"/>
          <w:p w14:paraId="021E49FC" w14:textId="77777777" w:rsidR="003D1350" w:rsidRPr="003D1350" w:rsidRDefault="003D1350" w:rsidP="003D1350"/>
          <w:p w14:paraId="14632444" w14:textId="77777777" w:rsidR="003D1350" w:rsidRPr="003D1350" w:rsidRDefault="003D1350" w:rsidP="003D1350"/>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730A63" w14:textId="77777777" w:rsidR="007F646A" w:rsidRDefault="00000000">
            <w:pPr>
              <w:pStyle w:val="TableText"/>
              <w:keepLines/>
              <w:spacing w:after="0"/>
            </w:pPr>
            <w:r>
              <w:rPr>
                <w:sz w:val="19"/>
                <w:szCs w:val="19"/>
              </w:rPr>
              <w:t>A supplier defect, shipment problem, material issue, documentation error, packaging issue, repeat supplier concern, customer-impacting supplier problem, or supplier escape needs a formal response and follow-up evidence.</w:t>
            </w:r>
          </w:p>
        </w:tc>
      </w:tr>
      <w:tr w:rsidR="007F646A" w14:paraId="5177DCEB"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FA85A2C" w14:textId="77777777" w:rsidR="007F646A" w:rsidRDefault="00000000">
            <w:pPr>
              <w:pStyle w:val="TableText"/>
              <w:keepLines/>
              <w:spacing w:after="0"/>
              <w:rPr>
                <w:b/>
                <w:color w:val="17365D"/>
                <w:sz w:val="19"/>
                <w:szCs w:val="19"/>
              </w:rPr>
            </w:pPr>
            <w:r>
              <w:rPr>
                <w:b/>
                <w:color w:val="17365D"/>
                <w:sz w:val="19"/>
                <w:szCs w:val="19"/>
              </w:rPr>
              <w:lastRenderedPageBreak/>
              <w:t>A simpler follow-up may be enough when</w:t>
            </w:r>
          </w:p>
          <w:p w14:paraId="3D58C1B5" w14:textId="77777777" w:rsidR="003D1350" w:rsidRPr="003D1350" w:rsidRDefault="003D1350" w:rsidP="003D1350"/>
          <w:p w14:paraId="173BDD5C" w14:textId="77777777" w:rsidR="003D1350" w:rsidRPr="003D1350" w:rsidRDefault="003D1350" w:rsidP="003D1350"/>
          <w:p w14:paraId="3770C26E" w14:textId="77777777" w:rsidR="003D1350" w:rsidRPr="003D1350" w:rsidRDefault="003D1350" w:rsidP="003D1350"/>
          <w:p w14:paraId="55812E24" w14:textId="77777777" w:rsidR="003D1350" w:rsidRPr="003D1350" w:rsidRDefault="003D1350" w:rsidP="003D1350"/>
          <w:p w14:paraId="7C7589DD" w14:textId="77777777" w:rsidR="003D1350" w:rsidRPr="003D1350" w:rsidRDefault="003D1350" w:rsidP="003D1350"/>
          <w:p w14:paraId="076ED36C" w14:textId="77777777" w:rsidR="003D1350" w:rsidRPr="003D1350" w:rsidRDefault="003D1350" w:rsidP="003D1350"/>
          <w:p w14:paraId="5219C701" w14:textId="77777777" w:rsidR="003D1350" w:rsidRPr="003D1350" w:rsidRDefault="003D1350" w:rsidP="003D1350"/>
          <w:p w14:paraId="56B05C23" w14:textId="77777777" w:rsidR="003D1350" w:rsidRPr="003D1350" w:rsidRDefault="003D1350" w:rsidP="003D1350"/>
          <w:p w14:paraId="07FF74E4" w14:textId="77777777" w:rsidR="003D1350" w:rsidRPr="003D1350" w:rsidRDefault="003D1350" w:rsidP="003D1350"/>
          <w:p w14:paraId="5E294669" w14:textId="77777777" w:rsidR="003D1350" w:rsidRPr="003D1350" w:rsidRDefault="003D1350" w:rsidP="003D1350"/>
          <w:p w14:paraId="541368DB" w14:textId="77777777" w:rsidR="003D1350" w:rsidRPr="003D1350" w:rsidRDefault="003D1350" w:rsidP="003D1350"/>
          <w:p w14:paraId="323954CC" w14:textId="77777777" w:rsidR="003D1350" w:rsidRPr="003D1350" w:rsidRDefault="003D1350" w:rsidP="003D1350"/>
          <w:p w14:paraId="558A80DE" w14:textId="77777777" w:rsidR="003D1350" w:rsidRPr="003D1350" w:rsidRDefault="003D1350" w:rsidP="003D1350"/>
          <w:p w14:paraId="402DD514" w14:textId="77777777" w:rsidR="003D1350" w:rsidRPr="003D1350" w:rsidRDefault="003D1350" w:rsidP="003D1350"/>
          <w:p w14:paraId="6FA7AB15" w14:textId="77777777" w:rsidR="003D1350" w:rsidRPr="003D1350" w:rsidRDefault="003D1350" w:rsidP="003D1350"/>
          <w:p w14:paraId="5A9B1D18" w14:textId="77777777" w:rsidR="003D1350" w:rsidRPr="003D1350" w:rsidRDefault="003D1350" w:rsidP="003D1350"/>
          <w:p w14:paraId="3036E0B6" w14:textId="77777777" w:rsidR="003D1350" w:rsidRPr="003D1350" w:rsidRDefault="003D1350" w:rsidP="003D1350"/>
          <w:p w14:paraId="6AFD155F" w14:textId="77777777" w:rsidR="003D1350" w:rsidRPr="003D1350" w:rsidRDefault="003D1350" w:rsidP="003D1350"/>
          <w:p w14:paraId="036DA455" w14:textId="77777777" w:rsidR="003D1350" w:rsidRPr="003D1350" w:rsidRDefault="003D1350" w:rsidP="003D1350"/>
          <w:p w14:paraId="587BE26C" w14:textId="77777777" w:rsidR="003D1350" w:rsidRPr="003D1350" w:rsidRDefault="003D1350" w:rsidP="003D1350"/>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AA25C6" w14:textId="77777777" w:rsidR="007F646A" w:rsidRDefault="00000000">
            <w:pPr>
              <w:pStyle w:val="TableText"/>
              <w:keepLines/>
              <w:spacing w:after="0"/>
            </w:pPr>
            <w:r>
              <w:rPr>
                <w:sz w:val="19"/>
                <w:szCs w:val="19"/>
              </w:rPr>
              <w:t>The issue is low risk, isolated, already corrected, has no repeat history, and does not require formal root cause, corrective action, evidence, or management review. For low-severity SCARs, complete the relevant sections and mark non-applicable fields as N/A rather than forcing unnecessary detail.</w:t>
            </w:r>
          </w:p>
        </w:tc>
      </w:tr>
      <w:tr w:rsidR="007F646A" w14:paraId="54D5DF7E"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757004" w14:textId="77777777" w:rsidR="007F646A" w:rsidRDefault="00000000">
            <w:pPr>
              <w:pStyle w:val="TableText"/>
              <w:keepLines/>
              <w:spacing w:after="0"/>
              <w:rPr>
                <w:b/>
                <w:color w:val="17365D"/>
                <w:sz w:val="19"/>
                <w:szCs w:val="19"/>
              </w:rPr>
            </w:pPr>
            <w:r>
              <w:rPr>
                <w:b/>
                <w:color w:val="17365D"/>
                <w:sz w:val="19"/>
                <w:szCs w:val="19"/>
              </w:rPr>
              <w:t>Open or link other records when</w:t>
            </w:r>
          </w:p>
          <w:p w14:paraId="2516A1C9" w14:textId="77777777" w:rsidR="003D1350" w:rsidRPr="003D1350" w:rsidRDefault="003D1350" w:rsidP="003D1350"/>
          <w:p w14:paraId="4802A6BB" w14:textId="77777777" w:rsidR="003D1350" w:rsidRPr="003D1350" w:rsidRDefault="003D1350" w:rsidP="003D1350"/>
          <w:p w14:paraId="62699A7B" w14:textId="77777777" w:rsidR="003D1350" w:rsidRPr="003D1350" w:rsidRDefault="003D1350" w:rsidP="003D1350"/>
          <w:p w14:paraId="3D006A63" w14:textId="77777777" w:rsidR="003D1350" w:rsidRPr="003D1350" w:rsidRDefault="003D1350" w:rsidP="003D1350"/>
          <w:p w14:paraId="5642E61D" w14:textId="77777777" w:rsidR="003D1350" w:rsidRPr="003D1350" w:rsidRDefault="003D1350" w:rsidP="003D1350"/>
          <w:p w14:paraId="3A3CC4F5" w14:textId="77777777" w:rsidR="003D1350" w:rsidRPr="003D1350" w:rsidRDefault="003D1350" w:rsidP="003D1350"/>
          <w:p w14:paraId="26D94818" w14:textId="77777777" w:rsidR="003D1350" w:rsidRPr="003D1350" w:rsidRDefault="003D1350" w:rsidP="003D1350"/>
          <w:p w14:paraId="02EEBB74" w14:textId="77777777" w:rsidR="003D1350" w:rsidRPr="003D1350" w:rsidRDefault="003D1350" w:rsidP="003D1350"/>
          <w:p w14:paraId="7F95E8B9" w14:textId="77777777" w:rsidR="003D1350" w:rsidRPr="003D1350" w:rsidRDefault="003D1350" w:rsidP="003D1350"/>
          <w:p w14:paraId="75504B34" w14:textId="77777777" w:rsidR="003D1350" w:rsidRPr="003D1350" w:rsidRDefault="003D1350" w:rsidP="003D1350"/>
          <w:p w14:paraId="5C335A31" w14:textId="77777777" w:rsidR="003D1350" w:rsidRPr="003D1350" w:rsidRDefault="003D1350" w:rsidP="003D1350"/>
          <w:p w14:paraId="66146A46" w14:textId="77777777" w:rsidR="003D1350" w:rsidRPr="003D1350" w:rsidRDefault="003D1350" w:rsidP="003D1350"/>
          <w:p w14:paraId="381859FD" w14:textId="77777777" w:rsidR="003D1350" w:rsidRPr="003D1350" w:rsidRDefault="003D1350" w:rsidP="003D1350"/>
          <w:p w14:paraId="70A477D3" w14:textId="77777777" w:rsidR="003D1350" w:rsidRPr="003D1350" w:rsidRDefault="003D1350" w:rsidP="003D1350"/>
          <w:p w14:paraId="7E6301DA" w14:textId="77777777" w:rsidR="003D1350" w:rsidRPr="003D1350" w:rsidRDefault="003D1350" w:rsidP="003D1350"/>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4B0A46" w14:textId="77777777" w:rsidR="007F646A" w:rsidRDefault="00000000">
            <w:pPr>
              <w:pStyle w:val="TableText"/>
              <w:keepLines/>
              <w:spacing w:after="0"/>
            </w:pPr>
            <w:r>
              <w:rPr>
                <w:sz w:val="19"/>
                <w:szCs w:val="19"/>
              </w:rPr>
              <w:t>An NCR is needed to control nonconforming product; an 8D is customer-required; a CAR/internal corrective action is needed for your own process; or a customer complaint record exists.</w:t>
            </w:r>
          </w:p>
        </w:tc>
      </w:tr>
      <w:tr w:rsidR="007F646A" w14:paraId="6A6C3C32"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58C548" w14:textId="77777777" w:rsidR="007F646A" w:rsidRDefault="00000000">
            <w:pPr>
              <w:pStyle w:val="TableText"/>
              <w:keepLines/>
              <w:spacing w:after="0"/>
              <w:rPr>
                <w:b/>
                <w:color w:val="17365D"/>
                <w:sz w:val="19"/>
                <w:szCs w:val="19"/>
              </w:rPr>
            </w:pPr>
            <w:r>
              <w:rPr>
                <w:b/>
                <w:color w:val="17365D"/>
                <w:sz w:val="19"/>
                <w:szCs w:val="19"/>
              </w:rPr>
              <w:lastRenderedPageBreak/>
              <w:t>Set response timing</w:t>
            </w:r>
          </w:p>
          <w:p w14:paraId="3A21F7B1" w14:textId="77777777" w:rsidR="003D1350" w:rsidRPr="003D1350" w:rsidRDefault="003D1350" w:rsidP="003D1350"/>
          <w:p w14:paraId="4E6FEABD" w14:textId="77777777" w:rsidR="003D1350" w:rsidRPr="003D1350" w:rsidRDefault="003D1350" w:rsidP="003D1350"/>
          <w:p w14:paraId="5F94494F" w14:textId="77777777" w:rsidR="003D1350" w:rsidRPr="003D1350" w:rsidRDefault="003D1350" w:rsidP="003D1350"/>
          <w:p w14:paraId="1EA4C618" w14:textId="77777777" w:rsidR="003D1350" w:rsidRPr="003D1350" w:rsidRDefault="003D1350" w:rsidP="003D1350"/>
          <w:p w14:paraId="4C17535A" w14:textId="77777777" w:rsidR="003D1350" w:rsidRPr="003D1350" w:rsidRDefault="003D1350" w:rsidP="003D1350"/>
          <w:p w14:paraId="3FCE8549" w14:textId="77777777" w:rsidR="003D1350" w:rsidRPr="003D1350" w:rsidRDefault="003D1350" w:rsidP="003D1350"/>
          <w:p w14:paraId="4917D2D1" w14:textId="77777777" w:rsidR="003D1350" w:rsidRPr="003D1350" w:rsidRDefault="003D1350" w:rsidP="003D1350"/>
          <w:p w14:paraId="2E5BC8A3" w14:textId="77777777" w:rsidR="003D1350" w:rsidRPr="003D1350" w:rsidRDefault="003D1350" w:rsidP="003D1350"/>
          <w:p w14:paraId="604084BD" w14:textId="77777777" w:rsidR="003D1350" w:rsidRPr="003D1350" w:rsidRDefault="003D1350" w:rsidP="003D1350"/>
          <w:p w14:paraId="4A41EBED" w14:textId="77777777" w:rsidR="003D1350" w:rsidRPr="003D1350" w:rsidRDefault="003D1350" w:rsidP="003D1350"/>
          <w:p w14:paraId="2BEBCA3A" w14:textId="77777777" w:rsidR="003D1350" w:rsidRPr="003D1350" w:rsidRDefault="003D1350" w:rsidP="003D1350"/>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B9EAAA" w14:textId="77777777" w:rsidR="007F646A" w:rsidRDefault="00000000">
            <w:pPr>
              <w:pStyle w:val="TableText"/>
              <w:keepLines/>
              <w:spacing w:after="0"/>
            </w:pPr>
            <w:r>
              <w:rPr>
                <w:sz w:val="19"/>
                <w:szCs w:val="19"/>
              </w:rPr>
              <w:t>Manually establish and communicate response expectations before issuing the SCAR, such as 24 to 48 hours for immediate containment and 10 to 14 business days for full RCA/CAPA, or as dictated by your internal procedures. If the supplier asks for an extension, require justification, progress-to-date, available evidence, revised due date, and production risk impact.</w:t>
            </w:r>
          </w:p>
        </w:tc>
      </w:tr>
      <w:tr w:rsidR="007F646A" w14:paraId="68373AD9"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EEDA731" w14:textId="77777777" w:rsidR="007F646A" w:rsidRDefault="00000000">
            <w:pPr>
              <w:pStyle w:val="TableText"/>
              <w:keepLines/>
              <w:spacing w:after="0"/>
              <w:rPr>
                <w:b/>
                <w:color w:val="17365D"/>
                <w:sz w:val="19"/>
                <w:szCs w:val="19"/>
              </w:rPr>
            </w:pPr>
            <w:r>
              <w:rPr>
                <w:b/>
                <w:color w:val="17365D"/>
                <w:sz w:val="19"/>
                <w:szCs w:val="19"/>
              </w:rPr>
              <w:t xml:space="preserve">Important suitability </w:t>
            </w:r>
            <w:proofErr w:type="gramStart"/>
            <w:r>
              <w:rPr>
                <w:b/>
                <w:color w:val="17365D"/>
                <w:sz w:val="19"/>
                <w:szCs w:val="19"/>
              </w:rPr>
              <w:t>note</w:t>
            </w:r>
            <w:proofErr w:type="gramEnd"/>
          </w:p>
          <w:p w14:paraId="0805E159" w14:textId="77777777" w:rsidR="003D1350" w:rsidRPr="003D1350" w:rsidRDefault="003D1350" w:rsidP="003D1350"/>
          <w:p w14:paraId="526733BE" w14:textId="77777777" w:rsidR="003D1350" w:rsidRPr="003D1350" w:rsidRDefault="003D1350" w:rsidP="003D1350"/>
          <w:p w14:paraId="0E01CE54" w14:textId="77777777" w:rsidR="003D1350" w:rsidRPr="003D1350" w:rsidRDefault="003D1350" w:rsidP="003D1350"/>
          <w:p w14:paraId="3BCFF867" w14:textId="77777777" w:rsidR="003D1350" w:rsidRPr="003D1350" w:rsidRDefault="003D1350" w:rsidP="003D1350"/>
          <w:p w14:paraId="2D1C8F1A" w14:textId="77777777" w:rsidR="003D1350" w:rsidRPr="003D1350" w:rsidRDefault="003D1350" w:rsidP="003D1350"/>
          <w:p w14:paraId="554E2C18" w14:textId="77777777" w:rsidR="003D1350" w:rsidRPr="003D1350" w:rsidRDefault="003D1350" w:rsidP="003D1350"/>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FE7E12" w14:textId="77777777" w:rsidR="007F646A" w:rsidRDefault="00000000">
            <w:pPr>
              <w:pStyle w:val="TableText"/>
              <w:keepLines/>
              <w:spacing w:after="0"/>
            </w:pPr>
            <w:r>
              <w:rPr>
                <w:sz w:val="19"/>
                <w:szCs w:val="19"/>
              </w:rPr>
              <w:t>This template is not intended for medical device, pharma, FDA, Part 11, or validated regulated workflows. It is not intended to ensure or demonstrate compliance with ISO 9001, IATF 16949, customer-specific requirements, or any audit or regulatory standard. Adapt it to your company, customer, product, process, supplier, and industry requirements before use.</w:t>
            </w:r>
          </w:p>
        </w:tc>
      </w:tr>
    </w:tbl>
    <w:p w14:paraId="29D98D85" w14:textId="77777777" w:rsidR="007F646A" w:rsidRDefault="00000000">
      <w:pPr>
        <w:pStyle w:val="Heading2"/>
        <w:pageBreakBefore/>
        <w:pBdr>
          <w:bottom w:val="single" w:sz="4" w:space="1" w:color="CBD5E0"/>
        </w:pBdr>
      </w:pPr>
      <w:r>
        <w:rPr>
          <w:rFonts w:ascii="Arial" w:hAnsi="Arial" w:cs="Arial"/>
        </w:rPr>
        <w:lastRenderedPageBreak/>
        <w:t>Common mistakes to avoid</w:t>
      </w:r>
    </w:p>
    <w:p w14:paraId="1A16F65E" w14:textId="77777777" w:rsidR="007F646A" w:rsidRDefault="00000000">
      <w:pPr>
        <w:pStyle w:val="ListBullet"/>
        <w:spacing w:after="30"/>
      </w:pPr>
      <w:r>
        <w:t>Sending a SCAR without a clear requirement versus actual condition.</w:t>
      </w:r>
    </w:p>
    <w:p w14:paraId="7DF63FD3" w14:textId="77777777" w:rsidR="007F646A" w:rsidRDefault="00000000">
      <w:pPr>
        <w:pStyle w:val="ListBullet"/>
        <w:spacing w:after="30"/>
      </w:pPr>
      <w:r>
        <w:t>Blaming the supplier before confirming evidence.</w:t>
      </w:r>
    </w:p>
    <w:p w14:paraId="6AFB6D06" w14:textId="77777777" w:rsidR="007F646A" w:rsidRDefault="00000000">
      <w:pPr>
        <w:pStyle w:val="ListBullet"/>
        <w:spacing w:after="30"/>
      </w:pPr>
      <w:r>
        <w:t>Accepting containment as permanent corrective action.</w:t>
      </w:r>
    </w:p>
    <w:p w14:paraId="4A926442" w14:textId="77777777" w:rsidR="007F646A" w:rsidRDefault="00000000">
      <w:pPr>
        <w:pStyle w:val="ListBullet"/>
        <w:spacing w:after="30"/>
      </w:pPr>
      <w:r>
        <w:t>Accepting 'operator error' as a root cause without evidence.</w:t>
      </w:r>
    </w:p>
    <w:p w14:paraId="6D1D1329" w14:textId="77777777" w:rsidR="007F646A" w:rsidRDefault="00000000">
      <w:pPr>
        <w:pStyle w:val="ListBullet"/>
        <w:spacing w:after="30"/>
      </w:pPr>
      <w:r>
        <w:t>Accepting 'retrain operator' as the only corrective action without a changed control.</w:t>
      </w:r>
    </w:p>
    <w:p w14:paraId="0F750E46" w14:textId="77777777" w:rsidR="007F646A" w:rsidRDefault="00000000">
      <w:pPr>
        <w:pStyle w:val="ListBullet"/>
        <w:spacing w:after="30"/>
      </w:pPr>
      <w:r>
        <w:t>Failing to ask why the defect escaped supplier detection.</w:t>
      </w:r>
    </w:p>
    <w:p w14:paraId="18B14902" w14:textId="77777777" w:rsidR="007F646A" w:rsidRDefault="00000000">
      <w:pPr>
        <w:pStyle w:val="ListBullet"/>
        <w:spacing w:after="30"/>
      </w:pPr>
      <w:r>
        <w:t>Not recording affected and suspect quantities.</w:t>
      </w:r>
    </w:p>
    <w:p w14:paraId="644A8054" w14:textId="77777777" w:rsidR="007F646A" w:rsidRDefault="00000000">
      <w:pPr>
        <w:pStyle w:val="ListBullet"/>
        <w:spacing w:after="30"/>
      </w:pPr>
      <w:r>
        <w:t>Not checking whether other lots, similar parts, or previously delivered product may be affected.</w:t>
      </w:r>
    </w:p>
    <w:p w14:paraId="192A15F9" w14:textId="77777777" w:rsidR="007F646A" w:rsidRDefault="00000000">
      <w:pPr>
        <w:pStyle w:val="ListBullet"/>
        <w:spacing w:after="30"/>
      </w:pPr>
      <w:r>
        <w:t>Failing to archive and attach supplier evidence directly to the master quality record.</w:t>
      </w:r>
    </w:p>
    <w:p w14:paraId="7E99A3CE" w14:textId="77777777" w:rsidR="007F646A" w:rsidRDefault="00000000">
      <w:pPr>
        <w:pStyle w:val="ListBullet"/>
        <w:spacing w:after="30"/>
      </w:pPr>
      <w:r>
        <w:t>Accepting closure without objective evidence that actions were completed.</w:t>
      </w:r>
    </w:p>
    <w:p w14:paraId="672E186F" w14:textId="77777777" w:rsidR="007F646A" w:rsidRDefault="00000000">
      <w:pPr>
        <w:pStyle w:val="ListBullet"/>
        <w:spacing w:after="30"/>
      </w:pPr>
      <w:r>
        <w:t>Closing the SCAR before containment, corrective action, evidence, verification, and approvals are complete.</w:t>
      </w:r>
    </w:p>
    <w:p w14:paraId="6E6C4B3D" w14:textId="77777777" w:rsidR="007F646A" w:rsidRDefault="00000000">
      <w:pPr>
        <w:pStyle w:val="ListBullet"/>
        <w:spacing w:after="30"/>
      </w:pPr>
      <w:r>
        <w:t>Not linking the SCAR to the related NCR, customer complaint, 8D, or internal corrective action.</w:t>
      </w:r>
    </w:p>
    <w:p w14:paraId="4B8F5919" w14:textId="77777777" w:rsidR="007F646A" w:rsidRDefault="00000000">
      <w:pPr>
        <w:pStyle w:val="Heading2"/>
        <w:pBdr>
          <w:bottom w:val="single" w:sz="4" w:space="1" w:color="CBD5E0"/>
        </w:pBdr>
      </w:pPr>
      <w:r>
        <w:rPr>
          <w:rFonts w:ascii="Arial" w:hAnsi="Arial" w:cs="Arial"/>
        </w:rPr>
        <w:t>Key terms</w:t>
      </w:r>
    </w:p>
    <w:tbl>
      <w:tblPr>
        <w:tblW w:w="10656" w:type="dxa"/>
        <w:jc w:val="center"/>
        <w:tblLayout w:type="fixed"/>
        <w:tblLook w:val="04A0" w:firstRow="1" w:lastRow="0" w:firstColumn="1" w:lastColumn="0" w:noHBand="0" w:noVBand="1"/>
      </w:tblPr>
      <w:tblGrid>
        <w:gridCol w:w="5328"/>
        <w:gridCol w:w="5328"/>
      </w:tblGrid>
      <w:tr w:rsidR="007F646A" w14:paraId="2FF7BC6C" w14:textId="77777777">
        <w:trPr>
          <w:cantSplit/>
          <w:tblHeader/>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559EA53" w14:textId="77777777" w:rsidR="007F646A" w:rsidRDefault="00000000">
            <w:pPr>
              <w:pStyle w:val="TableText"/>
              <w:keepLines/>
              <w:spacing w:after="0"/>
            </w:pPr>
            <w:r>
              <w:rPr>
                <w:b/>
                <w:color w:val="FFFFFF"/>
                <w:sz w:val="19"/>
                <w:szCs w:val="19"/>
              </w:rPr>
              <w:t>Term</w:t>
            </w:r>
          </w:p>
        </w:tc>
        <w:tc>
          <w:tcPr>
            <w:tcW w:w="5328"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57F4E9C" w14:textId="77777777" w:rsidR="007F646A" w:rsidRDefault="00000000">
            <w:pPr>
              <w:pStyle w:val="TableText"/>
              <w:keepLines/>
              <w:spacing w:after="0"/>
            </w:pPr>
            <w:r>
              <w:rPr>
                <w:b/>
                <w:color w:val="FFFFFF"/>
                <w:sz w:val="19"/>
                <w:szCs w:val="19"/>
              </w:rPr>
              <w:t>Meaning</w:t>
            </w:r>
          </w:p>
        </w:tc>
      </w:tr>
      <w:tr w:rsidR="007F646A" w14:paraId="69D866DE"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04378D" w14:textId="77777777" w:rsidR="007F646A" w:rsidRDefault="00000000">
            <w:pPr>
              <w:pStyle w:val="TableText"/>
              <w:keepLines/>
              <w:spacing w:after="0"/>
            </w:pPr>
            <w:r>
              <w:rPr>
                <w:b/>
                <w:color w:val="17365D"/>
                <w:sz w:val="19"/>
                <w:szCs w:val="19"/>
              </w:rPr>
              <w:t>SCAR</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D3FE88" w14:textId="77777777" w:rsidR="007F646A" w:rsidRDefault="00000000">
            <w:pPr>
              <w:pStyle w:val="TableText"/>
              <w:keepLines/>
              <w:spacing w:after="0"/>
            </w:pPr>
            <w:r>
              <w:rPr>
                <w:sz w:val="19"/>
                <w:szCs w:val="19"/>
              </w:rPr>
              <w:t>Supplier Corrective Action Request - a formal request for a supplier to investigate and respond to a supplier-related nonconformance.</w:t>
            </w:r>
          </w:p>
        </w:tc>
      </w:tr>
      <w:tr w:rsidR="007F646A" w14:paraId="7E5FB274"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EF4D15" w14:textId="77777777" w:rsidR="007F646A" w:rsidRDefault="00000000">
            <w:pPr>
              <w:pStyle w:val="TableText"/>
              <w:keepLines/>
              <w:spacing w:after="0"/>
            </w:pPr>
            <w:r>
              <w:rPr>
                <w:b/>
                <w:color w:val="17365D"/>
                <w:sz w:val="19"/>
                <w:szCs w:val="19"/>
              </w:rPr>
              <w:t>Supplier nonconformance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6CF0D3" w14:textId="77777777" w:rsidR="007F646A" w:rsidRDefault="00000000">
            <w:pPr>
              <w:pStyle w:val="TableText"/>
              <w:keepLines/>
              <w:spacing w:after="0"/>
            </w:pPr>
            <w:r>
              <w:rPr>
                <w:sz w:val="19"/>
                <w:szCs w:val="19"/>
              </w:rPr>
              <w:t>Supplied product, material, service, documentation, packaging, or shipment that does not meet a specified requirement.</w:t>
            </w:r>
          </w:p>
        </w:tc>
      </w:tr>
      <w:tr w:rsidR="007F646A" w14:paraId="083080E7"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4E0A3F" w14:textId="77777777" w:rsidR="007F646A" w:rsidRDefault="00000000">
            <w:pPr>
              <w:pStyle w:val="TableText"/>
              <w:keepLines/>
              <w:spacing w:after="0"/>
            </w:pPr>
            <w:r>
              <w:rPr>
                <w:b/>
                <w:color w:val="17365D"/>
                <w:sz w:val="19"/>
                <w:szCs w:val="19"/>
              </w:rPr>
              <w:t>Containment</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4EBE157" w14:textId="77777777" w:rsidR="007F646A" w:rsidRDefault="00000000">
            <w:pPr>
              <w:pStyle w:val="TableText"/>
              <w:keepLines/>
              <w:spacing w:after="0"/>
            </w:pPr>
            <w:r>
              <w:rPr>
                <w:sz w:val="19"/>
                <w:szCs w:val="19"/>
              </w:rPr>
              <w:t>Immediate action to control suspect product, prevent shipment, or stop further escape.</w:t>
            </w:r>
          </w:p>
        </w:tc>
      </w:tr>
      <w:tr w:rsidR="007F646A" w14:paraId="25EF8877"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CDDD88" w14:textId="77777777" w:rsidR="007F646A" w:rsidRDefault="00000000">
            <w:pPr>
              <w:pStyle w:val="TableText"/>
              <w:keepLines/>
              <w:spacing w:after="0"/>
            </w:pPr>
            <w:r>
              <w:rPr>
                <w:b/>
                <w:color w:val="17365D"/>
                <w:sz w:val="19"/>
                <w:szCs w:val="19"/>
              </w:rPr>
              <w:t>Correction</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B88C6A" w14:textId="77777777" w:rsidR="007F646A" w:rsidRDefault="00000000">
            <w:pPr>
              <w:pStyle w:val="TableText"/>
              <w:keepLines/>
              <w:spacing w:after="0"/>
            </w:pPr>
            <w:r>
              <w:rPr>
                <w:sz w:val="19"/>
                <w:szCs w:val="19"/>
              </w:rPr>
              <w:t>Action taken to fix, sort, replace, rework, return, or dispose of the affected product.</w:t>
            </w:r>
          </w:p>
        </w:tc>
      </w:tr>
      <w:tr w:rsidR="007F646A" w14:paraId="4509526D"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152FB6B" w14:textId="77777777" w:rsidR="007F646A" w:rsidRDefault="00000000">
            <w:pPr>
              <w:pStyle w:val="TableText"/>
              <w:keepLines/>
              <w:spacing w:after="0"/>
            </w:pPr>
            <w:r>
              <w:rPr>
                <w:b/>
                <w:color w:val="17365D"/>
                <w:sz w:val="19"/>
                <w:szCs w:val="19"/>
              </w:rPr>
              <w:t>Corrective action</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7842EEF" w14:textId="77777777" w:rsidR="007F646A" w:rsidRDefault="00000000">
            <w:pPr>
              <w:pStyle w:val="TableText"/>
              <w:keepLines/>
              <w:spacing w:after="0"/>
            </w:pPr>
            <w:r>
              <w:rPr>
                <w:sz w:val="19"/>
                <w:szCs w:val="19"/>
              </w:rPr>
              <w:t>Action taken to address the cause so recurrence is reduced.</w:t>
            </w:r>
          </w:p>
        </w:tc>
      </w:tr>
      <w:tr w:rsidR="007F646A" w14:paraId="345B6865"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1AC0401" w14:textId="77777777" w:rsidR="007F646A" w:rsidRDefault="00000000">
            <w:pPr>
              <w:pStyle w:val="TableText"/>
              <w:keepLines/>
              <w:spacing w:after="0"/>
            </w:pPr>
            <w:r>
              <w:rPr>
                <w:b/>
                <w:color w:val="17365D"/>
                <w:sz w:val="19"/>
                <w:szCs w:val="19"/>
              </w:rPr>
              <w:t>Occurrence root cause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225D21" w14:textId="77777777" w:rsidR="007F646A" w:rsidRDefault="00000000">
            <w:pPr>
              <w:pStyle w:val="TableText"/>
              <w:keepLines/>
              <w:spacing w:after="0"/>
            </w:pPr>
            <w:r>
              <w:rPr>
                <w:sz w:val="19"/>
                <w:szCs w:val="19"/>
              </w:rPr>
              <w:t>Why the nonconformance happened.</w:t>
            </w:r>
          </w:p>
        </w:tc>
      </w:tr>
      <w:tr w:rsidR="007F646A" w14:paraId="5F32FB80"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1C0C761" w14:textId="77777777" w:rsidR="007F646A" w:rsidRDefault="00000000">
            <w:pPr>
              <w:pStyle w:val="TableText"/>
              <w:keepLines/>
              <w:spacing w:after="0"/>
            </w:pPr>
            <w:r>
              <w:rPr>
                <w:b/>
                <w:color w:val="17365D"/>
                <w:sz w:val="19"/>
                <w:szCs w:val="19"/>
              </w:rPr>
              <w:t>Escape / detection cause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ADA22A" w14:textId="77777777" w:rsidR="007F646A" w:rsidRDefault="00000000">
            <w:pPr>
              <w:pStyle w:val="TableText"/>
              <w:keepLines/>
              <w:spacing w:after="0"/>
            </w:pPr>
            <w:r>
              <w:rPr>
                <w:sz w:val="19"/>
                <w:szCs w:val="19"/>
              </w:rPr>
              <w:t>Why the nonconformance was not detected before shipment or use.</w:t>
            </w:r>
          </w:p>
        </w:tc>
      </w:tr>
      <w:tr w:rsidR="007F646A" w14:paraId="58C3B55B"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E739F6" w14:textId="77777777" w:rsidR="007F646A" w:rsidRDefault="00000000">
            <w:pPr>
              <w:pStyle w:val="TableText"/>
              <w:keepLines/>
              <w:spacing w:after="0"/>
            </w:pPr>
            <w:r>
              <w:rPr>
                <w:b/>
                <w:color w:val="17365D"/>
                <w:sz w:val="19"/>
                <w:szCs w:val="19"/>
              </w:rPr>
              <w:t>Verification</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A771C0" w14:textId="77777777" w:rsidR="007F646A" w:rsidRDefault="00000000">
            <w:pPr>
              <w:pStyle w:val="TableText"/>
              <w:keepLines/>
              <w:spacing w:after="0"/>
            </w:pPr>
            <w:r>
              <w:rPr>
                <w:sz w:val="19"/>
                <w:szCs w:val="19"/>
              </w:rPr>
              <w:t>Check that supplier actions were completed as required.</w:t>
            </w:r>
          </w:p>
        </w:tc>
      </w:tr>
      <w:tr w:rsidR="007F646A" w14:paraId="472B3A46"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113F65" w14:textId="77777777" w:rsidR="007F646A" w:rsidRDefault="00000000">
            <w:pPr>
              <w:pStyle w:val="TableText"/>
              <w:keepLines/>
              <w:spacing w:after="0"/>
            </w:pPr>
            <w:r>
              <w:rPr>
                <w:b/>
                <w:color w:val="17365D"/>
                <w:sz w:val="19"/>
                <w:szCs w:val="19"/>
              </w:rPr>
              <w:t>Effectiveness check</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B9EFA4" w14:textId="77777777" w:rsidR="007F646A" w:rsidRDefault="00000000">
            <w:pPr>
              <w:pStyle w:val="TableText"/>
              <w:keepLines/>
              <w:spacing w:after="0"/>
            </w:pPr>
            <w:r>
              <w:rPr>
                <w:sz w:val="19"/>
                <w:szCs w:val="19"/>
              </w:rPr>
              <w:t>Follow-up evidence that the corrective action reduced or removed recurrence risk.</w:t>
            </w:r>
          </w:p>
        </w:tc>
      </w:tr>
      <w:tr w:rsidR="007F646A" w14:paraId="12186511"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0676525" w14:textId="77777777" w:rsidR="007F646A" w:rsidRDefault="00000000">
            <w:pPr>
              <w:pStyle w:val="TableText"/>
              <w:keepLines/>
              <w:spacing w:after="0"/>
            </w:pPr>
            <w:r>
              <w:rPr>
                <w:b/>
                <w:color w:val="17365D"/>
                <w:sz w:val="19"/>
                <w:szCs w:val="19"/>
              </w:rPr>
              <w:t>Extent of condition</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A034D9" w14:textId="77777777" w:rsidR="007F646A" w:rsidRDefault="00000000">
            <w:pPr>
              <w:pStyle w:val="TableText"/>
              <w:keepLines/>
              <w:spacing w:after="0"/>
            </w:pPr>
            <w:r>
              <w:rPr>
                <w:sz w:val="19"/>
                <w:szCs w:val="19"/>
              </w:rPr>
              <w:t>A check of whether the same issue affects other lots, shipments, part numbers, locations, sub-tier supply, or previously delivered material.</w:t>
            </w:r>
          </w:p>
        </w:tc>
      </w:tr>
      <w:tr w:rsidR="007F646A" w14:paraId="6EE189CF"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E9F6F2" w14:textId="77777777" w:rsidR="007F646A" w:rsidRDefault="00000000">
            <w:pPr>
              <w:pStyle w:val="TableText"/>
              <w:keepLines/>
              <w:spacing w:after="0"/>
            </w:pPr>
            <w:r>
              <w:rPr>
                <w:b/>
                <w:color w:val="17365D"/>
                <w:sz w:val="19"/>
                <w:szCs w:val="19"/>
              </w:rPr>
              <w:t>Objective evidence / OQE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6B37D7A" w14:textId="77777777" w:rsidR="007F646A" w:rsidRDefault="00000000">
            <w:pPr>
              <w:pStyle w:val="TableText"/>
              <w:keepLines/>
              <w:spacing w:after="0"/>
            </w:pPr>
            <w:r>
              <w:rPr>
                <w:sz w:val="19"/>
                <w:szCs w:val="19"/>
              </w:rPr>
              <w:t>Records, photos, inspection results, test data, revised documents, training records, or other evidence that supports the supplier response.</w:t>
            </w:r>
          </w:p>
        </w:tc>
      </w:tr>
      <w:tr w:rsidR="007F646A" w14:paraId="18BA57C1"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D70B7E5" w14:textId="77777777" w:rsidR="007F646A" w:rsidRDefault="00000000">
            <w:pPr>
              <w:pStyle w:val="TableText"/>
              <w:keepLines/>
              <w:spacing w:after="0"/>
            </w:pPr>
            <w:r>
              <w:rPr>
                <w:b/>
                <w:color w:val="17365D"/>
                <w:sz w:val="19"/>
                <w:szCs w:val="19"/>
              </w:rPr>
              <w:t>Measure of effectiveness</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4BA308" w14:textId="77777777" w:rsidR="007F646A" w:rsidRDefault="00000000">
            <w:pPr>
              <w:pStyle w:val="TableText"/>
              <w:keepLines/>
              <w:spacing w:after="0"/>
            </w:pPr>
            <w:r>
              <w:rPr>
                <w:sz w:val="19"/>
                <w:szCs w:val="19"/>
              </w:rPr>
              <w:t>A defined follow-up check, metric, inspection, audit, or trend review used to show whether actions worked over time.</w:t>
            </w:r>
          </w:p>
        </w:tc>
      </w:tr>
      <w:tr w:rsidR="007F646A" w14:paraId="11C26C79" w14:textId="77777777">
        <w:trPr>
          <w:cantSplit/>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FC54587" w14:textId="77777777" w:rsidR="007F646A" w:rsidRDefault="00000000">
            <w:pPr>
              <w:pStyle w:val="TableText"/>
              <w:keepLines/>
              <w:spacing w:after="0"/>
            </w:pPr>
            <w:r>
              <w:rPr>
                <w:b/>
                <w:color w:val="17365D"/>
                <w:sz w:val="19"/>
                <w:szCs w:val="19"/>
              </w:rPr>
              <w:t>Closure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E0931A6" w14:textId="77777777" w:rsidR="007F646A" w:rsidRDefault="00000000">
            <w:pPr>
              <w:pStyle w:val="TableText"/>
              <w:keepLines/>
              <w:spacing w:after="0"/>
            </w:pPr>
            <w:r>
              <w:rPr>
                <w:sz w:val="19"/>
                <w:szCs w:val="19"/>
              </w:rPr>
              <w:t>Formal confirmation that required supplier response, containment, evidence, verification, and approvals are complete.</w:t>
            </w:r>
          </w:p>
        </w:tc>
      </w:tr>
    </w:tbl>
    <w:p w14:paraId="6AC81627"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29E99D75"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906B8DA" w14:textId="77777777" w:rsidR="007F646A" w:rsidRDefault="00000000">
            <w:pPr>
              <w:pStyle w:val="Guidance"/>
              <w:keepNext/>
              <w:keepLines/>
              <w:spacing w:after="0"/>
            </w:pPr>
            <w:r>
              <w:rPr>
                <w:b/>
                <w:color w:val="2D3748"/>
                <w:sz w:val="19"/>
                <w:szCs w:val="19"/>
              </w:rPr>
              <w:lastRenderedPageBreak/>
              <w:t xml:space="preserve">Using This Template With </w:t>
            </w:r>
            <w:hyperlink r:id="rId8">
              <w:r w:rsidR="007F646A">
                <w:rPr>
                  <w:b/>
                  <w:color w:val="17365D"/>
                  <w:sz w:val="19"/>
                  <w:szCs w:val="19"/>
                </w:rPr>
                <w:t>8Dflow.com</w:t>
              </w:r>
            </w:hyperlink>
          </w:p>
          <w:p w14:paraId="1BFBE76A" w14:textId="1DDD9AED" w:rsidR="007F646A" w:rsidRDefault="007F646A">
            <w:pPr>
              <w:spacing w:after="0"/>
            </w:pPr>
            <w:hyperlink r:id="rId9">
              <w:r>
                <w:rPr>
                  <w:color w:val="17365D"/>
                  <w:sz w:val="19"/>
                  <w:szCs w:val="19"/>
                </w:rPr>
                <w:t>8Dflow.com</w:t>
              </w:r>
            </w:hyperlink>
            <w:r>
              <w:rPr>
                <w:sz w:val="19"/>
                <w:szCs w:val="19"/>
              </w:rPr>
              <w:t xml:space="preserve"> helps manufacturing teams track quality records, actions, evidence, and due dates - and create customer-ready PDFs faster. Visit </w:t>
            </w:r>
            <w:hyperlink r:id="rId10">
              <w:r>
                <w:rPr>
                  <w:color w:val="17365D"/>
                  <w:sz w:val="19"/>
                  <w:szCs w:val="19"/>
                </w:rPr>
                <w:t>8Dflow.com</w:t>
              </w:r>
            </w:hyperlink>
            <w:r w:rsidRPr="001B3268">
              <w:rPr>
                <w:i/>
                <w:iCs/>
                <w:sz w:val="19"/>
                <w:szCs w:val="19"/>
              </w:rPr>
              <w:t>.</w:t>
            </w:r>
            <w:r w:rsidR="001B3268" w:rsidRPr="001B3268">
              <w:rPr>
                <w:i/>
                <w:iCs/>
                <w:sz w:val="19"/>
                <w:szCs w:val="19"/>
              </w:rPr>
              <w:t xml:space="preserve"> Note: </w:t>
            </w:r>
            <w:hyperlink r:id="rId11">
              <w:r w:rsidRPr="001B3268">
                <w:rPr>
                  <w:i/>
                  <w:iCs/>
                  <w:color w:val="17365D"/>
                  <w:sz w:val="19"/>
                  <w:szCs w:val="19"/>
                </w:rPr>
                <w:t>8Dflow.com</w:t>
              </w:r>
            </w:hyperlink>
            <w:r w:rsidRPr="001B3268">
              <w:rPr>
                <w:i/>
                <w:iCs/>
                <w:sz w:val="19"/>
                <w:szCs w:val="19"/>
              </w:rPr>
              <w:t xml:space="preserve"> is not a full QMS and does not determine root cause; it helps teams manage the records and follow-up work around manufacturing quality issues</w:t>
            </w:r>
            <w:r>
              <w:rPr>
                <w:sz w:val="19"/>
                <w:szCs w:val="19"/>
              </w:rPr>
              <w:t>.</w:t>
            </w:r>
          </w:p>
        </w:tc>
      </w:tr>
    </w:tbl>
    <w:p w14:paraId="024A6414" w14:textId="77777777" w:rsidR="007F646A" w:rsidRDefault="007F646A">
      <w:pPr>
        <w:spacing w:after="20"/>
      </w:pPr>
    </w:p>
    <w:p w14:paraId="7AEE0D2F" w14:textId="77777777" w:rsidR="007F646A" w:rsidRDefault="00000000">
      <w:pPr>
        <w:pStyle w:val="Heading1"/>
        <w:shd w:val="clear" w:color="auto" w:fill="17365D"/>
      </w:pPr>
      <w:r>
        <w:rPr>
          <w:rFonts w:ascii="Arial" w:hAnsi="Arial" w:cs="Arial"/>
        </w:rPr>
        <w:t>2. SCAR Header / Request Details</w:t>
      </w:r>
    </w:p>
    <w:tbl>
      <w:tblPr>
        <w:tblW w:w="10656" w:type="dxa"/>
        <w:jc w:val="center"/>
        <w:tblLayout w:type="fixed"/>
        <w:tblLook w:val="04A0" w:firstRow="1" w:lastRow="0" w:firstColumn="1" w:lastColumn="0" w:noHBand="0" w:noVBand="1"/>
      </w:tblPr>
      <w:tblGrid>
        <w:gridCol w:w="10656"/>
      </w:tblGrid>
      <w:tr w:rsidR="007F646A" w14:paraId="5F1BC7BA"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197CAD94" w14:textId="77777777" w:rsidR="007F646A" w:rsidRDefault="00000000">
            <w:pPr>
              <w:pStyle w:val="Guidance"/>
              <w:keepLines/>
              <w:spacing w:after="0"/>
            </w:pPr>
            <w:r>
              <w:rPr>
                <w:b/>
                <w:color w:val="2D3748"/>
                <w:sz w:val="19"/>
                <w:szCs w:val="19"/>
              </w:rPr>
              <w:t xml:space="preserve">Guidance: </w:t>
            </w:r>
            <w:r>
              <w:rPr>
                <w:color w:val="2D3748"/>
                <w:sz w:val="19"/>
                <w:szCs w:val="19"/>
              </w:rPr>
              <w:t>Complete enough header detail that the supplier, internal owner, due dates, and related quality records are clear before the SCAR is issued.</w:t>
            </w:r>
          </w:p>
        </w:tc>
      </w:tr>
    </w:tbl>
    <w:p w14:paraId="47CA16EB"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31A7B41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DE01E0" w14:textId="77777777" w:rsidR="007F646A" w:rsidRDefault="00000000">
            <w:pPr>
              <w:pStyle w:val="TableText"/>
              <w:keepLines/>
              <w:spacing w:after="0"/>
            </w:pPr>
            <w:r>
              <w:rPr>
                <w:b/>
                <w:color w:val="17365D"/>
                <w:sz w:val="19"/>
                <w:szCs w:val="19"/>
              </w:rPr>
              <w:t>SCAR number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5FAB350"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BDBBBC" w14:textId="77777777" w:rsidR="007F646A" w:rsidRDefault="00000000">
            <w:pPr>
              <w:pStyle w:val="TableText"/>
              <w:keepLines/>
              <w:spacing w:after="0"/>
            </w:pPr>
            <w:r>
              <w:rPr>
                <w:b/>
                <w:color w:val="17365D"/>
                <w:sz w:val="19"/>
                <w:szCs w:val="19"/>
              </w:rPr>
              <w:t>Date issued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D7F391" w14:textId="77777777" w:rsidR="007F646A" w:rsidRDefault="007F646A">
            <w:pPr>
              <w:pStyle w:val="TableText"/>
              <w:keepLines/>
              <w:spacing w:after="0"/>
            </w:pPr>
          </w:p>
        </w:tc>
      </w:tr>
      <w:tr w:rsidR="007F646A" w14:paraId="0515D3A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9B52CA8" w14:textId="77777777" w:rsidR="007F646A" w:rsidRDefault="00000000">
            <w:pPr>
              <w:pStyle w:val="TableText"/>
              <w:keepLines/>
              <w:spacing w:after="0"/>
            </w:pPr>
            <w:r>
              <w:rPr>
                <w:b/>
                <w:color w:val="17365D"/>
                <w:sz w:val="19"/>
                <w:szCs w:val="19"/>
              </w:rPr>
              <w:t>Status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7EE008" w14:textId="77777777" w:rsidR="007F646A" w:rsidRDefault="00000000">
            <w:pPr>
              <w:pStyle w:val="TableText"/>
              <w:keepLines/>
              <w:spacing w:after="0"/>
            </w:pPr>
            <w:r>
              <w:rPr>
                <w:sz w:val="19"/>
                <w:szCs w:val="19"/>
              </w:rPr>
              <w:t>Draft / Issued to supplier / Containment received / Supplier response received / Under review / Awaiting evidence / Awaiting effectiveness check / Closed / Rejected / On hold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6552D2" w14:textId="77777777" w:rsidR="007F646A" w:rsidRDefault="00000000">
            <w:pPr>
              <w:pStyle w:val="TableText"/>
              <w:keepLines/>
              <w:spacing w:after="0"/>
            </w:pPr>
            <w:r>
              <w:rPr>
                <w:b/>
                <w:color w:val="17365D"/>
                <w:sz w:val="19"/>
                <w:szCs w:val="19"/>
              </w:rPr>
              <w:t>Issued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2719CE" w14:textId="77777777" w:rsidR="007F646A" w:rsidRDefault="007F646A">
            <w:pPr>
              <w:pStyle w:val="TableText"/>
              <w:keepLines/>
              <w:spacing w:after="0"/>
            </w:pPr>
          </w:p>
        </w:tc>
      </w:tr>
      <w:tr w:rsidR="007F646A" w14:paraId="6E2152A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1662D2D" w14:textId="77777777" w:rsidR="007F646A" w:rsidRDefault="00000000">
            <w:pPr>
              <w:pStyle w:val="TableText"/>
              <w:keepLines/>
              <w:spacing w:after="0"/>
            </w:pPr>
            <w:r>
              <w:rPr>
                <w:b/>
                <w:color w:val="17365D"/>
                <w:sz w:val="19"/>
                <w:szCs w:val="19"/>
              </w:rPr>
              <w:t>Issue owner / supplier quality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DFD9F6"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B97834" w14:textId="77777777" w:rsidR="007F646A" w:rsidRDefault="00000000">
            <w:pPr>
              <w:pStyle w:val="TableText"/>
              <w:keepLines/>
              <w:spacing w:after="0"/>
            </w:pPr>
            <w:r>
              <w:rPr>
                <w:b/>
                <w:color w:val="17365D"/>
                <w:sz w:val="19"/>
                <w:szCs w:val="19"/>
              </w:rPr>
              <w:t>Supplier name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3452174" w14:textId="77777777" w:rsidR="007F646A" w:rsidRDefault="007F646A">
            <w:pPr>
              <w:pStyle w:val="TableText"/>
              <w:keepLines/>
              <w:spacing w:after="0"/>
            </w:pPr>
          </w:p>
        </w:tc>
      </w:tr>
      <w:tr w:rsidR="007F646A" w14:paraId="31DFFE7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F6DBA80" w14:textId="77777777" w:rsidR="007F646A" w:rsidRDefault="00000000">
            <w:pPr>
              <w:pStyle w:val="TableText"/>
              <w:keepLines/>
              <w:spacing w:after="0"/>
            </w:pPr>
            <w:r>
              <w:rPr>
                <w:b/>
                <w:color w:val="17365D"/>
                <w:sz w:val="19"/>
                <w:szCs w:val="19"/>
              </w:rPr>
              <w:t>Supplier contact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987984"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7AC5ED" w14:textId="77777777" w:rsidR="007F646A" w:rsidRDefault="00000000">
            <w:pPr>
              <w:pStyle w:val="TableText"/>
              <w:keepLines/>
              <w:spacing w:after="0"/>
            </w:pPr>
            <w:r>
              <w:rPr>
                <w:b/>
                <w:color w:val="17365D"/>
                <w:sz w:val="19"/>
                <w:szCs w:val="19"/>
              </w:rPr>
              <w:t>Supplier email / phone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07CA12" w14:textId="77777777" w:rsidR="007F646A" w:rsidRDefault="007F646A">
            <w:pPr>
              <w:pStyle w:val="TableText"/>
              <w:keepLines/>
              <w:spacing w:after="0"/>
            </w:pPr>
          </w:p>
        </w:tc>
      </w:tr>
      <w:tr w:rsidR="007F646A" w14:paraId="718B11B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32D51A" w14:textId="77777777" w:rsidR="007F646A" w:rsidRDefault="00000000">
            <w:pPr>
              <w:pStyle w:val="TableText"/>
              <w:keepLines/>
              <w:spacing w:after="0"/>
            </w:pPr>
            <w:r>
              <w:rPr>
                <w:b/>
                <w:color w:val="17365D"/>
                <w:sz w:val="19"/>
                <w:szCs w:val="19"/>
              </w:rPr>
              <w:t>Supplier site / location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264287"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CD30718" w14:textId="77777777" w:rsidR="007F646A" w:rsidRDefault="00000000">
            <w:pPr>
              <w:pStyle w:val="TableText"/>
              <w:keepLines/>
              <w:spacing w:after="0"/>
            </w:pPr>
            <w:r>
              <w:rPr>
                <w:b/>
                <w:color w:val="17365D"/>
                <w:sz w:val="19"/>
                <w:szCs w:val="19"/>
              </w:rPr>
              <w:t>Internal site / plant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C3D33A" w14:textId="77777777" w:rsidR="007F646A" w:rsidRDefault="007F646A">
            <w:pPr>
              <w:pStyle w:val="TableText"/>
              <w:keepLines/>
              <w:spacing w:after="0"/>
            </w:pPr>
          </w:p>
        </w:tc>
      </w:tr>
      <w:tr w:rsidR="007F646A" w14:paraId="1BC04DD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3280EC" w14:textId="77777777" w:rsidR="007F646A" w:rsidRDefault="00000000">
            <w:pPr>
              <w:pStyle w:val="TableText"/>
              <w:keepLines/>
              <w:spacing w:after="0"/>
            </w:pPr>
            <w:r>
              <w:rPr>
                <w:b/>
                <w:color w:val="17365D"/>
                <w:sz w:val="19"/>
                <w:szCs w:val="19"/>
              </w:rPr>
              <w:t>Department / process area</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F88E4D4"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1BF8609" w14:textId="77777777" w:rsidR="007F646A" w:rsidRDefault="00000000">
            <w:pPr>
              <w:pStyle w:val="TableText"/>
              <w:keepLines/>
              <w:spacing w:after="0"/>
            </w:pPr>
            <w:r>
              <w:rPr>
                <w:b/>
                <w:color w:val="17365D"/>
                <w:sz w:val="19"/>
                <w:szCs w:val="19"/>
              </w:rPr>
              <w:t>Response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85EC20" w14:textId="77777777" w:rsidR="007F646A" w:rsidRDefault="007F646A">
            <w:pPr>
              <w:pStyle w:val="TableText"/>
              <w:keepLines/>
              <w:spacing w:after="0"/>
            </w:pPr>
          </w:p>
        </w:tc>
      </w:tr>
      <w:tr w:rsidR="007F646A" w14:paraId="33431AB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B76C5C9" w14:textId="77777777" w:rsidR="007F646A" w:rsidRDefault="00000000">
            <w:pPr>
              <w:pStyle w:val="TableText"/>
              <w:keepLines/>
              <w:spacing w:after="0"/>
            </w:pPr>
            <w:r>
              <w:rPr>
                <w:b/>
                <w:color w:val="17365D"/>
                <w:sz w:val="19"/>
                <w:szCs w:val="19"/>
              </w:rPr>
              <w:t>Containment response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68E8EF4"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0F05CD" w14:textId="77777777" w:rsidR="007F646A" w:rsidRDefault="00000000">
            <w:pPr>
              <w:pStyle w:val="TableText"/>
              <w:keepLines/>
              <w:spacing w:after="0"/>
            </w:pPr>
            <w:r>
              <w:rPr>
                <w:b/>
                <w:color w:val="17365D"/>
                <w:sz w:val="19"/>
                <w:szCs w:val="19"/>
              </w:rPr>
              <w:t>Full corrective action response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5E572C" w14:textId="77777777" w:rsidR="007F646A" w:rsidRDefault="007F646A">
            <w:pPr>
              <w:pStyle w:val="TableText"/>
              <w:keepLines/>
              <w:spacing w:after="0"/>
            </w:pPr>
          </w:p>
        </w:tc>
      </w:tr>
      <w:tr w:rsidR="007F646A" w14:paraId="2C2D01E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639466" w14:textId="77777777" w:rsidR="007F646A" w:rsidRDefault="00000000">
            <w:pPr>
              <w:pStyle w:val="TableText"/>
              <w:keepLines/>
              <w:spacing w:after="0"/>
            </w:pPr>
            <w:r>
              <w:rPr>
                <w:b/>
                <w:color w:val="17365D"/>
                <w:sz w:val="19"/>
                <w:szCs w:val="19"/>
              </w:rPr>
              <w:t>Target closure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40EB50"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90493C" w14:textId="77777777" w:rsidR="007F646A" w:rsidRDefault="00000000">
            <w:pPr>
              <w:pStyle w:val="TableText"/>
              <w:keepLines/>
              <w:spacing w:after="0"/>
            </w:pPr>
            <w:r>
              <w:rPr>
                <w:b/>
                <w:color w:val="17365D"/>
                <w:sz w:val="19"/>
                <w:szCs w:val="19"/>
              </w:rPr>
              <w:t>Expected supplier response format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A564F4D" w14:textId="77777777" w:rsidR="007F646A" w:rsidRDefault="00000000">
            <w:pPr>
              <w:pStyle w:val="TableText"/>
              <w:keepLines/>
              <w:spacing w:after="0"/>
            </w:pPr>
            <w:r>
              <w:rPr>
                <w:sz w:val="19"/>
                <w:szCs w:val="19"/>
              </w:rPr>
              <w:t>SCAR response / 8D / supplier CAP / other</w:t>
            </w:r>
          </w:p>
        </w:tc>
      </w:tr>
      <w:tr w:rsidR="007F646A" w14:paraId="49C7E8A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AEFF51" w14:textId="77777777" w:rsidR="007F646A" w:rsidRDefault="00000000">
            <w:pPr>
              <w:pStyle w:val="TableText"/>
              <w:keepLines/>
              <w:spacing w:after="0"/>
            </w:pPr>
            <w:r>
              <w:rPr>
                <w:b/>
                <w:color w:val="17365D"/>
                <w:sz w:val="19"/>
                <w:szCs w:val="19"/>
              </w:rPr>
              <w:t>Extension request process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859EB1" w14:textId="77777777" w:rsidR="007F646A" w:rsidRDefault="00000000">
            <w:pPr>
              <w:pStyle w:val="TableText"/>
              <w:keepLines/>
              <w:spacing w:after="0"/>
            </w:pPr>
            <w:r>
              <w:rPr>
                <w:sz w:val="19"/>
                <w:szCs w:val="19"/>
              </w:rPr>
              <w:t>Supplier must provide justification, progress-to-date, evidence, revised due date, and production risk impact</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225C517" w14:textId="77777777" w:rsidR="007F646A" w:rsidRDefault="00000000">
            <w:pPr>
              <w:pStyle w:val="TableText"/>
              <w:keepLines/>
              <w:spacing w:after="0"/>
            </w:pPr>
            <w:r>
              <w:rPr>
                <w:b/>
                <w:color w:val="17365D"/>
                <w:sz w:val="19"/>
                <w:szCs w:val="19"/>
              </w:rPr>
              <w:t>Related NCR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06E68F" w14:textId="77777777" w:rsidR="007F646A" w:rsidRDefault="007F646A">
            <w:pPr>
              <w:pStyle w:val="TableText"/>
              <w:keepLines/>
              <w:spacing w:after="0"/>
            </w:pPr>
          </w:p>
        </w:tc>
      </w:tr>
      <w:tr w:rsidR="007F646A" w14:paraId="4A53156F"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535D778" w14:textId="77777777" w:rsidR="007F646A" w:rsidRDefault="00000000">
            <w:pPr>
              <w:pStyle w:val="TableText"/>
              <w:keepLines/>
              <w:spacing w:after="0"/>
            </w:pPr>
            <w:r>
              <w:rPr>
                <w:b/>
                <w:color w:val="17365D"/>
                <w:sz w:val="19"/>
                <w:szCs w:val="19"/>
              </w:rPr>
              <w:t>NCR / product control note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D97C6EC" w14:textId="77777777" w:rsidR="007F646A" w:rsidRDefault="00000000">
            <w:pPr>
              <w:pStyle w:val="TableText"/>
              <w:keepLines/>
              <w:spacing w:after="0"/>
            </w:pPr>
            <w:r>
              <w:rPr>
                <w:sz w:val="19"/>
                <w:szCs w:val="19"/>
              </w:rPr>
              <w:t>The SCAR investigates the process failure; control physical parts under the referenced NCR or product control record.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B72BA4" w14:textId="77777777" w:rsidR="007F646A" w:rsidRDefault="00000000">
            <w:pPr>
              <w:pStyle w:val="TableText"/>
              <w:keepLines/>
              <w:spacing w:after="0"/>
            </w:pPr>
            <w:r>
              <w:rPr>
                <w:b/>
                <w:color w:val="17365D"/>
                <w:sz w:val="19"/>
                <w:szCs w:val="19"/>
              </w:rPr>
              <w:t>Related customer complaint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8121F99" w14:textId="77777777" w:rsidR="007F646A" w:rsidRDefault="007F646A">
            <w:pPr>
              <w:pStyle w:val="TableText"/>
              <w:keepLines/>
              <w:spacing w:after="0"/>
            </w:pPr>
          </w:p>
        </w:tc>
      </w:tr>
      <w:tr w:rsidR="007F646A" w14:paraId="3C04563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6A2FE5" w14:textId="77777777" w:rsidR="007F646A" w:rsidRDefault="00000000">
            <w:pPr>
              <w:pStyle w:val="TableText"/>
              <w:keepLines/>
              <w:spacing w:after="0"/>
            </w:pPr>
            <w:r>
              <w:rPr>
                <w:b/>
                <w:color w:val="17365D"/>
                <w:sz w:val="19"/>
                <w:szCs w:val="19"/>
              </w:rPr>
              <w:t>Related 8D / CAR / internal corrective action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BC4599"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5C6DD84" w14:textId="77777777" w:rsidR="007F646A" w:rsidRDefault="00000000">
            <w:pPr>
              <w:pStyle w:val="TableText"/>
              <w:keepLines/>
              <w:spacing w:after="0"/>
            </w:pPr>
            <w:r>
              <w:rPr>
                <w:b/>
                <w:color w:val="17365D"/>
                <w:sz w:val="19"/>
                <w:szCs w:val="19"/>
              </w:rPr>
              <w:t>Purchase order / sales order / work order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2CF01D" w14:textId="77777777" w:rsidR="007F646A" w:rsidRDefault="007F646A">
            <w:pPr>
              <w:pStyle w:val="TableText"/>
              <w:keepLines/>
              <w:spacing w:after="0"/>
            </w:pPr>
          </w:p>
        </w:tc>
      </w:tr>
      <w:tr w:rsidR="007F646A" w14:paraId="1233311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D6D2380" w14:textId="77777777" w:rsidR="007F646A" w:rsidRDefault="00000000">
            <w:pPr>
              <w:pStyle w:val="TableText"/>
              <w:keepLines/>
              <w:spacing w:after="0"/>
            </w:pPr>
            <w:r>
              <w:rPr>
                <w:b/>
                <w:color w:val="17365D"/>
                <w:sz w:val="19"/>
                <w:szCs w:val="19"/>
              </w:rPr>
              <w:t>Supplier response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F7A7F6"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DF366A0"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DB4F54C" w14:textId="77777777" w:rsidR="007F646A" w:rsidRDefault="007F646A">
            <w:pPr>
              <w:pStyle w:val="TableText"/>
              <w:keepLines/>
              <w:spacing w:after="0"/>
            </w:pPr>
          </w:p>
        </w:tc>
      </w:tr>
    </w:tbl>
    <w:p w14:paraId="50EFEA78" w14:textId="77777777" w:rsidR="007F646A" w:rsidRDefault="007F646A">
      <w:pPr>
        <w:spacing w:after="40"/>
      </w:pPr>
    </w:p>
    <w:p w14:paraId="461D6FC8" w14:textId="77777777" w:rsidR="001B3268" w:rsidRDefault="001B3268">
      <w:pPr>
        <w:spacing w:after="200" w:line="276" w:lineRule="auto"/>
        <w:rPr>
          <w:rFonts w:eastAsiaTheme="majorEastAsia"/>
          <w:b/>
          <w:bCs/>
          <w:color w:val="FFFFFF"/>
          <w:sz w:val="22"/>
          <w:szCs w:val="28"/>
        </w:rPr>
      </w:pPr>
      <w:r>
        <w:br w:type="page"/>
      </w:r>
    </w:p>
    <w:p w14:paraId="1F02DBA2" w14:textId="6E9E3328" w:rsidR="007F646A" w:rsidRDefault="00000000">
      <w:pPr>
        <w:pStyle w:val="Heading1"/>
        <w:shd w:val="clear" w:color="auto" w:fill="17365D"/>
      </w:pPr>
      <w:r>
        <w:rPr>
          <w:rFonts w:ascii="Arial" w:hAnsi="Arial" w:cs="Arial"/>
        </w:rPr>
        <w:lastRenderedPageBreak/>
        <w:t>3. Supplier / Part / Shipment Details</w:t>
      </w:r>
    </w:p>
    <w:tbl>
      <w:tblPr>
        <w:tblW w:w="10656" w:type="dxa"/>
        <w:jc w:val="center"/>
        <w:tblLayout w:type="fixed"/>
        <w:tblLook w:val="04A0" w:firstRow="1" w:lastRow="0" w:firstColumn="1" w:lastColumn="0" w:noHBand="0" w:noVBand="1"/>
      </w:tblPr>
      <w:tblGrid>
        <w:gridCol w:w="10656"/>
      </w:tblGrid>
      <w:tr w:rsidR="007F646A" w14:paraId="4E54CFE7"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4BB087C1" w14:textId="77777777" w:rsidR="007F646A" w:rsidRDefault="00000000">
            <w:pPr>
              <w:pStyle w:val="Guidance"/>
              <w:keepLines/>
              <w:spacing w:after="0"/>
            </w:pPr>
            <w:r>
              <w:rPr>
                <w:b/>
                <w:color w:val="2D3748"/>
                <w:sz w:val="19"/>
                <w:szCs w:val="19"/>
              </w:rPr>
              <w:t xml:space="preserve">Guidance: </w:t>
            </w:r>
            <w:r>
              <w:rPr>
                <w:color w:val="2D3748"/>
                <w:sz w:val="19"/>
                <w:szCs w:val="19"/>
              </w:rPr>
              <w:t>Identify the exact supplier product, lot, shipment, purchase order, and quantity involved. This reduces arguments later and helps the supplier find the same material in their records.</w:t>
            </w:r>
          </w:p>
        </w:tc>
      </w:tr>
    </w:tbl>
    <w:p w14:paraId="26B8B420"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7F832DE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6E2F5FC" w14:textId="77777777" w:rsidR="007F646A" w:rsidRDefault="00000000">
            <w:pPr>
              <w:pStyle w:val="TableText"/>
              <w:keepLines/>
              <w:spacing w:after="0"/>
            </w:pPr>
            <w:r>
              <w:rPr>
                <w:b/>
                <w:color w:val="17365D"/>
                <w:sz w:val="19"/>
                <w:szCs w:val="19"/>
              </w:rPr>
              <w:t>Part / product / material name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038D88"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F594ABC" w14:textId="77777777" w:rsidR="007F646A" w:rsidRDefault="00000000">
            <w:pPr>
              <w:pStyle w:val="TableText"/>
              <w:keepLines/>
              <w:spacing w:after="0"/>
            </w:pPr>
            <w:r>
              <w:rPr>
                <w:b/>
                <w:color w:val="17365D"/>
                <w:sz w:val="19"/>
                <w:szCs w:val="19"/>
              </w:rPr>
              <w:t>Part number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94EE35" w14:textId="77777777" w:rsidR="007F646A" w:rsidRDefault="007F646A">
            <w:pPr>
              <w:pStyle w:val="TableText"/>
              <w:keepLines/>
              <w:spacing w:after="0"/>
            </w:pPr>
          </w:p>
        </w:tc>
      </w:tr>
      <w:tr w:rsidR="007F646A" w14:paraId="4452909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85287F" w14:textId="77777777" w:rsidR="007F646A" w:rsidRDefault="00000000">
            <w:pPr>
              <w:pStyle w:val="TableText"/>
              <w:keepLines/>
              <w:spacing w:after="0"/>
            </w:pPr>
            <w:r>
              <w:rPr>
                <w:b/>
                <w:color w:val="17365D"/>
                <w:sz w:val="19"/>
                <w:szCs w:val="19"/>
              </w:rPr>
              <w:t>Revision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D6F7CD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915CCE7" w14:textId="77777777" w:rsidR="007F646A" w:rsidRDefault="00000000">
            <w:pPr>
              <w:pStyle w:val="TableText"/>
              <w:keepLines/>
              <w:spacing w:after="0"/>
            </w:pPr>
            <w:r>
              <w:rPr>
                <w:b/>
                <w:color w:val="17365D"/>
                <w:sz w:val="19"/>
                <w:szCs w:val="19"/>
              </w:rPr>
              <w:t>Drawing / specification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62909C" w14:textId="77777777" w:rsidR="007F646A" w:rsidRDefault="007F646A">
            <w:pPr>
              <w:pStyle w:val="TableText"/>
              <w:keepLines/>
              <w:spacing w:after="0"/>
            </w:pPr>
          </w:p>
        </w:tc>
      </w:tr>
      <w:tr w:rsidR="007F646A" w14:paraId="0BE38FB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816ACA" w14:textId="77777777" w:rsidR="007F646A" w:rsidRDefault="00000000">
            <w:pPr>
              <w:pStyle w:val="TableText"/>
              <w:keepLines/>
              <w:spacing w:after="0"/>
            </w:pPr>
            <w:r>
              <w:rPr>
                <w:b/>
                <w:color w:val="17365D"/>
                <w:sz w:val="19"/>
                <w:szCs w:val="19"/>
              </w:rPr>
              <w:t>Work instruction / inspection plan / control plan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EA85E0"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1EA896" w14:textId="77777777" w:rsidR="007F646A" w:rsidRDefault="00000000">
            <w:pPr>
              <w:pStyle w:val="TableText"/>
              <w:keepLines/>
              <w:spacing w:after="0"/>
            </w:pPr>
            <w:r>
              <w:rPr>
                <w:b/>
                <w:color w:val="17365D"/>
                <w:sz w:val="19"/>
                <w:szCs w:val="19"/>
              </w:rPr>
              <w:t>Supplier part number, if different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363D8A" w14:textId="77777777" w:rsidR="007F646A" w:rsidRDefault="007F646A">
            <w:pPr>
              <w:pStyle w:val="TableText"/>
              <w:keepLines/>
              <w:spacing w:after="0"/>
            </w:pPr>
          </w:p>
        </w:tc>
      </w:tr>
      <w:tr w:rsidR="007F646A" w14:paraId="7F723023"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40CD70D" w14:textId="77777777" w:rsidR="007F646A" w:rsidRDefault="00000000">
            <w:pPr>
              <w:pStyle w:val="TableText"/>
              <w:keepLines/>
              <w:spacing w:after="0"/>
            </w:pPr>
            <w:r>
              <w:rPr>
                <w:b/>
                <w:color w:val="17365D"/>
                <w:sz w:val="19"/>
                <w:szCs w:val="19"/>
              </w:rPr>
              <w:t>PO number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A2EA12"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FA9CA6" w14:textId="77777777" w:rsidR="007F646A" w:rsidRDefault="00000000">
            <w:pPr>
              <w:pStyle w:val="TableText"/>
              <w:keepLines/>
              <w:spacing w:after="0"/>
            </w:pPr>
            <w:r>
              <w:rPr>
                <w:b/>
                <w:color w:val="17365D"/>
                <w:sz w:val="19"/>
                <w:szCs w:val="19"/>
              </w:rPr>
              <w:t>Supplier lot / batch / serial / heat / date code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588850" w14:textId="77777777" w:rsidR="007F646A" w:rsidRDefault="007F646A">
            <w:pPr>
              <w:pStyle w:val="TableText"/>
              <w:keepLines/>
              <w:spacing w:after="0"/>
            </w:pPr>
          </w:p>
        </w:tc>
      </w:tr>
      <w:tr w:rsidR="007F646A" w14:paraId="74EEA87E"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AADAF11" w14:textId="77777777" w:rsidR="007F646A" w:rsidRDefault="00000000">
            <w:pPr>
              <w:pStyle w:val="TableText"/>
              <w:keepLines/>
              <w:spacing w:after="0"/>
            </w:pPr>
            <w:r>
              <w:rPr>
                <w:b/>
                <w:color w:val="17365D"/>
                <w:sz w:val="19"/>
                <w:szCs w:val="19"/>
              </w:rPr>
              <w:t>Shipment / packing slip / delivery note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421FED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3B160A" w14:textId="77777777" w:rsidR="007F646A" w:rsidRDefault="00000000">
            <w:pPr>
              <w:pStyle w:val="TableText"/>
              <w:keepLines/>
              <w:spacing w:after="0"/>
            </w:pPr>
            <w:r>
              <w:rPr>
                <w:b/>
                <w:color w:val="17365D"/>
                <w:sz w:val="19"/>
                <w:szCs w:val="19"/>
              </w:rPr>
              <w:t>Quantity received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C9487C" w14:textId="77777777" w:rsidR="007F646A" w:rsidRDefault="007F646A">
            <w:pPr>
              <w:pStyle w:val="TableText"/>
              <w:keepLines/>
              <w:spacing w:after="0"/>
            </w:pPr>
          </w:p>
        </w:tc>
      </w:tr>
      <w:tr w:rsidR="007F646A" w14:paraId="1035DF6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2C2D5E6" w14:textId="77777777" w:rsidR="007F646A" w:rsidRDefault="00000000">
            <w:pPr>
              <w:pStyle w:val="TableText"/>
              <w:keepLines/>
              <w:spacing w:after="0"/>
            </w:pPr>
            <w:r>
              <w:rPr>
                <w:b/>
                <w:color w:val="17365D"/>
                <w:sz w:val="19"/>
                <w:szCs w:val="19"/>
              </w:rPr>
              <w:t>Quantity inspected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94903B"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6DD956" w14:textId="77777777" w:rsidR="007F646A" w:rsidRDefault="00000000">
            <w:pPr>
              <w:pStyle w:val="TableText"/>
              <w:keepLines/>
              <w:spacing w:after="0"/>
            </w:pPr>
            <w:r>
              <w:rPr>
                <w:b/>
                <w:color w:val="17365D"/>
                <w:sz w:val="19"/>
                <w:szCs w:val="19"/>
              </w:rPr>
              <w:t>Quantity affected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637A807" w14:textId="77777777" w:rsidR="007F646A" w:rsidRDefault="007F646A">
            <w:pPr>
              <w:pStyle w:val="TableText"/>
              <w:keepLines/>
              <w:spacing w:after="0"/>
            </w:pPr>
          </w:p>
        </w:tc>
      </w:tr>
      <w:tr w:rsidR="007F646A" w14:paraId="415AA23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C81123" w14:textId="77777777" w:rsidR="007F646A" w:rsidRDefault="00000000">
            <w:pPr>
              <w:pStyle w:val="TableText"/>
              <w:keepLines/>
              <w:spacing w:after="0"/>
            </w:pPr>
            <w:r>
              <w:rPr>
                <w:b/>
                <w:color w:val="17365D"/>
                <w:sz w:val="19"/>
                <w:szCs w:val="19"/>
              </w:rPr>
              <w:t>Quantity suspect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4657AF"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9ECB09" w14:textId="77777777" w:rsidR="007F646A" w:rsidRDefault="00000000">
            <w:pPr>
              <w:pStyle w:val="TableText"/>
              <w:keepLines/>
              <w:spacing w:after="0"/>
            </w:pPr>
            <w:r>
              <w:rPr>
                <w:b/>
                <w:color w:val="17365D"/>
                <w:sz w:val="19"/>
                <w:szCs w:val="19"/>
              </w:rPr>
              <w:t>Quantity rejected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EDFF8DB" w14:textId="77777777" w:rsidR="007F646A" w:rsidRDefault="007F646A">
            <w:pPr>
              <w:pStyle w:val="TableText"/>
              <w:keepLines/>
              <w:spacing w:after="0"/>
            </w:pPr>
          </w:p>
        </w:tc>
      </w:tr>
      <w:tr w:rsidR="007F646A" w14:paraId="723FFAE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0D8B04" w14:textId="77777777" w:rsidR="007F646A" w:rsidRDefault="00000000">
            <w:pPr>
              <w:pStyle w:val="TableText"/>
              <w:keepLines/>
              <w:spacing w:after="0"/>
            </w:pPr>
            <w:r>
              <w:rPr>
                <w:b/>
                <w:color w:val="17365D"/>
                <w:sz w:val="19"/>
                <w:szCs w:val="19"/>
              </w:rPr>
              <w:t>Quantity accepted under deviation, if any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9B0866"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9DF2C5" w14:textId="77777777" w:rsidR="007F646A" w:rsidRDefault="00000000">
            <w:pPr>
              <w:pStyle w:val="TableText"/>
              <w:keepLines/>
              <w:spacing w:after="0"/>
            </w:pPr>
            <w:r>
              <w:rPr>
                <w:b/>
                <w:color w:val="17365D"/>
                <w:sz w:val="19"/>
                <w:szCs w:val="19"/>
              </w:rPr>
              <w:t>Quantity returned to supplier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772E82" w14:textId="77777777" w:rsidR="007F646A" w:rsidRDefault="007F646A">
            <w:pPr>
              <w:pStyle w:val="TableText"/>
              <w:keepLines/>
              <w:spacing w:after="0"/>
            </w:pPr>
          </w:p>
        </w:tc>
      </w:tr>
      <w:tr w:rsidR="007F646A" w14:paraId="71A4DC5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B8878C9" w14:textId="77777777" w:rsidR="007F646A" w:rsidRDefault="00000000">
            <w:pPr>
              <w:pStyle w:val="TableText"/>
              <w:keepLines/>
              <w:spacing w:after="0"/>
            </w:pPr>
            <w:r>
              <w:rPr>
                <w:b/>
                <w:color w:val="17365D"/>
                <w:sz w:val="19"/>
                <w:szCs w:val="19"/>
              </w:rPr>
              <w:t>Quantity replaced / credited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D8E71FD"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CB7CEE0" w14:textId="77777777" w:rsidR="007F646A" w:rsidRDefault="00000000">
            <w:pPr>
              <w:pStyle w:val="TableText"/>
              <w:keepLines/>
              <w:spacing w:after="0"/>
            </w:pPr>
            <w:r>
              <w:rPr>
                <w:b/>
                <w:color w:val="17365D"/>
                <w:sz w:val="19"/>
                <w:szCs w:val="19"/>
              </w:rPr>
              <w:t>Product location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2884AA7" w14:textId="77777777" w:rsidR="007F646A" w:rsidRDefault="00000000">
            <w:pPr>
              <w:pStyle w:val="TableText"/>
              <w:keepLines/>
              <w:spacing w:after="0"/>
            </w:pPr>
            <w:r>
              <w:rPr>
                <w:sz w:val="19"/>
                <w:szCs w:val="19"/>
              </w:rPr>
              <w:t>Incoming inspection / Quarantine / WIP / Finished goods / Customer site / Supplier site / Warehouse / In transit / Other</w:t>
            </w:r>
          </w:p>
        </w:tc>
      </w:tr>
      <w:tr w:rsidR="007F646A" w14:paraId="5D39BA0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CA67A48" w14:textId="77777777" w:rsidR="007F646A" w:rsidRDefault="00000000">
            <w:pPr>
              <w:pStyle w:val="TableText"/>
              <w:keepLines/>
              <w:spacing w:after="0"/>
            </w:pPr>
            <w:r>
              <w:rPr>
                <w:b/>
                <w:color w:val="17365D"/>
                <w:sz w:val="19"/>
                <w:szCs w:val="19"/>
              </w:rPr>
              <w:t>Clean point / last known good lot or shipment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ADF34B"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5B8DF7" w14:textId="77777777" w:rsidR="007F646A" w:rsidRDefault="00000000">
            <w:pPr>
              <w:pStyle w:val="TableText"/>
              <w:keepLines/>
              <w:spacing w:after="0"/>
            </w:pPr>
            <w:r>
              <w:rPr>
                <w:b/>
                <w:color w:val="17365D"/>
                <w:sz w:val="19"/>
                <w:szCs w:val="19"/>
              </w:rPr>
              <w:t>Downstream locations checked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62112D" w14:textId="77777777" w:rsidR="007F646A" w:rsidRDefault="007F646A">
            <w:pPr>
              <w:pStyle w:val="TableText"/>
              <w:keepLines/>
              <w:spacing w:after="0"/>
            </w:pPr>
          </w:p>
        </w:tc>
      </w:tr>
      <w:tr w:rsidR="007F646A" w14:paraId="2BC1D162"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AA24762" w14:textId="77777777" w:rsidR="007F646A" w:rsidRDefault="00000000">
            <w:pPr>
              <w:pStyle w:val="TableText"/>
              <w:keepLines/>
              <w:spacing w:after="0"/>
            </w:pPr>
            <w:r>
              <w:rPr>
                <w:b/>
                <w:color w:val="17365D"/>
                <w:sz w:val="19"/>
                <w:szCs w:val="19"/>
              </w:rPr>
              <w:t>Other lots / similar parts to check</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E992DDB"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80E754" w14:textId="77777777" w:rsidR="007F646A" w:rsidRDefault="00000000">
            <w:pPr>
              <w:pStyle w:val="TableText"/>
              <w:keepLines/>
              <w:spacing w:after="0"/>
            </w:pPr>
            <w:r>
              <w:rPr>
                <w:b/>
                <w:color w:val="17365D"/>
                <w:sz w:val="19"/>
                <w:szCs w:val="19"/>
              </w:rPr>
              <w:t>Previously delivered product affected?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D3740E7" w14:textId="77777777" w:rsidR="007F646A" w:rsidRDefault="00000000">
            <w:pPr>
              <w:pStyle w:val="TableText"/>
              <w:keepLines/>
              <w:spacing w:after="0"/>
            </w:pPr>
            <w:r>
              <w:rPr>
                <w:sz w:val="19"/>
                <w:szCs w:val="19"/>
              </w:rPr>
              <w:t>Yes / No / Unknown / To be reviewed</w:t>
            </w:r>
          </w:p>
        </w:tc>
      </w:tr>
      <w:tr w:rsidR="007F646A" w14:paraId="0324AD6E"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58A72EB" w14:textId="77777777" w:rsidR="007F646A" w:rsidRDefault="00000000">
            <w:pPr>
              <w:pStyle w:val="TableText"/>
              <w:keepLines/>
              <w:spacing w:after="0"/>
            </w:pPr>
            <w:r>
              <w:rPr>
                <w:b/>
                <w:color w:val="17365D"/>
                <w:sz w:val="19"/>
                <w:szCs w:val="19"/>
              </w:rPr>
              <w:t>Previously delivered product - locations checked, evidence reviewed, result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6784CC" w14:textId="77777777" w:rsidR="007F646A" w:rsidRDefault="00000000">
            <w:pPr>
              <w:pStyle w:val="TableText"/>
              <w:keepLines/>
              <w:spacing w:after="0"/>
            </w:pPr>
            <w:r>
              <w:rPr>
                <w:sz w:val="19"/>
                <w:szCs w:val="19"/>
              </w:rPr>
              <w:t>Required if Yes or Unknown</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5E87BB" w14:textId="77777777" w:rsidR="007F646A" w:rsidRDefault="00000000">
            <w:pPr>
              <w:pStyle w:val="TableText"/>
              <w:keepLines/>
              <w:spacing w:after="0"/>
            </w:pPr>
            <w:r>
              <w:rPr>
                <w:b/>
                <w:color w:val="17365D"/>
                <w:sz w:val="19"/>
                <w:szCs w:val="19"/>
              </w:rPr>
              <w:t>Internal risk assessment for consumed or shipped material</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8A1A6E" w14:textId="77777777" w:rsidR="007F646A" w:rsidRDefault="00000000">
            <w:pPr>
              <w:pStyle w:val="TableText"/>
              <w:keepLines/>
              <w:spacing w:after="0"/>
            </w:pPr>
            <w:r>
              <w:rPr>
                <w:sz w:val="19"/>
                <w:szCs w:val="19"/>
              </w:rPr>
              <w:t>Required if Yes or Unknown; include inventory hold, field containment, or customer notification decision where applicable</w:t>
            </w:r>
          </w:p>
        </w:tc>
      </w:tr>
    </w:tbl>
    <w:p w14:paraId="452319B6" w14:textId="6564C0CA" w:rsidR="001B3268" w:rsidRDefault="001B3268">
      <w:pPr>
        <w:spacing w:after="40"/>
      </w:pPr>
    </w:p>
    <w:p w14:paraId="65450249" w14:textId="77777777" w:rsidR="001B3268" w:rsidRDefault="001B3268">
      <w:pPr>
        <w:spacing w:after="200" w:line="276" w:lineRule="auto"/>
      </w:pPr>
      <w:r>
        <w:br w:type="page"/>
      </w:r>
    </w:p>
    <w:p w14:paraId="6B70E742" w14:textId="77777777" w:rsidR="001B3268" w:rsidRDefault="001B3268">
      <w:pPr>
        <w:spacing w:after="40"/>
      </w:pPr>
    </w:p>
    <w:p w14:paraId="67592C51" w14:textId="77777777" w:rsidR="007F646A" w:rsidRDefault="00000000">
      <w:pPr>
        <w:pStyle w:val="Heading1"/>
        <w:shd w:val="clear" w:color="auto" w:fill="17365D"/>
      </w:pPr>
      <w:r>
        <w:rPr>
          <w:rFonts w:ascii="Arial" w:hAnsi="Arial" w:cs="Arial"/>
        </w:rPr>
        <w:t>4. Nonconformance Description</w:t>
      </w:r>
    </w:p>
    <w:tbl>
      <w:tblPr>
        <w:tblW w:w="10656" w:type="dxa"/>
        <w:jc w:val="center"/>
        <w:tblLayout w:type="fixed"/>
        <w:tblLook w:val="04A0" w:firstRow="1" w:lastRow="0" w:firstColumn="1" w:lastColumn="0" w:noHBand="0" w:noVBand="1"/>
      </w:tblPr>
      <w:tblGrid>
        <w:gridCol w:w="10656"/>
      </w:tblGrid>
      <w:tr w:rsidR="007F646A" w14:paraId="7C293E78"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63061A3B" w14:textId="77777777" w:rsidR="007F646A" w:rsidRDefault="00000000">
            <w:pPr>
              <w:pStyle w:val="Guidance"/>
              <w:keepLines/>
              <w:spacing w:after="0"/>
            </w:pPr>
            <w:r>
              <w:rPr>
                <w:b/>
                <w:color w:val="2D3748"/>
                <w:sz w:val="19"/>
                <w:szCs w:val="19"/>
              </w:rPr>
              <w:t xml:space="preserve">Guidance: </w:t>
            </w:r>
            <w:r>
              <w:rPr>
                <w:color w:val="2D3748"/>
                <w:sz w:val="19"/>
                <w:szCs w:val="19"/>
              </w:rPr>
              <w:t>Describe the supplier nonconformance in factual, measurable terms. Do not include assumed root cause unless it has already been confirmed.</w:t>
            </w:r>
          </w:p>
        </w:tc>
      </w:tr>
    </w:tbl>
    <w:p w14:paraId="554E7728" w14:textId="77777777" w:rsidR="007F646A" w:rsidRDefault="007F646A">
      <w:pPr>
        <w:spacing w:after="20"/>
      </w:pPr>
    </w:p>
    <w:tbl>
      <w:tblPr>
        <w:tblW w:w="10656" w:type="dxa"/>
        <w:jc w:val="center"/>
        <w:tblLayout w:type="fixed"/>
        <w:tblLook w:val="04A0" w:firstRow="1" w:lastRow="0" w:firstColumn="1" w:lastColumn="0" w:noHBand="0" w:noVBand="1"/>
      </w:tblPr>
      <w:tblGrid>
        <w:gridCol w:w="10656"/>
      </w:tblGrid>
      <w:tr w:rsidR="007F646A" w14:paraId="6E743571"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E3E1339" w14:textId="77777777" w:rsidR="007F646A" w:rsidRDefault="00000000">
            <w:pPr>
              <w:pStyle w:val="TableText"/>
              <w:keepLines/>
              <w:spacing w:after="0"/>
            </w:pPr>
            <w:r>
              <w:rPr>
                <w:b/>
                <w:color w:val="17365D"/>
                <w:sz w:val="19"/>
                <w:szCs w:val="19"/>
              </w:rPr>
              <w:t>Requirement / specification</w:t>
            </w:r>
          </w:p>
        </w:tc>
      </w:tr>
      <w:tr w:rsidR="007F646A" w14:paraId="6F67362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3311AE" w14:textId="77777777" w:rsidR="007F646A" w:rsidRDefault="00000000">
            <w:pPr>
              <w:pStyle w:val="TableText"/>
              <w:keepLines/>
              <w:spacing w:after="0"/>
            </w:pPr>
            <w:r>
              <w:rPr>
                <w:i/>
                <w:color w:val="718096"/>
                <w:sz w:val="19"/>
                <w:szCs w:val="19"/>
              </w:rPr>
              <w:t>State the requirement that should have been met, including drawing/spec revision where possible.</w:t>
            </w:r>
          </w:p>
          <w:p w14:paraId="713A341F" w14:textId="77777777" w:rsidR="007F646A" w:rsidRDefault="007F646A">
            <w:pPr>
              <w:pStyle w:val="TableText"/>
              <w:keepLines/>
              <w:spacing w:after="0"/>
            </w:pPr>
          </w:p>
          <w:p w14:paraId="60EE8976" w14:textId="77777777" w:rsidR="007F646A" w:rsidRDefault="007F646A">
            <w:pPr>
              <w:pStyle w:val="TableText"/>
              <w:keepLines/>
              <w:spacing w:after="0"/>
            </w:pPr>
          </w:p>
          <w:p w14:paraId="3A1C6BFA" w14:textId="77777777" w:rsidR="007F646A" w:rsidRDefault="007F646A">
            <w:pPr>
              <w:pStyle w:val="TableText"/>
              <w:keepLines/>
              <w:spacing w:after="0"/>
            </w:pPr>
          </w:p>
        </w:tc>
      </w:tr>
    </w:tbl>
    <w:p w14:paraId="65964CD0"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73AA5369"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0DBA21" w14:textId="77777777" w:rsidR="007F646A" w:rsidRDefault="00000000">
            <w:pPr>
              <w:pStyle w:val="TableText"/>
              <w:keepLines/>
              <w:spacing w:after="0"/>
            </w:pPr>
            <w:r>
              <w:rPr>
                <w:b/>
                <w:color w:val="17365D"/>
                <w:sz w:val="19"/>
                <w:szCs w:val="19"/>
              </w:rPr>
              <w:t>Actual condition found</w:t>
            </w:r>
          </w:p>
        </w:tc>
      </w:tr>
      <w:tr w:rsidR="007F646A" w14:paraId="5CDA7E7A"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84ED1A9" w14:textId="77777777" w:rsidR="007F646A" w:rsidRDefault="00000000">
            <w:pPr>
              <w:pStyle w:val="TableText"/>
              <w:keepLines/>
              <w:spacing w:after="0"/>
            </w:pPr>
            <w:r>
              <w:rPr>
                <w:i/>
                <w:color w:val="718096"/>
                <w:sz w:val="19"/>
                <w:szCs w:val="19"/>
              </w:rPr>
              <w:t>State what was actually found, including measurements, counts, defect description, and inspection method where applicable.</w:t>
            </w:r>
          </w:p>
          <w:p w14:paraId="32CE3D9A" w14:textId="77777777" w:rsidR="007F646A" w:rsidRDefault="007F646A">
            <w:pPr>
              <w:pStyle w:val="TableText"/>
              <w:keepLines/>
              <w:spacing w:after="0"/>
            </w:pPr>
          </w:p>
          <w:p w14:paraId="2D1E046E" w14:textId="77777777" w:rsidR="007F646A" w:rsidRDefault="007F646A">
            <w:pPr>
              <w:pStyle w:val="TableText"/>
              <w:keepLines/>
              <w:spacing w:after="0"/>
            </w:pPr>
          </w:p>
          <w:p w14:paraId="739CAE60" w14:textId="77777777" w:rsidR="007F646A" w:rsidRDefault="007F646A">
            <w:pPr>
              <w:pStyle w:val="TableText"/>
              <w:keepLines/>
              <w:spacing w:after="0"/>
            </w:pPr>
          </w:p>
        </w:tc>
      </w:tr>
    </w:tbl>
    <w:p w14:paraId="4532F3D9"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76B2A101"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C1AA64" w14:textId="77777777" w:rsidR="007F646A" w:rsidRDefault="00000000">
            <w:pPr>
              <w:pStyle w:val="TableText"/>
              <w:keepLines/>
              <w:spacing w:after="0"/>
            </w:pPr>
            <w:r>
              <w:rPr>
                <w:b/>
                <w:color w:val="17365D"/>
                <w:sz w:val="19"/>
                <w:szCs w:val="19"/>
              </w:rPr>
              <w:t>Supplier nonconformance description</w:t>
            </w:r>
          </w:p>
        </w:tc>
      </w:tr>
      <w:tr w:rsidR="007F646A" w14:paraId="1FCF3FC7"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DD7AC08" w14:textId="77777777" w:rsidR="007F646A" w:rsidRDefault="00000000">
            <w:pPr>
              <w:pStyle w:val="TableText"/>
              <w:keepLines/>
              <w:spacing w:after="0"/>
            </w:pPr>
            <w:r>
              <w:rPr>
                <w:i/>
                <w:color w:val="718096"/>
                <w:sz w:val="19"/>
                <w:szCs w:val="19"/>
              </w:rPr>
              <w:t>Summarize the issue in one clear paragraph that a supplier can investigate.</w:t>
            </w:r>
          </w:p>
          <w:p w14:paraId="15EF94BD" w14:textId="77777777" w:rsidR="007F646A" w:rsidRDefault="007F646A">
            <w:pPr>
              <w:pStyle w:val="TableText"/>
              <w:keepLines/>
              <w:spacing w:after="0"/>
            </w:pPr>
          </w:p>
          <w:p w14:paraId="2329C45E" w14:textId="77777777" w:rsidR="007F646A" w:rsidRDefault="007F646A">
            <w:pPr>
              <w:pStyle w:val="TableText"/>
              <w:keepLines/>
              <w:spacing w:after="0"/>
            </w:pPr>
          </w:p>
          <w:p w14:paraId="145F1C59" w14:textId="77777777" w:rsidR="007F646A" w:rsidRDefault="007F646A">
            <w:pPr>
              <w:pStyle w:val="TableText"/>
              <w:keepLines/>
              <w:spacing w:after="0"/>
            </w:pPr>
          </w:p>
        </w:tc>
      </w:tr>
    </w:tbl>
    <w:p w14:paraId="6CCE66AB" w14:textId="77777777" w:rsidR="007F646A" w:rsidRDefault="007F646A">
      <w:pPr>
        <w:spacing w:after="4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03B2EE7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545A2DC" w14:textId="77777777" w:rsidR="007F646A" w:rsidRDefault="00000000">
            <w:pPr>
              <w:pStyle w:val="TableText"/>
              <w:keepLines/>
              <w:spacing w:after="0"/>
            </w:pPr>
            <w:r>
              <w:rPr>
                <w:b/>
                <w:color w:val="17365D"/>
                <w:sz w:val="19"/>
                <w:szCs w:val="19"/>
              </w:rPr>
              <w:t>How detected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85ABC3" w14:textId="77777777" w:rsidR="007F646A" w:rsidRDefault="00000000">
            <w:pPr>
              <w:pStyle w:val="TableText"/>
              <w:keepLines/>
              <w:spacing w:after="0"/>
            </w:pPr>
            <w:r>
              <w:rPr>
                <w:sz w:val="19"/>
                <w:szCs w:val="19"/>
              </w:rPr>
              <w:t>Incoming inspection / In-process use / Final inspection / Customer complaint or return / Supplier notification / Audit / Operator report / Warehouse or receiving / Third-party sorting service / Other</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21B2982" w14:textId="77777777" w:rsidR="007F646A" w:rsidRDefault="00000000">
            <w:pPr>
              <w:pStyle w:val="TableText"/>
              <w:keepLines/>
              <w:spacing w:after="0"/>
            </w:pPr>
            <w:r>
              <w:rPr>
                <w:b/>
                <w:color w:val="17365D"/>
                <w:sz w:val="19"/>
                <w:szCs w:val="19"/>
              </w:rPr>
              <w:t>Date detected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7145FFB" w14:textId="77777777" w:rsidR="007F646A" w:rsidRDefault="007F646A">
            <w:pPr>
              <w:pStyle w:val="TableText"/>
              <w:keepLines/>
              <w:spacing w:after="0"/>
            </w:pPr>
          </w:p>
        </w:tc>
      </w:tr>
      <w:tr w:rsidR="007F646A" w14:paraId="25AC0D4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273DDC6" w14:textId="77777777" w:rsidR="007F646A" w:rsidRDefault="00000000">
            <w:pPr>
              <w:pStyle w:val="TableText"/>
              <w:keepLines/>
              <w:spacing w:after="0"/>
            </w:pPr>
            <w:r>
              <w:rPr>
                <w:b/>
                <w:color w:val="17365D"/>
                <w:sz w:val="19"/>
                <w:szCs w:val="19"/>
              </w:rPr>
              <w:t>Detected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0F966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B0A8E7F" w14:textId="77777777" w:rsidR="007F646A" w:rsidRDefault="00000000">
            <w:pPr>
              <w:pStyle w:val="TableText"/>
              <w:keepLines/>
              <w:spacing w:after="0"/>
            </w:pPr>
            <w:r>
              <w:rPr>
                <w:b/>
                <w:color w:val="17365D"/>
                <w:sz w:val="19"/>
                <w:szCs w:val="19"/>
              </w:rPr>
              <w:t>Severity / priority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095FC5" w14:textId="77777777" w:rsidR="007F646A" w:rsidRDefault="00000000">
            <w:pPr>
              <w:pStyle w:val="TableText"/>
              <w:keepLines/>
              <w:spacing w:after="0"/>
            </w:pPr>
            <w:r>
              <w:rPr>
                <w:sz w:val="19"/>
                <w:szCs w:val="19"/>
              </w:rPr>
              <w:t>Low / Medium / High / Customer-critical</w:t>
            </w:r>
          </w:p>
        </w:tc>
      </w:tr>
      <w:tr w:rsidR="007F646A" w14:paraId="0D8F452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485B78D" w14:textId="77777777" w:rsidR="007F646A" w:rsidRDefault="00000000">
            <w:pPr>
              <w:pStyle w:val="TableText"/>
              <w:keepLines/>
              <w:spacing w:after="0"/>
            </w:pPr>
            <w:r>
              <w:rPr>
                <w:b/>
                <w:color w:val="17365D"/>
                <w:sz w:val="19"/>
                <w:szCs w:val="19"/>
              </w:rPr>
              <w:t>Customer impact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DF91DD" w14:textId="77777777" w:rsidR="007F646A" w:rsidRDefault="00000000">
            <w:pPr>
              <w:pStyle w:val="TableText"/>
              <w:keepLines/>
              <w:spacing w:after="0"/>
            </w:pPr>
            <w:r>
              <w:rPr>
                <w:sz w:val="19"/>
                <w:szCs w:val="19"/>
              </w:rPr>
              <w:t>None known / Potential / Confirmed / Customer return / Shipment hold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EB8582" w14:textId="77777777" w:rsidR="007F646A" w:rsidRDefault="00000000">
            <w:pPr>
              <w:pStyle w:val="TableText"/>
              <w:keepLines/>
              <w:spacing w:after="0"/>
            </w:pPr>
            <w:r>
              <w:rPr>
                <w:b/>
                <w:color w:val="17365D"/>
                <w:sz w:val="19"/>
                <w:szCs w:val="19"/>
              </w:rPr>
              <w:t>Immediate risk / impact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D6D84E0" w14:textId="77777777" w:rsidR="007F646A" w:rsidRDefault="00000000">
            <w:pPr>
              <w:pStyle w:val="TableText"/>
              <w:keepLines/>
              <w:spacing w:after="0"/>
            </w:pPr>
            <w:r>
              <w:rPr>
                <w:sz w:val="19"/>
                <w:szCs w:val="19"/>
              </w:rPr>
              <w:t>Production hold / Shipment hold / Customer impact / Fit-function concern / Cosmetic only / Documentation issue / Safety concern / Unknown</w:t>
            </w:r>
          </w:p>
        </w:tc>
      </w:tr>
      <w:tr w:rsidR="007F646A" w14:paraId="78628B7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5C3FA8" w14:textId="77777777" w:rsidR="007F646A" w:rsidRDefault="00000000">
            <w:pPr>
              <w:pStyle w:val="TableText"/>
              <w:keepLines/>
              <w:spacing w:after="0"/>
            </w:pPr>
            <w:r>
              <w:rPr>
                <w:b/>
                <w:color w:val="17365D"/>
                <w:sz w:val="19"/>
                <w:szCs w:val="19"/>
              </w:rPr>
              <w:t>Photo / evidence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A02F81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F5091D" w14:textId="77777777" w:rsidR="007F646A" w:rsidRDefault="00000000">
            <w:pPr>
              <w:pStyle w:val="TableText"/>
              <w:keepLines/>
              <w:spacing w:after="0"/>
            </w:pPr>
            <w:r>
              <w:rPr>
                <w:b/>
                <w:color w:val="17365D"/>
                <w:sz w:val="19"/>
                <w:szCs w:val="19"/>
              </w:rPr>
              <w:t>Objective evidence / OQE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6B6731" w14:textId="77777777" w:rsidR="007F646A" w:rsidRDefault="007F646A">
            <w:pPr>
              <w:pStyle w:val="TableText"/>
              <w:keepLines/>
              <w:spacing w:after="0"/>
            </w:pPr>
          </w:p>
        </w:tc>
      </w:tr>
      <w:tr w:rsidR="007F646A" w14:paraId="0540495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78DCEDD" w14:textId="77777777" w:rsidR="007F646A" w:rsidRDefault="00000000">
            <w:pPr>
              <w:pStyle w:val="TableText"/>
              <w:keepLines/>
              <w:spacing w:after="0"/>
            </w:pPr>
            <w:r>
              <w:rPr>
                <w:b/>
                <w:color w:val="17365D"/>
                <w:sz w:val="19"/>
                <w:szCs w:val="19"/>
              </w:rPr>
              <w:t>Related sample / retained part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45E4C1"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2658C52"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C4CED9" w14:textId="77777777" w:rsidR="007F646A" w:rsidRDefault="007F646A">
            <w:pPr>
              <w:pStyle w:val="TableText"/>
              <w:keepLines/>
              <w:spacing w:after="0"/>
            </w:pPr>
          </w:p>
        </w:tc>
      </w:tr>
    </w:tbl>
    <w:p w14:paraId="0E4AD877" w14:textId="4E67BE9C" w:rsidR="001B3268" w:rsidRDefault="001B3268">
      <w:pPr>
        <w:spacing w:after="40"/>
      </w:pPr>
    </w:p>
    <w:p w14:paraId="7D0833EB" w14:textId="77777777" w:rsidR="001B3268" w:rsidRDefault="001B3268">
      <w:pPr>
        <w:spacing w:after="200" w:line="276" w:lineRule="auto"/>
      </w:pPr>
      <w:r>
        <w:br w:type="page"/>
      </w:r>
    </w:p>
    <w:p w14:paraId="72F57A75" w14:textId="77777777" w:rsidR="007F646A" w:rsidRDefault="007F646A">
      <w:pPr>
        <w:spacing w:after="40"/>
      </w:pPr>
    </w:p>
    <w:p w14:paraId="685F0DBE" w14:textId="77777777" w:rsidR="007F646A" w:rsidRDefault="00000000">
      <w:pPr>
        <w:pStyle w:val="Heading1"/>
        <w:shd w:val="clear" w:color="auto" w:fill="17365D"/>
      </w:pPr>
      <w:r>
        <w:rPr>
          <w:rFonts w:ascii="Arial" w:hAnsi="Arial" w:cs="Arial"/>
        </w:rPr>
        <w:t>5. Requirement References</w:t>
      </w:r>
    </w:p>
    <w:tbl>
      <w:tblPr>
        <w:tblW w:w="10656" w:type="dxa"/>
        <w:jc w:val="center"/>
        <w:tblLayout w:type="fixed"/>
        <w:tblLook w:val="04A0" w:firstRow="1" w:lastRow="0" w:firstColumn="1" w:lastColumn="0" w:noHBand="0" w:noVBand="1"/>
      </w:tblPr>
      <w:tblGrid>
        <w:gridCol w:w="10656"/>
      </w:tblGrid>
      <w:tr w:rsidR="007F646A" w14:paraId="6FD8B4F6"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19F1AED" w14:textId="77777777" w:rsidR="007F646A" w:rsidRDefault="00000000">
            <w:pPr>
              <w:pStyle w:val="Guidance"/>
              <w:keepLines/>
              <w:spacing w:after="0"/>
            </w:pPr>
            <w:r>
              <w:rPr>
                <w:b/>
                <w:color w:val="2D3748"/>
                <w:sz w:val="19"/>
                <w:szCs w:val="19"/>
              </w:rPr>
              <w:t xml:space="preserve">Guidance: </w:t>
            </w:r>
            <w:r>
              <w:rPr>
                <w:color w:val="2D3748"/>
                <w:sz w:val="19"/>
                <w:szCs w:val="19"/>
              </w:rPr>
              <w:t>List the requirement that was not met. Use current revision details and exact references where possible. Reference the specific drawing, specification, PO, or customer requirement. Standard references are for context only; this template does not ensure or demonstrate compliance with any standard.</w:t>
            </w:r>
          </w:p>
        </w:tc>
      </w:tr>
    </w:tbl>
    <w:p w14:paraId="67A32A6A"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5D42A19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9F17D2" w14:textId="77777777" w:rsidR="007F646A" w:rsidRDefault="00000000">
            <w:pPr>
              <w:pStyle w:val="TableText"/>
              <w:keepLines/>
              <w:spacing w:after="0"/>
            </w:pPr>
            <w:r>
              <w:rPr>
                <w:b/>
                <w:color w:val="17365D"/>
                <w:sz w:val="19"/>
                <w:szCs w:val="19"/>
              </w:rPr>
              <w:t>Primary requirement / specification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761C208"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C5D98BB" w14:textId="77777777" w:rsidR="007F646A" w:rsidRDefault="00000000">
            <w:pPr>
              <w:pStyle w:val="TableText"/>
              <w:keepLines/>
              <w:spacing w:after="0"/>
            </w:pPr>
            <w:r>
              <w:rPr>
                <w:b/>
                <w:color w:val="17365D"/>
                <w:sz w:val="19"/>
                <w:szCs w:val="19"/>
              </w:rPr>
              <w:t>Requirement revision /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DB90006" w14:textId="77777777" w:rsidR="007F646A" w:rsidRDefault="007F646A">
            <w:pPr>
              <w:pStyle w:val="TableText"/>
              <w:keepLines/>
              <w:spacing w:after="0"/>
            </w:pPr>
          </w:p>
        </w:tc>
      </w:tr>
      <w:tr w:rsidR="007F646A" w14:paraId="2F63499F"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03E45FE" w14:textId="77777777" w:rsidR="007F646A" w:rsidRDefault="00000000">
            <w:pPr>
              <w:pStyle w:val="TableText"/>
              <w:keepLines/>
              <w:spacing w:after="0"/>
            </w:pPr>
            <w:r>
              <w:rPr>
                <w:b/>
                <w:color w:val="17365D"/>
                <w:sz w:val="19"/>
                <w:szCs w:val="19"/>
              </w:rPr>
              <w:t>Drawing number / revision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101231"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396B161" w14:textId="77777777" w:rsidR="007F646A" w:rsidRDefault="00000000">
            <w:pPr>
              <w:pStyle w:val="TableText"/>
              <w:keepLines/>
              <w:spacing w:after="0"/>
            </w:pPr>
            <w:r>
              <w:rPr>
                <w:b/>
                <w:color w:val="17365D"/>
                <w:sz w:val="19"/>
                <w:szCs w:val="19"/>
              </w:rPr>
              <w:t>Work instruction / router step</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71F85F8" w14:textId="77777777" w:rsidR="007F646A" w:rsidRDefault="007F646A">
            <w:pPr>
              <w:pStyle w:val="TableText"/>
              <w:keepLines/>
              <w:spacing w:after="0"/>
            </w:pPr>
          </w:p>
        </w:tc>
      </w:tr>
      <w:tr w:rsidR="007F646A" w14:paraId="63D1A36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F0C1A07" w14:textId="77777777" w:rsidR="007F646A" w:rsidRDefault="00000000">
            <w:pPr>
              <w:pStyle w:val="TableText"/>
              <w:keepLines/>
              <w:spacing w:after="0"/>
            </w:pPr>
            <w:r>
              <w:rPr>
                <w:b/>
                <w:color w:val="17365D"/>
                <w:sz w:val="19"/>
                <w:szCs w:val="19"/>
              </w:rPr>
              <w:t>Inspection plan / control plan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4F3A09"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0724DA7" w14:textId="77777777" w:rsidR="007F646A" w:rsidRDefault="00000000">
            <w:pPr>
              <w:pStyle w:val="TableText"/>
              <w:keepLines/>
              <w:spacing w:after="0"/>
            </w:pPr>
            <w:r>
              <w:rPr>
                <w:b/>
                <w:color w:val="17365D"/>
                <w:sz w:val="19"/>
                <w:szCs w:val="19"/>
              </w:rPr>
              <w:t>Customer requirement / PO requirement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19C619" w14:textId="77777777" w:rsidR="007F646A" w:rsidRDefault="007F646A">
            <w:pPr>
              <w:pStyle w:val="TableText"/>
              <w:keepLines/>
              <w:spacing w:after="0"/>
            </w:pPr>
          </w:p>
        </w:tc>
      </w:tr>
      <w:tr w:rsidR="007F646A" w14:paraId="2BE4E7D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C762C42" w14:textId="77777777" w:rsidR="007F646A" w:rsidRDefault="00000000">
            <w:pPr>
              <w:pStyle w:val="TableText"/>
              <w:keepLines/>
              <w:spacing w:after="0"/>
            </w:pPr>
            <w:r>
              <w:rPr>
                <w:b/>
                <w:color w:val="17365D"/>
                <w:sz w:val="19"/>
                <w:szCs w:val="19"/>
              </w:rPr>
              <w:t>Test method / gauge / fixture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8CE69F"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784B56" w14:textId="77777777" w:rsidR="007F646A" w:rsidRDefault="00000000">
            <w:pPr>
              <w:pStyle w:val="TableText"/>
              <w:keepLines/>
              <w:spacing w:after="0"/>
            </w:pPr>
            <w:r>
              <w:rPr>
                <w:b/>
                <w:color w:val="17365D"/>
                <w:sz w:val="19"/>
                <w:szCs w:val="19"/>
              </w:rPr>
              <w:t>Supplier certificate / COC / material cert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EEF976" w14:textId="77777777" w:rsidR="007F646A" w:rsidRDefault="007F646A">
            <w:pPr>
              <w:pStyle w:val="TableText"/>
              <w:keepLines/>
              <w:spacing w:after="0"/>
            </w:pPr>
          </w:p>
        </w:tc>
      </w:tr>
      <w:tr w:rsidR="007F646A" w14:paraId="7C0D70F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9E8031" w14:textId="77777777" w:rsidR="007F646A" w:rsidRDefault="00000000">
            <w:pPr>
              <w:pStyle w:val="TableText"/>
              <w:keepLines/>
              <w:spacing w:after="0"/>
            </w:pPr>
            <w:r>
              <w:rPr>
                <w:b/>
                <w:color w:val="17365D"/>
                <w:sz w:val="19"/>
                <w:szCs w:val="19"/>
              </w:rPr>
              <w:t>Applicable standard, if relevant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A898E9"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CFF1CED" w14:textId="77777777" w:rsidR="007F646A" w:rsidRDefault="00000000">
            <w:pPr>
              <w:pStyle w:val="TableText"/>
              <w:keepLines/>
              <w:spacing w:after="0"/>
            </w:pPr>
            <w:r>
              <w:rPr>
                <w:b/>
                <w:color w:val="17365D"/>
                <w:sz w:val="19"/>
                <w:szCs w:val="19"/>
              </w:rPr>
              <w:t>Requirement text or summary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059AB9" w14:textId="77777777" w:rsidR="007F646A" w:rsidRDefault="007F646A">
            <w:pPr>
              <w:pStyle w:val="TableText"/>
              <w:keepLines/>
              <w:spacing w:after="0"/>
            </w:pPr>
          </w:p>
        </w:tc>
      </w:tr>
    </w:tbl>
    <w:p w14:paraId="2AB391B1" w14:textId="77777777" w:rsidR="007F646A" w:rsidRDefault="007F646A">
      <w:pPr>
        <w:spacing w:after="40"/>
      </w:pPr>
    </w:p>
    <w:p w14:paraId="45E904BF" w14:textId="77777777" w:rsidR="007F646A" w:rsidRDefault="00000000">
      <w:pPr>
        <w:pStyle w:val="Heading1"/>
        <w:shd w:val="clear" w:color="auto" w:fill="17365D"/>
      </w:pPr>
      <w:r>
        <w:rPr>
          <w:rFonts w:ascii="Arial" w:hAnsi="Arial" w:cs="Arial"/>
        </w:rPr>
        <w:t>6. Immediate Containment Request</w:t>
      </w:r>
    </w:p>
    <w:tbl>
      <w:tblPr>
        <w:tblW w:w="10656" w:type="dxa"/>
        <w:jc w:val="center"/>
        <w:tblLayout w:type="fixed"/>
        <w:tblLook w:val="04A0" w:firstRow="1" w:lastRow="0" w:firstColumn="1" w:lastColumn="0" w:noHBand="0" w:noVBand="1"/>
      </w:tblPr>
      <w:tblGrid>
        <w:gridCol w:w="10656"/>
      </w:tblGrid>
      <w:tr w:rsidR="007F646A" w14:paraId="0B911E64"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1767FE3D" w14:textId="77777777" w:rsidR="007F646A" w:rsidRDefault="00000000">
            <w:pPr>
              <w:pStyle w:val="Guidance"/>
              <w:keepLines/>
              <w:spacing w:after="0"/>
            </w:pPr>
            <w:r>
              <w:rPr>
                <w:b/>
                <w:color w:val="2D3748"/>
                <w:sz w:val="19"/>
                <w:szCs w:val="19"/>
              </w:rPr>
              <w:t xml:space="preserve">Guidance: </w:t>
            </w:r>
            <w:r>
              <w:rPr>
                <w:color w:val="2D3748"/>
                <w:sz w:val="19"/>
                <w:szCs w:val="19"/>
              </w:rPr>
              <w:t>Containment controls risk now. It is not the same as correction or corrective action. Ask the supplier to confirm what they stopped, sorted, quarantined, replaced, or protected.</w:t>
            </w:r>
          </w:p>
        </w:tc>
      </w:tr>
    </w:tbl>
    <w:p w14:paraId="59478698"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4D91DEB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034BC3" w14:textId="77777777" w:rsidR="007F646A" w:rsidRDefault="00000000">
            <w:pPr>
              <w:pStyle w:val="TableText"/>
              <w:keepLines/>
              <w:spacing w:after="0"/>
            </w:pPr>
            <w:r>
              <w:rPr>
                <w:b/>
                <w:color w:val="17365D"/>
                <w:sz w:val="19"/>
                <w:szCs w:val="19"/>
              </w:rPr>
              <w:t>Supplier containment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7E49D0" w14:textId="77777777" w:rsidR="007F646A" w:rsidRDefault="00000000">
            <w:pPr>
              <w:pStyle w:val="TableText"/>
              <w:keepLines/>
              <w:spacing w:after="0"/>
            </w:pPr>
            <w:r>
              <w:rPr>
                <w:sz w:val="19"/>
                <w:szCs w:val="19"/>
              </w:rPr>
              <w:t>Yes / No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4E27F77" w14:textId="77777777" w:rsidR="007F646A" w:rsidRDefault="00000000">
            <w:pPr>
              <w:pStyle w:val="TableText"/>
              <w:keepLines/>
              <w:spacing w:after="0"/>
            </w:pPr>
            <w:r>
              <w:rPr>
                <w:b/>
                <w:color w:val="17365D"/>
                <w:sz w:val="19"/>
                <w:szCs w:val="19"/>
              </w:rPr>
              <w:t>Requested containment action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40B5FA" w14:textId="77777777" w:rsidR="007F646A" w:rsidRDefault="007F646A">
            <w:pPr>
              <w:pStyle w:val="TableText"/>
              <w:keepLines/>
              <w:spacing w:after="0"/>
            </w:pPr>
          </w:p>
        </w:tc>
      </w:tr>
      <w:tr w:rsidR="007F646A" w14:paraId="744D42E7"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19AA02" w14:textId="77777777" w:rsidR="007F646A" w:rsidRDefault="00000000">
            <w:pPr>
              <w:pStyle w:val="TableText"/>
              <w:keepLines/>
              <w:spacing w:after="0"/>
            </w:pPr>
            <w:r>
              <w:rPr>
                <w:b/>
                <w:color w:val="17365D"/>
                <w:sz w:val="19"/>
                <w:szCs w:val="19"/>
              </w:rPr>
              <w:t>Product / lot / shipment to contain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9BF84D"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1917944" w14:textId="77777777" w:rsidR="007F646A" w:rsidRDefault="00000000">
            <w:pPr>
              <w:pStyle w:val="TableText"/>
              <w:keepLines/>
              <w:spacing w:after="0"/>
            </w:pPr>
            <w:r>
              <w:rPr>
                <w:b/>
                <w:color w:val="17365D"/>
                <w:sz w:val="19"/>
                <w:szCs w:val="19"/>
              </w:rPr>
              <w:t>Supplier stock to check</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E5F0A2" w14:textId="77777777" w:rsidR="007F646A" w:rsidRDefault="007F646A">
            <w:pPr>
              <w:pStyle w:val="TableText"/>
              <w:keepLines/>
              <w:spacing w:after="0"/>
            </w:pPr>
          </w:p>
        </w:tc>
      </w:tr>
      <w:tr w:rsidR="007F646A" w14:paraId="16982E9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30C7FC5" w14:textId="77777777" w:rsidR="007F646A" w:rsidRDefault="00000000">
            <w:pPr>
              <w:pStyle w:val="TableText"/>
              <w:keepLines/>
              <w:spacing w:after="0"/>
            </w:pPr>
            <w:r>
              <w:rPr>
                <w:b/>
                <w:color w:val="17365D"/>
                <w:sz w:val="19"/>
                <w:szCs w:val="19"/>
              </w:rPr>
              <w:t>In-transit product to check</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8E791E"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1C9317D" w14:textId="77777777" w:rsidR="007F646A" w:rsidRDefault="00000000">
            <w:pPr>
              <w:pStyle w:val="TableText"/>
              <w:keepLines/>
              <w:spacing w:after="0"/>
            </w:pPr>
            <w:r>
              <w:rPr>
                <w:b/>
                <w:color w:val="17365D"/>
                <w:sz w:val="19"/>
                <w:szCs w:val="19"/>
              </w:rPr>
              <w:t>Product at customer or internal site to check</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E7C6E16" w14:textId="77777777" w:rsidR="007F646A" w:rsidRDefault="007F646A">
            <w:pPr>
              <w:pStyle w:val="TableText"/>
              <w:keepLines/>
              <w:spacing w:after="0"/>
            </w:pPr>
          </w:p>
        </w:tc>
      </w:tr>
      <w:tr w:rsidR="007F646A" w14:paraId="30473B8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3F2BB8" w14:textId="77777777" w:rsidR="007F646A" w:rsidRDefault="00000000">
            <w:pPr>
              <w:pStyle w:val="TableText"/>
              <w:keepLines/>
              <w:spacing w:after="0"/>
            </w:pPr>
            <w:r>
              <w:rPr>
                <w:b/>
                <w:color w:val="17365D"/>
                <w:sz w:val="19"/>
                <w:szCs w:val="19"/>
              </w:rPr>
              <w:t>Stop shipment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7D10C6" w14:textId="77777777" w:rsidR="007F646A" w:rsidRDefault="00000000">
            <w:pPr>
              <w:pStyle w:val="TableText"/>
              <w:keepLines/>
              <w:spacing w:after="0"/>
            </w:pPr>
            <w:r>
              <w:rPr>
                <w:sz w:val="19"/>
                <w:szCs w:val="19"/>
              </w:rPr>
              <w:t>Yes / No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F98174" w14:textId="77777777" w:rsidR="007F646A" w:rsidRDefault="00000000">
            <w:pPr>
              <w:pStyle w:val="TableText"/>
              <w:keepLines/>
              <w:spacing w:after="0"/>
            </w:pPr>
            <w:r>
              <w:rPr>
                <w:b/>
                <w:color w:val="17365D"/>
                <w:sz w:val="19"/>
                <w:szCs w:val="19"/>
              </w:rPr>
              <w:t>Sort / inspection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E80CFE" w14:textId="77777777" w:rsidR="007F646A" w:rsidRDefault="00000000">
            <w:pPr>
              <w:pStyle w:val="TableText"/>
              <w:keepLines/>
              <w:spacing w:after="0"/>
            </w:pPr>
            <w:r>
              <w:rPr>
                <w:sz w:val="19"/>
                <w:szCs w:val="19"/>
              </w:rPr>
              <w:t>Yes / No / To be reviewed</w:t>
            </w:r>
          </w:p>
        </w:tc>
      </w:tr>
      <w:tr w:rsidR="007F646A" w14:paraId="0B385E6F"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C44A71" w14:textId="77777777" w:rsidR="007F646A" w:rsidRDefault="00000000">
            <w:pPr>
              <w:pStyle w:val="TableText"/>
              <w:keepLines/>
              <w:spacing w:after="0"/>
            </w:pPr>
            <w:r>
              <w:rPr>
                <w:b/>
                <w:color w:val="17365D"/>
                <w:sz w:val="19"/>
                <w:szCs w:val="19"/>
              </w:rPr>
              <w:t>Replacement shipment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68B010" w14:textId="77777777" w:rsidR="007F646A" w:rsidRDefault="00000000">
            <w:pPr>
              <w:pStyle w:val="TableText"/>
              <w:keepLines/>
              <w:spacing w:after="0"/>
            </w:pPr>
            <w:r>
              <w:rPr>
                <w:sz w:val="19"/>
                <w:szCs w:val="19"/>
              </w:rPr>
              <w:t>Yes / No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371593" w14:textId="77777777" w:rsidR="007F646A" w:rsidRDefault="00000000">
            <w:pPr>
              <w:pStyle w:val="TableText"/>
              <w:keepLines/>
              <w:spacing w:after="0"/>
            </w:pPr>
            <w:r>
              <w:rPr>
                <w:b/>
                <w:color w:val="17365D"/>
                <w:sz w:val="19"/>
                <w:szCs w:val="19"/>
              </w:rPr>
              <w:t>Containment owner at supplier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439859" w14:textId="77777777" w:rsidR="007F646A" w:rsidRDefault="007F646A">
            <w:pPr>
              <w:pStyle w:val="TableText"/>
              <w:keepLines/>
              <w:spacing w:after="0"/>
            </w:pPr>
          </w:p>
        </w:tc>
      </w:tr>
      <w:tr w:rsidR="007F646A" w14:paraId="630EBBE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C8B8279" w14:textId="77777777" w:rsidR="007F646A" w:rsidRDefault="00000000">
            <w:pPr>
              <w:pStyle w:val="TableText"/>
              <w:keepLines/>
              <w:spacing w:after="0"/>
            </w:pPr>
            <w:r>
              <w:rPr>
                <w:b/>
                <w:color w:val="17365D"/>
                <w:sz w:val="19"/>
                <w:szCs w:val="19"/>
              </w:rPr>
              <w:t>Containment response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F190DA2"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F2CEA19" w14:textId="77777777" w:rsidR="007F646A" w:rsidRDefault="00000000">
            <w:pPr>
              <w:pStyle w:val="TableText"/>
              <w:keepLines/>
              <w:spacing w:after="0"/>
            </w:pPr>
            <w:r>
              <w:rPr>
                <w:b/>
                <w:color w:val="17365D"/>
                <w:sz w:val="19"/>
                <w:szCs w:val="19"/>
              </w:rPr>
              <w:t>Supplier containment response received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1DB0A6" w14:textId="77777777" w:rsidR="007F646A" w:rsidRDefault="007F646A">
            <w:pPr>
              <w:pStyle w:val="TableText"/>
              <w:keepLines/>
              <w:spacing w:after="0"/>
            </w:pPr>
          </w:p>
        </w:tc>
      </w:tr>
      <w:tr w:rsidR="007F646A" w14:paraId="67B4961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4B6077" w14:textId="77777777" w:rsidR="007F646A" w:rsidRDefault="00000000">
            <w:pPr>
              <w:pStyle w:val="TableText"/>
              <w:keepLines/>
              <w:spacing w:after="0"/>
            </w:pPr>
            <w:r>
              <w:rPr>
                <w:b/>
                <w:color w:val="17365D"/>
                <w:sz w:val="19"/>
                <w:szCs w:val="19"/>
              </w:rPr>
              <w:t>Supplier-declared clean point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1C07D03" w14:textId="77777777" w:rsidR="007F646A" w:rsidRDefault="00000000">
            <w:pPr>
              <w:pStyle w:val="TableText"/>
              <w:keepLines/>
              <w:spacing w:after="0"/>
            </w:pPr>
            <w:r>
              <w:rPr>
                <w:sz w:val="19"/>
                <w:szCs w:val="19"/>
              </w:rPr>
              <w:t>Lot / date code / serial number / shift / timestamp</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088B661" w14:textId="77777777" w:rsidR="007F646A" w:rsidRDefault="00000000">
            <w:pPr>
              <w:pStyle w:val="TableText"/>
              <w:keepLines/>
              <w:spacing w:after="0"/>
            </w:pPr>
            <w:r>
              <w:rPr>
                <w:b/>
                <w:color w:val="17365D"/>
                <w:sz w:val="19"/>
                <w:szCs w:val="19"/>
              </w:rPr>
              <w:t>Quantity confirmed contained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C97C5B" w14:textId="77777777" w:rsidR="007F646A" w:rsidRDefault="007F646A">
            <w:pPr>
              <w:pStyle w:val="TableText"/>
              <w:keepLines/>
              <w:spacing w:after="0"/>
            </w:pPr>
          </w:p>
        </w:tc>
      </w:tr>
      <w:tr w:rsidR="007F646A" w14:paraId="2CA9997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5EE9A78" w14:textId="77777777" w:rsidR="007F646A" w:rsidRDefault="00000000">
            <w:pPr>
              <w:pStyle w:val="TableText"/>
              <w:keepLines/>
              <w:spacing w:after="0"/>
            </w:pPr>
            <w:r>
              <w:rPr>
                <w:b/>
                <w:color w:val="17365D"/>
                <w:sz w:val="19"/>
                <w:szCs w:val="19"/>
              </w:rPr>
              <w:t>Confirmed supplier containment action taken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A8A437"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9B0BBC7" w14:textId="77777777" w:rsidR="007F646A" w:rsidRDefault="00000000">
            <w:pPr>
              <w:pStyle w:val="TableText"/>
              <w:keepLines/>
              <w:spacing w:after="0"/>
            </w:pPr>
            <w:r>
              <w:rPr>
                <w:b/>
                <w:color w:val="17365D"/>
                <w:sz w:val="19"/>
                <w:szCs w:val="19"/>
              </w:rPr>
              <w:t>Containment evidence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20AD6B" w14:textId="77777777" w:rsidR="007F646A" w:rsidRDefault="007F646A">
            <w:pPr>
              <w:pStyle w:val="TableText"/>
              <w:keepLines/>
              <w:spacing w:after="0"/>
            </w:pPr>
          </w:p>
        </w:tc>
      </w:tr>
      <w:tr w:rsidR="007F646A" w14:paraId="6B3C803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7161E5" w14:textId="77777777" w:rsidR="007F646A" w:rsidRDefault="00000000">
            <w:pPr>
              <w:pStyle w:val="TableText"/>
              <w:keepLines/>
              <w:spacing w:after="0"/>
            </w:pPr>
            <w:r>
              <w:rPr>
                <w:b/>
                <w:color w:val="17365D"/>
                <w:sz w:val="19"/>
                <w:szCs w:val="19"/>
              </w:rPr>
              <w:t>Notes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5C544B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BEAE97E"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E0C5C44" w14:textId="77777777" w:rsidR="007F646A" w:rsidRDefault="007F646A">
            <w:pPr>
              <w:pStyle w:val="TableText"/>
              <w:keepLines/>
              <w:spacing w:after="0"/>
            </w:pPr>
          </w:p>
        </w:tc>
      </w:tr>
    </w:tbl>
    <w:p w14:paraId="0B0F537D"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0D006E59"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029AFB" w14:textId="77777777" w:rsidR="007F646A" w:rsidRDefault="00000000">
            <w:pPr>
              <w:pStyle w:val="TableText"/>
              <w:keepLines/>
              <w:spacing w:after="0"/>
            </w:pPr>
            <w:r>
              <w:rPr>
                <w:b/>
                <w:color w:val="17365D"/>
                <w:sz w:val="19"/>
                <w:szCs w:val="19"/>
              </w:rPr>
              <w:t>Supplier containment response</w:t>
            </w:r>
          </w:p>
        </w:tc>
      </w:tr>
      <w:tr w:rsidR="007F646A" w14:paraId="304E25EB"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495F3AB" w14:textId="77777777" w:rsidR="007F646A" w:rsidRDefault="00000000">
            <w:pPr>
              <w:pStyle w:val="TableText"/>
              <w:keepLines/>
              <w:spacing w:after="0"/>
            </w:pPr>
            <w:r>
              <w:rPr>
                <w:i/>
                <w:color w:val="718096"/>
                <w:sz w:val="19"/>
                <w:szCs w:val="19"/>
              </w:rPr>
              <w:t>Supplier should describe what was quarantined, stopped, sorted, protected, replaced, or checked, including quantities, locations, and the clean point where controlled product begins.</w:t>
            </w:r>
          </w:p>
          <w:p w14:paraId="67B1CED2" w14:textId="77777777" w:rsidR="007F646A" w:rsidRDefault="007F646A">
            <w:pPr>
              <w:pStyle w:val="TableText"/>
              <w:keepLines/>
              <w:spacing w:after="0"/>
            </w:pPr>
          </w:p>
          <w:p w14:paraId="2B58371E" w14:textId="77777777" w:rsidR="007F646A" w:rsidRDefault="007F646A">
            <w:pPr>
              <w:pStyle w:val="TableText"/>
              <w:keepLines/>
              <w:spacing w:after="0"/>
            </w:pPr>
          </w:p>
          <w:p w14:paraId="724731CB" w14:textId="77777777" w:rsidR="007F646A" w:rsidRDefault="007F646A">
            <w:pPr>
              <w:pStyle w:val="TableText"/>
              <w:keepLines/>
              <w:spacing w:after="0"/>
            </w:pPr>
          </w:p>
        </w:tc>
      </w:tr>
    </w:tbl>
    <w:p w14:paraId="411174E0" w14:textId="77777777" w:rsidR="007F646A" w:rsidRDefault="007F646A">
      <w:pPr>
        <w:spacing w:after="40"/>
      </w:pPr>
    </w:p>
    <w:p w14:paraId="55BD7A4F" w14:textId="77777777" w:rsidR="007F646A" w:rsidRDefault="00000000">
      <w:pPr>
        <w:pStyle w:val="Heading1"/>
        <w:shd w:val="clear" w:color="auto" w:fill="17365D"/>
      </w:pPr>
      <w:r>
        <w:rPr>
          <w:rFonts w:ascii="Arial" w:hAnsi="Arial" w:cs="Arial"/>
        </w:rPr>
        <w:lastRenderedPageBreak/>
        <w:t>7. Disposition / Material Action</w:t>
      </w:r>
    </w:p>
    <w:tbl>
      <w:tblPr>
        <w:tblW w:w="10656" w:type="dxa"/>
        <w:jc w:val="center"/>
        <w:tblLayout w:type="fixed"/>
        <w:tblLook w:val="04A0" w:firstRow="1" w:lastRow="0" w:firstColumn="1" w:lastColumn="0" w:noHBand="0" w:noVBand="1"/>
      </w:tblPr>
      <w:tblGrid>
        <w:gridCol w:w="10656"/>
      </w:tblGrid>
      <w:tr w:rsidR="007F646A" w14:paraId="58B13290"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610A06BC" w14:textId="77777777" w:rsidR="007F646A" w:rsidRDefault="00000000">
            <w:pPr>
              <w:pStyle w:val="Guidance"/>
              <w:keepLines/>
              <w:spacing w:after="0"/>
            </w:pPr>
            <w:r>
              <w:rPr>
                <w:b/>
                <w:color w:val="2D3748"/>
                <w:sz w:val="19"/>
                <w:szCs w:val="19"/>
              </w:rPr>
              <w:t xml:space="preserve">Guidance: </w:t>
            </w:r>
            <w:r>
              <w:rPr>
                <w:color w:val="2D3748"/>
                <w:sz w:val="19"/>
                <w:szCs w:val="19"/>
              </w:rPr>
              <w:t>Use-as-is, repair, concession, or internally reworked supplier product should be approved by the appropriate quality, engineering, customer, supplier, or delegated authority before release.</w:t>
            </w:r>
          </w:p>
        </w:tc>
      </w:tr>
    </w:tbl>
    <w:p w14:paraId="20ED971B"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30F8CC6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CAA3A6" w14:textId="77777777" w:rsidR="007F646A" w:rsidRDefault="00000000">
            <w:pPr>
              <w:pStyle w:val="TableText"/>
              <w:keepLines/>
              <w:spacing w:after="0"/>
            </w:pPr>
            <w:r>
              <w:rPr>
                <w:b/>
                <w:color w:val="17365D"/>
                <w:sz w:val="19"/>
                <w:szCs w:val="19"/>
              </w:rPr>
              <w:t>Selected disposition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F50406" w14:textId="77777777" w:rsidR="007F646A" w:rsidRDefault="00000000">
            <w:pPr>
              <w:pStyle w:val="TableText"/>
              <w:keepLines/>
              <w:spacing w:after="0"/>
            </w:pPr>
            <w:r>
              <w:rPr>
                <w:sz w:val="19"/>
                <w:szCs w:val="19"/>
              </w:rPr>
              <w:t>Return to supplier / Sort-screen / Supplier rework / Internal rework with supplier approval / Repair / Replace / Scrap / Use as is / Concession-deviation required / Credit-commercial adjustment / Hold pending review / Other</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7A84986" w14:textId="77777777" w:rsidR="007F646A" w:rsidRDefault="00000000">
            <w:pPr>
              <w:pStyle w:val="TableText"/>
              <w:keepLines/>
              <w:spacing w:after="0"/>
            </w:pPr>
            <w:r>
              <w:rPr>
                <w:b/>
                <w:color w:val="17365D"/>
                <w:sz w:val="19"/>
                <w:szCs w:val="19"/>
              </w:rPr>
              <w:t>Disposition rationale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19705E" w14:textId="77777777" w:rsidR="007F646A" w:rsidRDefault="007F646A">
            <w:pPr>
              <w:pStyle w:val="TableText"/>
              <w:keepLines/>
              <w:spacing w:after="0"/>
            </w:pPr>
          </w:p>
        </w:tc>
      </w:tr>
      <w:tr w:rsidR="007F646A" w14:paraId="78DCD9BE"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3C711E4" w14:textId="77777777" w:rsidR="007F646A" w:rsidRDefault="00000000">
            <w:pPr>
              <w:pStyle w:val="TableText"/>
              <w:keepLines/>
              <w:spacing w:after="0"/>
            </w:pPr>
            <w:r>
              <w:rPr>
                <w:b/>
                <w:color w:val="17365D"/>
                <w:sz w:val="19"/>
                <w:szCs w:val="19"/>
              </w:rPr>
              <w:t>Disposition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7063CAF"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552CBC8" w14:textId="77777777" w:rsidR="007F646A" w:rsidRDefault="00000000">
            <w:pPr>
              <w:pStyle w:val="TableText"/>
              <w:keepLines/>
              <w:spacing w:after="0"/>
            </w:pPr>
            <w:r>
              <w:rPr>
                <w:b/>
                <w:color w:val="17365D"/>
                <w:sz w:val="19"/>
                <w:szCs w:val="19"/>
              </w:rPr>
              <w:t>Required approval</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609910" w14:textId="77777777" w:rsidR="007F646A" w:rsidRDefault="00000000">
            <w:pPr>
              <w:pStyle w:val="TableText"/>
              <w:keepLines/>
              <w:spacing w:after="0"/>
            </w:pPr>
            <w:r>
              <w:rPr>
                <w:sz w:val="19"/>
                <w:szCs w:val="19"/>
              </w:rPr>
              <w:t>Quality / Supplier Quality / Engineering / Customer / Supplier / Delegated authority / Other</w:t>
            </w:r>
          </w:p>
        </w:tc>
      </w:tr>
      <w:tr w:rsidR="007F646A" w14:paraId="20419D6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9A538C" w14:textId="77777777" w:rsidR="007F646A" w:rsidRDefault="00000000">
            <w:pPr>
              <w:pStyle w:val="TableText"/>
              <w:keepLines/>
              <w:spacing w:after="0"/>
            </w:pPr>
            <w:r>
              <w:rPr>
                <w:b/>
                <w:color w:val="17365D"/>
                <w:sz w:val="19"/>
                <w:szCs w:val="19"/>
              </w:rPr>
              <w:t>Approval name / role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83EFB5"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28FE864" w14:textId="77777777" w:rsidR="007F646A" w:rsidRDefault="00000000">
            <w:pPr>
              <w:pStyle w:val="TableText"/>
              <w:keepLines/>
              <w:spacing w:after="0"/>
            </w:pPr>
            <w:r>
              <w:rPr>
                <w:b/>
                <w:color w:val="17365D"/>
                <w:sz w:val="19"/>
                <w:szCs w:val="19"/>
              </w:rPr>
              <w:t>Approval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D3250F" w14:textId="77777777" w:rsidR="007F646A" w:rsidRDefault="007F646A">
            <w:pPr>
              <w:pStyle w:val="TableText"/>
              <w:keepLines/>
              <w:spacing w:after="0"/>
            </w:pPr>
          </w:p>
        </w:tc>
      </w:tr>
      <w:tr w:rsidR="007F646A" w14:paraId="41BFF8A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400994" w14:textId="77777777" w:rsidR="007F646A" w:rsidRDefault="00000000">
            <w:pPr>
              <w:pStyle w:val="TableText"/>
              <w:keepLines/>
              <w:spacing w:after="0"/>
            </w:pPr>
            <w:r>
              <w:rPr>
                <w:b/>
                <w:color w:val="17365D"/>
                <w:sz w:val="19"/>
                <w:szCs w:val="19"/>
              </w:rPr>
              <w:t>Customer approval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3BC3D19" w14:textId="77777777" w:rsidR="007F646A" w:rsidRDefault="00000000">
            <w:pPr>
              <w:pStyle w:val="TableText"/>
              <w:keepLines/>
              <w:spacing w:after="0"/>
            </w:pPr>
            <w:r>
              <w:rPr>
                <w:sz w:val="19"/>
                <w:szCs w:val="19"/>
              </w:rPr>
              <w:t>Yes / No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80A2C0" w14:textId="77777777" w:rsidR="007F646A" w:rsidRDefault="00000000">
            <w:pPr>
              <w:pStyle w:val="TableText"/>
              <w:keepLines/>
              <w:spacing w:after="0"/>
            </w:pPr>
            <w:r>
              <w:rPr>
                <w:b/>
                <w:color w:val="17365D"/>
                <w:sz w:val="19"/>
                <w:szCs w:val="19"/>
              </w:rPr>
              <w:t>Customer approval / concession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CF08235" w14:textId="77777777" w:rsidR="007F646A" w:rsidRDefault="007F646A">
            <w:pPr>
              <w:pStyle w:val="TableText"/>
              <w:keepLines/>
              <w:spacing w:after="0"/>
            </w:pPr>
          </w:p>
        </w:tc>
      </w:tr>
      <w:tr w:rsidR="007F646A" w14:paraId="4A28338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CB310DB" w14:textId="77777777" w:rsidR="007F646A" w:rsidRDefault="00000000">
            <w:pPr>
              <w:pStyle w:val="TableText"/>
              <w:keepLines/>
              <w:spacing w:after="0"/>
            </w:pPr>
            <w:r>
              <w:rPr>
                <w:b/>
                <w:color w:val="17365D"/>
                <w:sz w:val="19"/>
                <w:szCs w:val="19"/>
              </w:rPr>
              <w:t>Supplier approval / RMA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9A9ADD"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34137C" w14:textId="77777777" w:rsidR="007F646A" w:rsidRDefault="00000000">
            <w:pPr>
              <w:pStyle w:val="TableText"/>
              <w:keepLines/>
              <w:spacing w:after="0"/>
            </w:pPr>
            <w:r>
              <w:rPr>
                <w:b/>
                <w:color w:val="17365D"/>
                <w:sz w:val="19"/>
                <w:szCs w:val="19"/>
              </w:rPr>
              <w:t>Debit / credit / replacement reference, if applicable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DC57FC" w14:textId="77777777" w:rsidR="007F646A" w:rsidRDefault="007F646A">
            <w:pPr>
              <w:pStyle w:val="TableText"/>
              <w:keepLines/>
              <w:spacing w:after="0"/>
            </w:pPr>
          </w:p>
        </w:tc>
      </w:tr>
      <w:tr w:rsidR="007F646A" w14:paraId="25C6581D"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34D280C" w14:textId="77777777" w:rsidR="007F646A" w:rsidRDefault="00000000">
            <w:pPr>
              <w:pStyle w:val="TableText"/>
              <w:keepLines/>
              <w:spacing w:after="0"/>
            </w:pPr>
            <w:r>
              <w:rPr>
                <w:b/>
                <w:color w:val="17365D"/>
                <w:sz w:val="19"/>
                <w:szCs w:val="19"/>
              </w:rPr>
              <w:t>Release conditions / notes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0606B6"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C3C505A" w14:textId="77777777" w:rsidR="007F646A" w:rsidRDefault="00000000">
            <w:pPr>
              <w:pStyle w:val="TableText"/>
              <w:keepLines/>
              <w:spacing w:after="0"/>
            </w:pPr>
            <w:r>
              <w:rPr>
                <w:b/>
                <w:color w:val="17365D"/>
                <w:sz w:val="19"/>
                <w:szCs w:val="19"/>
              </w:rPr>
              <w:t>Material release date, if applicable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0E3948B" w14:textId="77777777" w:rsidR="007F646A" w:rsidRDefault="007F646A">
            <w:pPr>
              <w:pStyle w:val="TableText"/>
              <w:keepLines/>
              <w:spacing w:after="0"/>
            </w:pPr>
          </w:p>
        </w:tc>
      </w:tr>
    </w:tbl>
    <w:p w14:paraId="452F0C2E" w14:textId="77777777" w:rsidR="007F646A" w:rsidRDefault="007F646A">
      <w:pPr>
        <w:spacing w:after="40"/>
      </w:pPr>
    </w:p>
    <w:p w14:paraId="38F30AAA" w14:textId="77777777" w:rsidR="007F646A" w:rsidRDefault="00000000">
      <w:pPr>
        <w:pStyle w:val="Heading1"/>
        <w:shd w:val="clear" w:color="auto" w:fill="17365D"/>
      </w:pPr>
      <w:r>
        <w:rPr>
          <w:rFonts w:ascii="Arial" w:hAnsi="Arial" w:cs="Arial"/>
        </w:rPr>
        <w:t>8. Supplier Response - Root Cause Analysis</w:t>
      </w:r>
    </w:p>
    <w:tbl>
      <w:tblPr>
        <w:tblW w:w="10656" w:type="dxa"/>
        <w:jc w:val="center"/>
        <w:tblLayout w:type="fixed"/>
        <w:tblLook w:val="04A0" w:firstRow="1" w:lastRow="0" w:firstColumn="1" w:lastColumn="0" w:noHBand="0" w:noVBand="1"/>
      </w:tblPr>
      <w:tblGrid>
        <w:gridCol w:w="10656"/>
      </w:tblGrid>
      <w:tr w:rsidR="007F646A" w14:paraId="4531CDC3"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5EED004F" w14:textId="77777777" w:rsidR="007F646A" w:rsidRDefault="00000000">
            <w:pPr>
              <w:pStyle w:val="Guidance"/>
              <w:keepLines/>
              <w:spacing w:after="0"/>
            </w:pPr>
            <w:r>
              <w:rPr>
                <w:b/>
                <w:color w:val="2D3748"/>
                <w:sz w:val="19"/>
                <w:szCs w:val="19"/>
              </w:rPr>
              <w:t xml:space="preserve">Guidance: </w:t>
            </w:r>
            <w:r>
              <w:rPr>
                <w:color w:val="2D3748"/>
                <w:sz w:val="19"/>
                <w:szCs w:val="19"/>
              </w:rPr>
              <w:t>The supplier response should explain both why the nonconformance occurred and why it was not detected before shipment, where applicable. Avoid accepting vague causes such as 'operator error' without evidence, or a root cause that simply repeats the problem statement.</w:t>
            </w:r>
          </w:p>
        </w:tc>
      </w:tr>
    </w:tbl>
    <w:p w14:paraId="22AF7D5F" w14:textId="77777777" w:rsidR="007F646A" w:rsidRDefault="007F646A">
      <w:pPr>
        <w:spacing w:after="20"/>
      </w:pPr>
    </w:p>
    <w:tbl>
      <w:tblPr>
        <w:tblW w:w="10656" w:type="dxa"/>
        <w:jc w:val="center"/>
        <w:tblLayout w:type="fixed"/>
        <w:tblLook w:val="04A0" w:firstRow="1" w:lastRow="0" w:firstColumn="1" w:lastColumn="0" w:noHBand="0" w:noVBand="1"/>
      </w:tblPr>
      <w:tblGrid>
        <w:gridCol w:w="10656"/>
      </w:tblGrid>
      <w:tr w:rsidR="007F646A" w14:paraId="0211AD61"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695C96" w14:textId="77777777" w:rsidR="007F646A" w:rsidRDefault="00000000">
            <w:pPr>
              <w:pStyle w:val="TableText"/>
              <w:keepLines/>
              <w:spacing w:after="0"/>
            </w:pPr>
            <w:r>
              <w:rPr>
                <w:b/>
                <w:color w:val="17365D"/>
                <w:sz w:val="19"/>
                <w:szCs w:val="19"/>
              </w:rPr>
              <w:t>Supplier problem statement</w:t>
            </w:r>
          </w:p>
        </w:tc>
      </w:tr>
      <w:tr w:rsidR="007F646A" w14:paraId="18D506E8"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350F44" w14:textId="77777777" w:rsidR="007F646A" w:rsidRDefault="00000000">
            <w:pPr>
              <w:pStyle w:val="TableText"/>
              <w:keepLines/>
              <w:spacing w:after="0"/>
            </w:pPr>
            <w:r>
              <w:rPr>
                <w:i/>
                <w:color w:val="718096"/>
                <w:sz w:val="19"/>
                <w:szCs w:val="19"/>
              </w:rPr>
              <w:t>Supplier should restate the issue in their own words, confirming the affected part, lot, and requirement.</w:t>
            </w:r>
          </w:p>
          <w:p w14:paraId="3D97AA47" w14:textId="77777777" w:rsidR="007F646A" w:rsidRDefault="007F646A">
            <w:pPr>
              <w:pStyle w:val="TableText"/>
              <w:keepLines/>
              <w:spacing w:after="0"/>
            </w:pPr>
          </w:p>
          <w:p w14:paraId="7E6C3909" w14:textId="77777777" w:rsidR="007F646A" w:rsidRDefault="007F646A">
            <w:pPr>
              <w:pStyle w:val="TableText"/>
              <w:keepLines/>
              <w:spacing w:after="0"/>
            </w:pPr>
          </w:p>
        </w:tc>
      </w:tr>
    </w:tbl>
    <w:p w14:paraId="3F76B6D7"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6ED13B43"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5137A9" w14:textId="77777777" w:rsidR="007F646A" w:rsidRDefault="00000000">
            <w:pPr>
              <w:pStyle w:val="TableText"/>
              <w:keepLines/>
              <w:spacing w:after="0"/>
            </w:pPr>
            <w:r>
              <w:rPr>
                <w:b/>
                <w:color w:val="17365D"/>
                <w:sz w:val="19"/>
                <w:szCs w:val="19"/>
              </w:rPr>
              <w:t>Occurrence root cause</w:t>
            </w:r>
          </w:p>
        </w:tc>
      </w:tr>
      <w:tr w:rsidR="007F646A" w14:paraId="195EDB48"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DB769E" w14:textId="77777777" w:rsidR="007F646A" w:rsidRDefault="00000000">
            <w:pPr>
              <w:pStyle w:val="TableText"/>
              <w:keepLines/>
              <w:spacing w:after="0"/>
            </w:pPr>
            <w:r>
              <w:rPr>
                <w:i/>
                <w:color w:val="718096"/>
                <w:sz w:val="19"/>
                <w:szCs w:val="19"/>
              </w:rPr>
              <w:t>Explain why the nonconformance happened. Link the cause to process, tooling, method, material, setup, documentation, supplier sub-tier, or control failure.</w:t>
            </w:r>
          </w:p>
          <w:p w14:paraId="5D628036" w14:textId="77777777" w:rsidR="007F646A" w:rsidRDefault="007F646A">
            <w:pPr>
              <w:pStyle w:val="TableText"/>
              <w:keepLines/>
              <w:spacing w:after="0"/>
            </w:pPr>
          </w:p>
          <w:p w14:paraId="26DD785A" w14:textId="77777777" w:rsidR="007F646A" w:rsidRDefault="007F646A">
            <w:pPr>
              <w:pStyle w:val="TableText"/>
              <w:keepLines/>
              <w:spacing w:after="0"/>
            </w:pPr>
          </w:p>
        </w:tc>
      </w:tr>
    </w:tbl>
    <w:p w14:paraId="670F10AD"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36B1682A"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FFAD8A" w14:textId="77777777" w:rsidR="007F646A" w:rsidRDefault="00000000">
            <w:pPr>
              <w:pStyle w:val="TableText"/>
              <w:keepLines/>
              <w:spacing w:after="0"/>
            </w:pPr>
            <w:r>
              <w:rPr>
                <w:b/>
                <w:color w:val="17365D"/>
                <w:sz w:val="19"/>
                <w:szCs w:val="19"/>
              </w:rPr>
              <w:t>Evidence supporting occurrence root cause</w:t>
            </w:r>
          </w:p>
        </w:tc>
      </w:tr>
      <w:tr w:rsidR="007F646A" w14:paraId="15196C69"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EF5F5B7" w14:textId="77777777" w:rsidR="007F646A" w:rsidRDefault="00000000">
            <w:pPr>
              <w:pStyle w:val="TableText"/>
              <w:keepLines/>
              <w:spacing w:after="0"/>
            </w:pPr>
            <w:r>
              <w:rPr>
                <w:i/>
                <w:color w:val="718096"/>
                <w:sz w:val="19"/>
                <w:szCs w:val="19"/>
              </w:rPr>
              <w:t>List records, inspection data, setup sheets, tool records, production records, photos, or other evidence.</w:t>
            </w:r>
          </w:p>
          <w:p w14:paraId="4CE03AE2" w14:textId="77777777" w:rsidR="007F646A" w:rsidRDefault="007F646A">
            <w:pPr>
              <w:pStyle w:val="TableText"/>
              <w:keepLines/>
              <w:spacing w:after="0"/>
            </w:pPr>
          </w:p>
          <w:p w14:paraId="513FBBEE" w14:textId="77777777" w:rsidR="007F646A" w:rsidRDefault="007F646A">
            <w:pPr>
              <w:pStyle w:val="TableText"/>
              <w:keepLines/>
              <w:spacing w:after="0"/>
            </w:pPr>
          </w:p>
        </w:tc>
      </w:tr>
    </w:tbl>
    <w:p w14:paraId="0B60AE8C"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16CAD174"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14DF65" w14:textId="77777777" w:rsidR="007F646A" w:rsidRDefault="00000000">
            <w:pPr>
              <w:pStyle w:val="TableText"/>
              <w:keepLines/>
              <w:spacing w:after="0"/>
            </w:pPr>
            <w:r>
              <w:rPr>
                <w:b/>
                <w:color w:val="17365D"/>
                <w:sz w:val="19"/>
                <w:szCs w:val="19"/>
              </w:rPr>
              <w:t>Escape / detection cause</w:t>
            </w:r>
          </w:p>
        </w:tc>
      </w:tr>
      <w:tr w:rsidR="007F646A" w14:paraId="717F009C"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D2059C" w14:textId="77777777" w:rsidR="007F646A" w:rsidRDefault="00000000">
            <w:pPr>
              <w:pStyle w:val="TableText"/>
              <w:keepLines/>
              <w:spacing w:after="0"/>
            </w:pPr>
            <w:r>
              <w:rPr>
                <w:i/>
                <w:color w:val="718096"/>
                <w:sz w:val="19"/>
                <w:szCs w:val="19"/>
              </w:rPr>
              <w:lastRenderedPageBreak/>
              <w:t>Explain why the supplier did not detect the issue before shipment or use.</w:t>
            </w:r>
          </w:p>
          <w:p w14:paraId="7D2E33E5" w14:textId="77777777" w:rsidR="007F646A" w:rsidRDefault="007F646A">
            <w:pPr>
              <w:pStyle w:val="TableText"/>
              <w:keepLines/>
              <w:spacing w:after="0"/>
            </w:pPr>
          </w:p>
          <w:p w14:paraId="7089CCB4" w14:textId="77777777" w:rsidR="007F646A" w:rsidRDefault="007F646A">
            <w:pPr>
              <w:pStyle w:val="TableText"/>
              <w:keepLines/>
              <w:spacing w:after="0"/>
            </w:pPr>
          </w:p>
        </w:tc>
      </w:tr>
    </w:tbl>
    <w:p w14:paraId="30475E2E"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15A0F88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CF4C7C7" w14:textId="77777777" w:rsidR="007F646A" w:rsidRDefault="00000000">
            <w:pPr>
              <w:pStyle w:val="TableText"/>
              <w:keepLines/>
              <w:spacing w:after="0"/>
            </w:pPr>
            <w:r>
              <w:rPr>
                <w:b/>
                <w:color w:val="17365D"/>
                <w:sz w:val="19"/>
                <w:szCs w:val="19"/>
              </w:rPr>
              <w:t>Evidence supporting escape / detection cause</w:t>
            </w:r>
          </w:p>
        </w:tc>
      </w:tr>
      <w:tr w:rsidR="007F646A" w14:paraId="2F5CBB78"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B6C4291" w14:textId="77777777" w:rsidR="007F646A" w:rsidRDefault="00000000">
            <w:pPr>
              <w:pStyle w:val="TableText"/>
              <w:keepLines/>
              <w:spacing w:after="0"/>
            </w:pPr>
            <w:r>
              <w:rPr>
                <w:i/>
                <w:color w:val="718096"/>
                <w:sz w:val="19"/>
                <w:szCs w:val="19"/>
              </w:rPr>
              <w:t>List inspection records, sampling plan gaps, first-off records, audit records, or control plan evidence.</w:t>
            </w:r>
          </w:p>
          <w:p w14:paraId="63428C7D" w14:textId="77777777" w:rsidR="007F646A" w:rsidRDefault="007F646A">
            <w:pPr>
              <w:pStyle w:val="TableText"/>
              <w:keepLines/>
              <w:spacing w:after="0"/>
            </w:pPr>
          </w:p>
          <w:p w14:paraId="0B14931F" w14:textId="77777777" w:rsidR="007F646A" w:rsidRDefault="007F646A">
            <w:pPr>
              <w:pStyle w:val="TableText"/>
              <w:keepLines/>
              <w:spacing w:after="0"/>
            </w:pPr>
          </w:p>
        </w:tc>
      </w:tr>
    </w:tbl>
    <w:p w14:paraId="1390AEB5"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6191C6BB"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8B0D80" w14:textId="77777777" w:rsidR="007F646A" w:rsidRDefault="00000000">
            <w:pPr>
              <w:pStyle w:val="TableText"/>
              <w:keepLines/>
              <w:spacing w:after="0"/>
            </w:pPr>
            <w:r>
              <w:rPr>
                <w:b/>
                <w:color w:val="17365D"/>
                <w:sz w:val="19"/>
                <w:szCs w:val="19"/>
              </w:rPr>
              <w:t>Extent of condition / suspect population check</w:t>
            </w:r>
          </w:p>
        </w:tc>
      </w:tr>
      <w:tr w:rsidR="007F646A" w14:paraId="48B9BA4B"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081EEF8" w14:textId="77777777" w:rsidR="007F646A" w:rsidRDefault="00000000">
            <w:pPr>
              <w:pStyle w:val="TableText"/>
              <w:keepLines/>
              <w:spacing w:after="0"/>
            </w:pPr>
            <w:r>
              <w:rPr>
                <w:i/>
                <w:color w:val="718096"/>
                <w:sz w:val="19"/>
                <w:szCs w:val="19"/>
              </w:rPr>
              <w:t>Supplier should state whether this is isolated or whether other lots, shipments, similar parts, sub-tier material, WIP, finished goods, or previously delivered product may be affected. Include locations checked and evidence reviewed.</w:t>
            </w:r>
          </w:p>
          <w:p w14:paraId="03B95D50" w14:textId="77777777" w:rsidR="007F646A" w:rsidRDefault="007F646A">
            <w:pPr>
              <w:pStyle w:val="TableText"/>
              <w:keepLines/>
              <w:spacing w:after="0"/>
            </w:pPr>
          </w:p>
          <w:p w14:paraId="793D88E5" w14:textId="77777777" w:rsidR="007F646A" w:rsidRDefault="007F646A">
            <w:pPr>
              <w:pStyle w:val="TableText"/>
              <w:keepLines/>
              <w:spacing w:after="0"/>
            </w:pPr>
          </w:p>
        </w:tc>
      </w:tr>
    </w:tbl>
    <w:p w14:paraId="182CA7E4"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7ABDEEE5"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43184BD" w14:textId="77777777" w:rsidR="007F646A" w:rsidRDefault="00000000">
            <w:pPr>
              <w:pStyle w:val="TableText"/>
              <w:keepLines/>
              <w:spacing w:after="0"/>
            </w:pPr>
            <w:r>
              <w:rPr>
                <w:b/>
                <w:color w:val="17365D"/>
                <w:sz w:val="19"/>
                <w:szCs w:val="19"/>
              </w:rPr>
              <w:t>Root cause analysis attachment / reference</w:t>
            </w:r>
          </w:p>
        </w:tc>
      </w:tr>
      <w:tr w:rsidR="007F646A" w14:paraId="077077D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382B5C9" w14:textId="77777777" w:rsidR="007F646A" w:rsidRDefault="00000000">
            <w:pPr>
              <w:pStyle w:val="TableText"/>
              <w:keepLines/>
              <w:spacing w:after="0"/>
            </w:pPr>
            <w:r>
              <w:rPr>
                <w:i/>
                <w:color w:val="718096"/>
                <w:sz w:val="19"/>
                <w:szCs w:val="19"/>
              </w:rPr>
              <w:t>Attach or reference the supplier's 5 Whys, fishbone, fault tree, FMEA, cause map, or other analysis. Evidence of the method used is expected, not just the stated conclusion.</w:t>
            </w:r>
          </w:p>
          <w:p w14:paraId="2884BDC2" w14:textId="77777777" w:rsidR="007F646A" w:rsidRDefault="007F646A">
            <w:pPr>
              <w:pStyle w:val="TableText"/>
              <w:keepLines/>
              <w:spacing w:after="0"/>
            </w:pPr>
          </w:p>
        </w:tc>
      </w:tr>
    </w:tbl>
    <w:p w14:paraId="00B368ED" w14:textId="77777777" w:rsidR="007F646A" w:rsidRDefault="007F646A">
      <w:pPr>
        <w:spacing w:after="4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4FFF8D82"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CD0770" w14:textId="77777777" w:rsidR="007F646A" w:rsidRDefault="00000000">
            <w:pPr>
              <w:pStyle w:val="TableText"/>
              <w:keepLines/>
              <w:spacing w:after="0"/>
            </w:pPr>
            <w:r>
              <w:rPr>
                <w:b/>
                <w:color w:val="17365D"/>
                <w:sz w:val="19"/>
                <w:szCs w:val="19"/>
              </w:rPr>
              <w:t>Root cause method used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DA34E7F" w14:textId="77777777" w:rsidR="007F646A" w:rsidRDefault="00000000">
            <w:pPr>
              <w:pStyle w:val="TableText"/>
              <w:keepLines/>
              <w:spacing w:after="0"/>
            </w:pPr>
            <w:r>
              <w:rPr>
                <w:sz w:val="19"/>
                <w:szCs w:val="19"/>
              </w:rPr>
              <w:t>5 Whys / Fishbone / Fault Tree / FMEA / Cause Map / Process review / Inspection record review / Supplier internal investigation / Other</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D07386D" w14:textId="77777777" w:rsidR="007F646A" w:rsidRDefault="00000000">
            <w:pPr>
              <w:pStyle w:val="TableText"/>
              <w:keepLines/>
              <w:spacing w:after="0"/>
            </w:pPr>
            <w:r>
              <w:rPr>
                <w:b/>
                <w:color w:val="17365D"/>
                <w:sz w:val="19"/>
                <w:szCs w:val="19"/>
              </w:rPr>
              <w:t>Defect origin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0C82B7" w14:textId="77777777" w:rsidR="007F646A" w:rsidRDefault="00000000">
            <w:pPr>
              <w:pStyle w:val="TableText"/>
              <w:keepLines/>
              <w:spacing w:after="0"/>
            </w:pPr>
            <w:r>
              <w:rPr>
                <w:sz w:val="19"/>
                <w:szCs w:val="19"/>
              </w:rPr>
              <w:t>Supplier process / Supplier sub-tier material / Supplier sub-tier component / Unknown - under investigation</w:t>
            </w:r>
          </w:p>
        </w:tc>
      </w:tr>
      <w:tr w:rsidR="007F646A" w14:paraId="5F2BF873"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9E484B4" w14:textId="77777777" w:rsidR="007F646A" w:rsidRDefault="00000000">
            <w:pPr>
              <w:pStyle w:val="TableText"/>
              <w:keepLines/>
              <w:spacing w:after="0"/>
            </w:pPr>
            <w:r>
              <w:rPr>
                <w:b/>
                <w:color w:val="17365D"/>
                <w:sz w:val="19"/>
                <w:szCs w:val="19"/>
              </w:rPr>
              <w:t>Contributing factors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EC3A403"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277F0E3" w14:textId="77777777" w:rsidR="007F646A" w:rsidRDefault="00000000">
            <w:pPr>
              <w:pStyle w:val="TableText"/>
              <w:keepLines/>
              <w:spacing w:after="0"/>
            </w:pPr>
            <w:r>
              <w:rPr>
                <w:b/>
                <w:color w:val="17365D"/>
                <w:sz w:val="19"/>
                <w:szCs w:val="19"/>
              </w:rPr>
              <w:t>What changed?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612096" w14:textId="77777777" w:rsidR="007F646A" w:rsidRDefault="00000000">
            <w:pPr>
              <w:pStyle w:val="TableText"/>
              <w:keepLines/>
              <w:spacing w:after="0"/>
            </w:pPr>
            <w:r>
              <w:rPr>
                <w:sz w:val="19"/>
                <w:szCs w:val="19"/>
              </w:rPr>
              <w:t>Process / Operator / Material / Tooling / Inspection method / Supplier sub-tier / Packaging / Documentation / Environment (temperature, humidity, lighting) / No known change</w:t>
            </w:r>
          </w:p>
        </w:tc>
      </w:tr>
      <w:tr w:rsidR="007F646A" w14:paraId="7539F38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4E74B70" w14:textId="77777777" w:rsidR="007F646A" w:rsidRDefault="00000000">
            <w:pPr>
              <w:pStyle w:val="TableText"/>
              <w:keepLines/>
              <w:spacing w:after="0"/>
            </w:pPr>
            <w:r>
              <w:rPr>
                <w:b/>
                <w:color w:val="17365D"/>
                <w:sz w:val="19"/>
                <w:szCs w:val="19"/>
              </w:rPr>
              <w:t>Supplier root cause owner / response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45E49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5FA46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334064" w14:textId="77777777" w:rsidR="007F646A" w:rsidRDefault="007F646A">
            <w:pPr>
              <w:pStyle w:val="TableText"/>
              <w:keepLines/>
              <w:spacing w:after="0"/>
            </w:pPr>
          </w:p>
        </w:tc>
      </w:tr>
    </w:tbl>
    <w:p w14:paraId="4B413D0B" w14:textId="77777777" w:rsidR="007F646A" w:rsidRDefault="007F646A">
      <w:pPr>
        <w:spacing w:after="40"/>
      </w:pPr>
    </w:p>
    <w:p w14:paraId="20CF9A27" w14:textId="77777777" w:rsidR="007F646A" w:rsidRDefault="007F646A">
      <w:pPr>
        <w:sectPr w:rsidR="007F646A">
          <w:footerReference w:type="default" r:id="rId12"/>
          <w:pgSz w:w="12240" w:h="15840"/>
          <w:pgMar w:top="792" w:right="792" w:bottom="792" w:left="792" w:header="432" w:footer="432" w:gutter="0"/>
          <w:cols w:space="720"/>
          <w:docGrid w:linePitch="360"/>
        </w:sectPr>
      </w:pPr>
    </w:p>
    <w:p w14:paraId="575984C3" w14:textId="77777777" w:rsidR="007F646A" w:rsidRDefault="00000000">
      <w:pPr>
        <w:pStyle w:val="Heading1"/>
        <w:shd w:val="clear" w:color="auto" w:fill="17365D"/>
      </w:pPr>
      <w:r>
        <w:rPr>
          <w:rFonts w:ascii="Arial" w:hAnsi="Arial" w:cs="Arial"/>
        </w:rPr>
        <w:lastRenderedPageBreak/>
        <w:t>9. Supplier Corrective Action Plan</w:t>
      </w:r>
    </w:p>
    <w:tbl>
      <w:tblPr>
        <w:tblW w:w="14544" w:type="dxa"/>
        <w:jc w:val="center"/>
        <w:tblLayout w:type="fixed"/>
        <w:tblLook w:val="04A0" w:firstRow="1" w:lastRow="0" w:firstColumn="1" w:lastColumn="0" w:noHBand="0" w:noVBand="1"/>
      </w:tblPr>
      <w:tblGrid>
        <w:gridCol w:w="14544"/>
      </w:tblGrid>
      <w:tr w:rsidR="007F646A" w14:paraId="60175009" w14:textId="77777777">
        <w:trPr>
          <w:cantSplit/>
          <w:jc w:val="center"/>
        </w:trPr>
        <w:tc>
          <w:tcPr>
            <w:tcW w:w="14544"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0470854" w14:textId="77777777" w:rsidR="007F646A" w:rsidRDefault="00000000">
            <w:pPr>
              <w:pStyle w:val="Guidance"/>
              <w:keepLines/>
              <w:spacing w:after="0"/>
            </w:pPr>
            <w:r>
              <w:rPr>
                <w:b/>
                <w:color w:val="2D3748"/>
                <w:sz w:val="19"/>
                <w:szCs w:val="19"/>
              </w:rPr>
              <w:t xml:space="preserve">Guidance: </w:t>
            </w:r>
            <w:r>
              <w:rPr>
                <w:color w:val="2D3748"/>
                <w:sz w:val="19"/>
                <w:szCs w:val="19"/>
              </w:rPr>
              <w:t>Corrective actions should address the cause, not just the affected shipment. Training-only actions should explain what changed in the process, check, work instruction, fixture, inspection method, or control. Attach objective evidence for completed actions.</w:t>
            </w:r>
          </w:p>
        </w:tc>
      </w:tr>
    </w:tbl>
    <w:p w14:paraId="79665B15" w14:textId="77777777" w:rsidR="007F646A" w:rsidRDefault="007F646A">
      <w:pPr>
        <w:spacing w:after="20"/>
      </w:pPr>
    </w:p>
    <w:tbl>
      <w:tblPr>
        <w:tblW w:w="14544" w:type="dxa"/>
        <w:jc w:val="center"/>
        <w:tblLayout w:type="fixed"/>
        <w:tblLook w:val="04A0" w:firstRow="1" w:lastRow="0" w:firstColumn="1" w:lastColumn="0" w:noHBand="0" w:noVBand="1"/>
      </w:tblPr>
      <w:tblGrid>
        <w:gridCol w:w="749"/>
        <w:gridCol w:w="3017"/>
        <w:gridCol w:w="1483"/>
        <w:gridCol w:w="1349"/>
        <w:gridCol w:w="1082"/>
        <w:gridCol w:w="1816"/>
        <w:gridCol w:w="2083"/>
        <w:gridCol w:w="1149"/>
        <w:gridCol w:w="1816"/>
      </w:tblGrid>
      <w:tr w:rsidR="007F646A" w14:paraId="46D172E2" w14:textId="77777777">
        <w:trPr>
          <w:cantSplit/>
          <w:tblHeader/>
          <w:jc w:val="center"/>
        </w:trPr>
        <w:tc>
          <w:tcPr>
            <w:tcW w:w="79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6C13175" w14:textId="77777777" w:rsidR="007F646A" w:rsidRDefault="00000000">
            <w:pPr>
              <w:pStyle w:val="TableSmall"/>
              <w:keepLines/>
              <w:spacing w:after="0"/>
            </w:pPr>
            <w:r>
              <w:rPr>
                <w:b/>
                <w:color w:val="FFFFFF"/>
                <w:sz w:val="19"/>
                <w:szCs w:val="19"/>
              </w:rPr>
              <w:t>Action ID</w:t>
            </w:r>
          </w:p>
        </w:tc>
        <w:tc>
          <w:tcPr>
            <w:tcW w:w="3240"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C934706" w14:textId="77777777" w:rsidR="007F646A" w:rsidRDefault="00000000">
            <w:pPr>
              <w:pStyle w:val="TableSmall"/>
              <w:keepLines/>
              <w:spacing w:after="0"/>
            </w:pPr>
            <w:r>
              <w:rPr>
                <w:b/>
                <w:color w:val="FFFFFF"/>
                <w:sz w:val="19"/>
                <w:szCs w:val="19"/>
              </w:rPr>
              <w:t>Corrective action</w:t>
            </w:r>
          </w:p>
        </w:tc>
        <w:tc>
          <w:tcPr>
            <w:tcW w:w="158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9186BC6" w14:textId="77777777" w:rsidR="007F646A" w:rsidRDefault="00000000">
            <w:pPr>
              <w:pStyle w:val="TableSmall"/>
              <w:keepLines/>
              <w:spacing w:after="0"/>
            </w:pPr>
            <w:r>
              <w:rPr>
                <w:b/>
                <w:color w:val="FFFFFF"/>
                <w:sz w:val="19"/>
                <w:szCs w:val="19"/>
              </w:rPr>
              <w:t>Cause addressed</w:t>
            </w:r>
          </w:p>
        </w:tc>
        <w:tc>
          <w:tcPr>
            <w:tcW w:w="1440"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8EB666B" w14:textId="77777777" w:rsidR="007F646A" w:rsidRDefault="00000000">
            <w:pPr>
              <w:pStyle w:val="TableSmall"/>
              <w:keepLines/>
              <w:spacing w:after="0"/>
            </w:pPr>
            <w:r>
              <w:rPr>
                <w:b/>
                <w:color w:val="FFFFFF"/>
                <w:sz w:val="19"/>
                <w:szCs w:val="19"/>
              </w:rPr>
              <w:t>Owner</w:t>
            </w:r>
          </w:p>
        </w:tc>
        <w:tc>
          <w:tcPr>
            <w:tcW w:w="115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9C4E865" w14:textId="77777777" w:rsidR="007F646A" w:rsidRDefault="00000000">
            <w:pPr>
              <w:pStyle w:val="TableSmall"/>
              <w:keepLines/>
              <w:spacing w:after="0"/>
            </w:pPr>
            <w:r>
              <w:rPr>
                <w:b/>
                <w:color w:val="FFFFFF"/>
                <w:sz w:val="19"/>
                <w:szCs w:val="19"/>
              </w:rPr>
              <w:t>Due date</w:t>
            </w:r>
          </w:p>
        </w:tc>
        <w:tc>
          <w:tcPr>
            <w:tcW w:w="194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2143625" w14:textId="77777777" w:rsidR="007F646A" w:rsidRDefault="00000000">
            <w:pPr>
              <w:pStyle w:val="TableSmall"/>
              <w:keepLines/>
              <w:spacing w:after="0"/>
            </w:pPr>
            <w:r>
              <w:rPr>
                <w:b/>
                <w:color w:val="FFFFFF"/>
                <w:sz w:val="19"/>
                <w:szCs w:val="19"/>
              </w:rPr>
              <w:t>Status</w:t>
            </w:r>
          </w:p>
        </w:tc>
        <w:tc>
          <w:tcPr>
            <w:tcW w:w="223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C6DFFE9" w14:textId="77777777" w:rsidR="007F646A" w:rsidRDefault="00000000">
            <w:pPr>
              <w:pStyle w:val="TableSmall"/>
              <w:keepLines/>
              <w:spacing w:after="0"/>
            </w:pPr>
            <w:r>
              <w:rPr>
                <w:b/>
                <w:color w:val="FFFFFF"/>
                <w:sz w:val="19"/>
                <w:szCs w:val="19"/>
              </w:rPr>
              <w:t>Evidence required</w:t>
            </w:r>
          </w:p>
        </w:tc>
        <w:tc>
          <w:tcPr>
            <w:tcW w:w="122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2FF58A6" w14:textId="77777777" w:rsidR="007F646A" w:rsidRDefault="00000000">
            <w:pPr>
              <w:pStyle w:val="TableSmall"/>
              <w:keepLines/>
              <w:spacing w:after="0"/>
            </w:pPr>
            <w:r>
              <w:rPr>
                <w:b/>
                <w:color w:val="FFFFFF"/>
                <w:sz w:val="19"/>
                <w:szCs w:val="19"/>
              </w:rPr>
              <w:t>Completion date</w:t>
            </w:r>
          </w:p>
        </w:tc>
        <w:tc>
          <w:tcPr>
            <w:tcW w:w="194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8F8AB54" w14:textId="77777777" w:rsidR="007F646A" w:rsidRDefault="00000000">
            <w:pPr>
              <w:pStyle w:val="TableSmall"/>
              <w:keepLines/>
              <w:spacing w:after="0"/>
            </w:pPr>
            <w:r>
              <w:rPr>
                <w:b/>
                <w:color w:val="FFFFFF"/>
                <w:sz w:val="19"/>
                <w:szCs w:val="19"/>
              </w:rPr>
              <w:t>Evidence reference</w:t>
            </w:r>
          </w:p>
        </w:tc>
      </w:tr>
      <w:tr w:rsidR="007F646A" w14:paraId="198A06C1" w14:textId="77777777">
        <w:trPr>
          <w:cantSplit/>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3118DF" w14:textId="77777777" w:rsidR="007F646A" w:rsidRDefault="00000000">
            <w:pPr>
              <w:pStyle w:val="TableSmall"/>
              <w:keepLines/>
              <w:spacing w:after="0"/>
            </w:pPr>
            <w:r>
              <w:rPr>
                <w:sz w:val="19"/>
                <w:szCs w:val="19"/>
              </w:rPr>
              <w:t>CA-1</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2941BDF"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6FE1366" w14:textId="77777777" w:rsidR="007F646A" w:rsidRDefault="00000000">
            <w:pPr>
              <w:pStyle w:val="TableSmall"/>
              <w:keepLines/>
              <w:spacing w:after="0"/>
            </w:pPr>
            <w:r>
              <w:rPr>
                <w:sz w:val="19"/>
                <w:szCs w:val="19"/>
              </w:rPr>
              <w:t>Occurrence / Escape / Both</w:t>
            </w: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3B24A6"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F999B1"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8A0DA5" w14:textId="77777777" w:rsidR="007F646A" w:rsidRDefault="00000000">
            <w:pPr>
              <w:pStyle w:val="TableSmall"/>
              <w:keepLines/>
              <w:spacing w:after="0"/>
            </w:pPr>
            <w:r>
              <w:rPr>
                <w:sz w:val="19"/>
                <w:szCs w:val="19"/>
              </w:rPr>
              <w:t>Open / In progress / Evidence received / Verified / Closed / Overdue</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3A2D76" w14:textId="77777777" w:rsidR="007F646A" w:rsidRDefault="007F646A">
            <w:pPr>
              <w:pStyle w:val="TableSmall"/>
              <w:keepLines/>
              <w:spacing w:after="0"/>
            </w:pP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2EEDC63"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89979B" w14:textId="77777777" w:rsidR="007F646A" w:rsidRDefault="007F646A">
            <w:pPr>
              <w:pStyle w:val="TableSmall"/>
              <w:keepLines/>
              <w:spacing w:after="0"/>
            </w:pPr>
          </w:p>
        </w:tc>
      </w:tr>
      <w:tr w:rsidR="007F646A" w14:paraId="28F5F85C" w14:textId="77777777">
        <w:trPr>
          <w:cantSplit/>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F31CDBD" w14:textId="77777777" w:rsidR="007F646A" w:rsidRDefault="00000000">
            <w:pPr>
              <w:pStyle w:val="TableSmall"/>
              <w:keepLines/>
              <w:spacing w:after="0"/>
            </w:pPr>
            <w:r>
              <w:rPr>
                <w:sz w:val="19"/>
                <w:szCs w:val="19"/>
              </w:rPr>
              <w:t>CA-2</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4AEAB46"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ED4738" w14:textId="77777777" w:rsidR="007F646A" w:rsidRDefault="00000000">
            <w:pPr>
              <w:pStyle w:val="TableSmall"/>
              <w:keepLines/>
              <w:spacing w:after="0"/>
            </w:pPr>
            <w:r>
              <w:rPr>
                <w:sz w:val="19"/>
                <w:szCs w:val="19"/>
              </w:rPr>
              <w:t>Occurrence / Escape / Both</w:t>
            </w: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8D1D7F5"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5696B7"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5E0B39D" w14:textId="77777777" w:rsidR="007F646A" w:rsidRDefault="00000000">
            <w:pPr>
              <w:pStyle w:val="TableSmall"/>
              <w:keepLines/>
              <w:spacing w:after="0"/>
            </w:pPr>
            <w:r>
              <w:rPr>
                <w:sz w:val="19"/>
                <w:szCs w:val="19"/>
              </w:rPr>
              <w:t>Open / In progress / Evidence received / Verified / Closed / Overdue</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574C4E" w14:textId="77777777" w:rsidR="007F646A" w:rsidRDefault="007F646A">
            <w:pPr>
              <w:pStyle w:val="TableSmall"/>
              <w:keepLines/>
              <w:spacing w:after="0"/>
            </w:pP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816FDA4"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50D43FC" w14:textId="77777777" w:rsidR="007F646A" w:rsidRDefault="007F646A">
            <w:pPr>
              <w:pStyle w:val="TableSmall"/>
              <w:keepLines/>
              <w:spacing w:after="0"/>
            </w:pPr>
          </w:p>
        </w:tc>
      </w:tr>
      <w:tr w:rsidR="007F646A" w14:paraId="22BD6842" w14:textId="77777777">
        <w:trPr>
          <w:cantSplit/>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F45A4C7" w14:textId="77777777" w:rsidR="007F646A" w:rsidRDefault="00000000">
            <w:pPr>
              <w:pStyle w:val="TableSmall"/>
              <w:keepLines/>
              <w:spacing w:after="0"/>
            </w:pPr>
            <w:r>
              <w:rPr>
                <w:sz w:val="19"/>
                <w:szCs w:val="19"/>
              </w:rPr>
              <w:t>CA-3</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DCF71D0"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A4DF46F" w14:textId="77777777" w:rsidR="007F646A" w:rsidRDefault="00000000">
            <w:pPr>
              <w:pStyle w:val="TableSmall"/>
              <w:keepLines/>
              <w:spacing w:after="0"/>
            </w:pPr>
            <w:r>
              <w:rPr>
                <w:sz w:val="19"/>
                <w:szCs w:val="19"/>
              </w:rPr>
              <w:t>Occurrence / Escape / Both</w:t>
            </w: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BA6FED1"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08A967C"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FBBBE94" w14:textId="77777777" w:rsidR="007F646A" w:rsidRDefault="00000000">
            <w:pPr>
              <w:pStyle w:val="TableSmall"/>
              <w:keepLines/>
              <w:spacing w:after="0"/>
            </w:pPr>
            <w:r>
              <w:rPr>
                <w:sz w:val="19"/>
                <w:szCs w:val="19"/>
              </w:rPr>
              <w:t>Open / In progress / Evidence received / Verified / Closed / Overdue</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8B2210" w14:textId="77777777" w:rsidR="007F646A" w:rsidRDefault="007F646A">
            <w:pPr>
              <w:pStyle w:val="TableSmall"/>
              <w:keepLines/>
              <w:spacing w:after="0"/>
            </w:pP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4A68D24"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8162EF" w14:textId="77777777" w:rsidR="007F646A" w:rsidRDefault="007F646A">
            <w:pPr>
              <w:pStyle w:val="TableSmall"/>
              <w:keepLines/>
              <w:spacing w:after="0"/>
            </w:pPr>
          </w:p>
        </w:tc>
      </w:tr>
      <w:tr w:rsidR="007F646A" w14:paraId="0F2A3AEB" w14:textId="77777777">
        <w:trPr>
          <w:cantSplit/>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7556226" w14:textId="77777777" w:rsidR="007F646A" w:rsidRDefault="00000000">
            <w:pPr>
              <w:pStyle w:val="TableSmall"/>
              <w:keepLines/>
              <w:spacing w:after="0"/>
            </w:pPr>
            <w:r>
              <w:rPr>
                <w:sz w:val="19"/>
                <w:szCs w:val="19"/>
              </w:rPr>
              <w:t>CA-4</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1A33229"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C80703" w14:textId="77777777" w:rsidR="007F646A" w:rsidRDefault="00000000">
            <w:pPr>
              <w:pStyle w:val="TableSmall"/>
              <w:keepLines/>
              <w:spacing w:after="0"/>
            </w:pPr>
            <w:r>
              <w:rPr>
                <w:sz w:val="19"/>
                <w:szCs w:val="19"/>
              </w:rPr>
              <w:t>Occurrence / Escape / Both</w:t>
            </w: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C2002A"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8D3D39"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E72981C" w14:textId="77777777" w:rsidR="007F646A" w:rsidRDefault="00000000">
            <w:pPr>
              <w:pStyle w:val="TableSmall"/>
              <w:keepLines/>
              <w:spacing w:after="0"/>
            </w:pPr>
            <w:r>
              <w:rPr>
                <w:sz w:val="19"/>
                <w:szCs w:val="19"/>
              </w:rPr>
              <w:t>Open / In progress / Evidence received / Verified / Closed / Overdue</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42534C" w14:textId="77777777" w:rsidR="007F646A" w:rsidRDefault="007F646A">
            <w:pPr>
              <w:pStyle w:val="TableSmall"/>
              <w:keepLines/>
              <w:spacing w:after="0"/>
            </w:pP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4825E75"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6E6BCD" w14:textId="77777777" w:rsidR="007F646A" w:rsidRDefault="007F646A">
            <w:pPr>
              <w:pStyle w:val="TableSmall"/>
              <w:keepLines/>
              <w:spacing w:after="0"/>
            </w:pPr>
          </w:p>
        </w:tc>
      </w:tr>
      <w:tr w:rsidR="007F646A" w14:paraId="20A5CA80" w14:textId="77777777">
        <w:trPr>
          <w:cantSplit/>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222F9A0" w14:textId="77777777" w:rsidR="007F646A" w:rsidRDefault="00000000">
            <w:pPr>
              <w:pStyle w:val="TableSmall"/>
              <w:keepLines/>
              <w:spacing w:after="0"/>
            </w:pPr>
            <w:r>
              <w:rPr>
                <w:sz w:val="19"/>
                <w:szCs w:val="19"/>
              </w:rPr>
              <w:t>CA-5</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2CF4810"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0C7EF5" w14:textId="77777777" w:rsidR="007F646A" w:rsidRDefault="00000000">
            <w:pPr>
              <w:pStyle w:val="TableSmall"/>
              <w:keepLines/>
              <w:spacing w:after="0"/>
            </w:pPr>
            <w:r>
              <w:rPr>
                <w:sz w:val="19"/>
                <w:szCs w:val="19"/>
              </w:rPr>
              <w:t>Occurrence / Escape / Both</w:t>
            </w: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B6F3B46"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419DBC"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14CFCB5" w14:textId="77777777" w:rsidR="007F646A" w:rsidRDefault="00000000">
            <w:pPr>
              <w:pStyle w:val="TableSmall"/>
              <w:keepLines/>
              <w:spacing w:after="0"/>
            </w:pPr>
            <w:r>
              <w:rPr>
                <w:sz w:val="19"/>
                <w:szCs w:val="19"/>
              </w:rPr>
              <w:t>Open / In progress / Evidence received / Verified / Closed / Overdue</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876333" w14:textId="77777777" w:rsidR="007F646A" w:rsidRDefault="007F646A">
            <w:pPr>
              <w:pStyle w:val="TableSmall"/>
              <w:keepLines/>
              <w:spacing w:after="0"/>
            </w:pP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F58540" w14:textId="77777777" w:rsidR="007F646A" w:rsidRDefault="007F646A">
            <w:pPr>
              <w:pStyle w:val="TableSmall"/>
              <w:keepLines/>
              <w:spacing w:after="0"/>
            </w:pP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05CD67" w14:textId="77777777" w:rsidR="007F646A" w:rsidRDefault="007F646A">
            <w:pPr>
              <w:pStyle w:val="TableSmall"/>
              <w:keepLines/>
              <w:spacing w:after="0"/>
            </w:pPr>
          </w:p>
        </w:tc>
      </w:tr>
    </w:tbl>
    <w:p w14:paraId="1356616D" w14:textId="77777777" w:rsidR="007F646A" w:rsidRDefault="007F646A">
      <w:pPr>
        <w:spacing w:after="40"/>
      </w:pPr>
    </w:p>
    <w:tbl>
      <w:tblPr>
        <w:tblW w:w="14544" w:type="dxa"/>
        <w:jc w:val="center"/>
        <w:tblLayout w:type="fixed"/>
        <w:tblLook w:val="04A0" w:firstRow="1" w:lastRow="0" w:firstColumn="1" w:lastColumn="0" w:noHBand="0" w:noVBand="1"/>
      </w:tblPr>
      <w:tblGrid>
        <w:gridCol w:w="14544"/>
      </w:tblGrid>
      <w:tr w:rsidR="007F646A" w14:paraId="185E0D32" w14:textId="77777777">
        <w:trPr>
          <w:cantSplit/>
          <w:jc w:val="center"/>
        </w:trPr>
        <w:tc>
          <w:tcPr>
            <w:tcW w:w="1454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3E44CAA" w14:textId="77777777" w:rsidR="007F646A" w:rsidRDefault="00000000">
            <w:pPr>
              <w:pStyle w:val="TableText"/>
              <w:keepLines/>
              <w:spacing w:after="0"/>
            </w:pPr>
            <w:r>
              <w:rPr>
                <w:b/>
                <w:color w:val="17365D"/>
                <w:sz w:val="19"/>
                <w:szCs w:val="19"/>
              </w:rPr>
              <w:t>Corrective action notes / open items</w:t>
            </w:r>
          </w:p>
        </w:tc>
      </w:tr>
      <w:tr w:rsidR="007F646A" w14:paraId="4D9A059D" w14:textId="77777777">
        <w:trPr>
          <w:cantSplit/>
          <w:jc w:val="center"/>
        </w:trPr>
        <w:tc>
          <w:tcPr>
            <w:tcW w:w="1454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2CFF51" w14:textId="77777777" w:rsidR="007F646A" w:rsidRDefault="00000000">
            <w:pPr>
              <w:pStyle w:val="TableText"/>
              <w:keepLines/>
              <w:spacing w:after="0"/>
            </w:pPr>
            <w:r>
              <w:rPr>
                <w:i/>
                <w:color w:val="718096"/>
                <w:sz w:val="19"/>
                <w:szCs w:val="19"/>
              </w:rPr>
              <w:t>Use this space for notes that do not fit in the table, including rejected evidence, late actions, or supplier follow-up items.</w:t>
            </w:r>
          </w:p>
          <w:p w14:paraId="384BC38F" w14:textId="77777777" w:rsidR="007F646A" w:rsidRDefault="007F646A">
            <w:pPr>
              <w:pStyle w:val="TableText"/>
              <w:keepLines/>
              <w:spacing w:after="0"/>
            </w:pPr>
          </w:p>
        </w:tc>
      </w:tr>
    </w:tbl>
    <w:p w14:paraId="28D62883" w14:textId="5FA6F3D5" w:rsidR="001B3268" w:rsidRDefault="001B3268">
      <w:pPr>
        <w:spacing w:after="40"/>
      </w:pPr>
    </w:p>
    <w:p w14:paraId="22E52C97" w14:textId="77777777" w:rsidR="001B3268" w:rsidRDefault="001B3268">
      <w:pPr>
        <w:spacing w:after="200" w:line="276" w:lineRule="auto"/>
      </w:pPr>
      <w:r>
        <w:br w:type="page"/>
      </w:r>
    </w:p>
    <w:p w14:paraId="6B776D3F" w14:textId="77777777" w:rsidR="007F646A" w:rsidRDefault="007F646A">
      <w:pPr>
        <w:spacing w:after="40"/>
      </w:pPr>
    </w:p>
    <w:p w14:paraId="3ADCE037" w14:textId="77777777" w:rsidR="007F646A" w:rsidRDefault="00000000">
      <w:pPr>
        <w:pStyle w:val="Heading2"/>
        <w:pBdr>
          <w:bottom w:val="single" w:sz="4" w:space="1" w:color="CBD5E0"/>
        </w:pBdr>
      </w:pPr>
      <w:r>
        <w:rPr>
          <w:rFonts w:ascii="Arial" w:hAnsi="Arial" w:cs="Arial"/>
        </w:rPr>
        <w:t>9A. Preventive / Similar Product Follow-up</w:t>
      </w:r>
    </w:p>
    <w:tbl>
      <w:tblPr>
        <w:tblW w:w="14544" w:type="dxa"/>
        <w:jc w:val="center"/>
        <w:tblLayout w:type="fixed"/>
        <w:tblLook w:val="04A0" w:firstRow="1" w:lastRow="0" w:firstColumn="1" w:lastColumn="0" w:noHBand="0" w:noVBand="1"/>
      </w:tblPr>
      <w:tblGrid>
        <w:gridCol w:w="14544"/>
      </w:tblGrid>
      <w:tr w:rsidR="007F646A" w14:paraId="78B00BA0" w14:textId="77777777">
        <w:trPr>
          <w:cantSplit/>
          <w:jc w:val="center"/>
        </w:trPr>
        <w:tc>
          <w:tcPr>
            <w:tcW w:w="14544"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4692616A" w14:textId="77777777" w:rsidR="007F646A" w:rsidRDefault="00000000">
            <w:pPr>
              <w:pStyle w:val="Guidance"/>
              <w:keepLines/>
              <w:spacing w:after="0"/>
            </w:pPr>
            <w:r>
              <w:rPr>
                <w:b/>
                <w:color w:val="2D3748"/>
                <w:sz w:val="19"/>
                <w:szCs w:val="19"/>
              </w:rPr>
              <w:t xml:space="preserve">Guidance: </w:t>
            </w:r>
            <w:r>
              <w:rPr>
                <w:color w:val="2D3748"/>
                <w:sz w:val="19"/>
                <w:szCs w:val="19"/>
              </w:rPr>
              <w:t>Use this compact section when the supplier needs to prevent recurrence on similar products, related process steps, sub-tier material, or future shipments. Do not turn this into a full 8D unless your customer requires it.</w:t>
            </w:r>
          </w:p>
        </w:tc>
      </w:tr>
    </w:tbl>
    <w:p w14:paraId="14BAFD74" w14:textId="77777777" w:rsidR="007F646A" w:rsidRDefault="007F646A">
      <w:pPr>
        <w:spacing w:after="20"/>
      </w:pPr>
    </w:p>
    <w:tbl>
      <w:tblPr>
        <w:tblW w:w="14544" w:type="dxa"/>
        <w:jc w:val="center"/>
        <w:tblLayout w:type="fixed"/>
        <w:tblLook w:val="04A0" w:firstRow="1" w:lastRow="0" w:firstColumn="1" w:lastColumn="0" w:noHBand="0" w:noVBand="1"/>
      </w:tblPr>
      <w:tblGrid>
        <w:gridCol w:w="2055"/>
        <w:gridCol w:w="4437"/>
        <w:gridCol w:w="1643"/>
        <w:gridCol w:w="1479"/>
        <w:gridCol w:w="3451"/>
        <w:gridCol w:w="1479"/>
      </w:tblGrid>
      <w:tr w:rsidR="007F646A" w14:paraId="5CD47DA5" w14:textId="77777777">
        <w:trPr>
          <w:cantSplit/>
          <w:tblHeader/>
          <w:jc w:val="center"/>
        </w:trPr>
        <w:tc>
          <w:tcPr>
            <w:tcW w:w="1800"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499F639" w14:textId="77777777" w:rsidR="007F646A" w:rsidRDefault="00000000">
            <w:pPr>
              <w:pStyle w:val="TableSmall"/>
              <w:keepLines/>
              <w:spacing w:after="0"/>
            </w:pPr>
            <w:r>
              <w:rPr>
                <w:b/>
                <w:color w:val="FFFFFF"/>
                <w:sz w:val="19"/>
                <w:szCs w:val="19"/>
              </w:rPr>
              <w:t>Follow-up area</w:t>
            </w:r>
          </w:p>
        </w:tc>
        <w:tc>
          <w:tcPr>
            <w:tcW w:w="3888"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187D38F" w14:textId="77777777" w:rsidR="007F646A" w:rsidRDefault="00000000">
            <w:pPr>
              <w:pStyle w:val="TableSmall"/>
              <w:keepLines/>
              <w:spacing w:after="0"/>
            </w:pPr>
            <w:r>
              <w:rPr>
                <w:b/>
                <w:color w:val="FFFFFF"/>
                <w:sz w:val="19"/>
                <w:szCs w:val="19"/>
              </w:rPr>
              <w:t>Preventive or similar-product action</w:t>
            </w:r>
          </w:p>
        </w:tc>
        <w:tc>
          <w:tcPr>
            <w:tcW w:w="1440"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2CBC92C" w14:textId="77777777" w:rsidR="007F646A" w:rsidRDefault="00000000">
            <w:pPr>
              <w:pStyle w:val="TableSmall"/>
              <w:keepLines/>
              <w:spacing w:after="0"/>
            </w:pPr>
            <w:r>
              <w:rPr>
                <w:b/>
                <w:color w:val="FFFFFF"/>
                <w:sz w:val="19"/>
                <w:szCs w:val="19"/>
              </w:rPr>
              <w:t>Owner</w:t>
            </w:r>
          </w:p>
        </w:tc>
        <w:tc>
          <w:tcPr>
            <w:tcW w:w="129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EF18DFA" w14:textId="77777777" w:rsidR="007F646A" w:rsidRDefault="00000000">
            <w:pPr>
              <w:pStyle w:val="TableSmall"/>
              <w:keepLines/>
              <w:spacing w:after="0"/>
            </w:pPr>
            <w:r>
              <w:rPr>
                <w:b/>
                <w:color w:val="FFFFFF"/>
                <w:sz w:val="19"/>
                <w:szCs w:val="19"/>
              </w:rPr>
              <w:t>Due date</w:t>
            </w:r>
          </w:p>
        </w:tc>
        <w:tc>
          <w:tcPr>
            <w:tcW w:w="30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3E091D4" w14:textId="77777777" w:rsidR="007F646A" w:rsidRDefault="00000000">
            <w:pPr>
              <w:pStyle w:val="TableSmall"/>
              <w:keepLines/>
              <w:spacing w:after="0"/>
            </w:pPr>
            <w:r>
              <w:rPr>
                <w:b/>
                <w:color w:val="FFFFFF"/>
                <w:sz w:val="19"/>
                <w:szCs w:val="19"/>
              </w:rPr>
              <w:t>Evidence / metric</w:t>
            </w:r>
          </w:p>
        </w:tc>
        <w:tc>
          <w:tcPr>
            <w:tcW w:w="129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9473BF9" w14:textId="77777777" w:rsidR="007F646A" w:rsidRDefault="00000000">
            <w:pPr>
              <w:pStyle w:val="TableSmall"/>
              <w:keepLines/>
              <w:spacing w:after="0"/>
            </w:pPr>
            <w:r>
              <w:rPr>
                <w:b/>
                <w:color w:val="FFFFFF"/>
                <w:sz w:val="19"/>
                <w:szCs w:val="19"/>
              </w:rPr>
              <w:t>Status</w:t>
            </w:r>
          </w:p>
        </w:tc>
      </w:tr>
      <w:tr w:rsidR="007F646A" w14:paraId="3316F404" w14:textId="77777777">
        <w:trPr>
          <w:cantSplit/>
          <w:jc w:val="center"/>
        </w:trPr>
        <w:tc>
          <w:tcPr>
            <w:tcW w:w="180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E51A00" w14:textId="77777777" w:rsidR="007F646A" w:rsidRDefault="00000000">
            <w:pPr>
              <w:pStyle w:val="TableSmall"/>
              <w:keepLines/>
              <w:spacing w:after="0"/>
            </w:pPr>
            <w:r>
              <w:rPr>
                <w:sz w:val="19"/>
                <w:szCs w:val="19"/>
              </w:rPr>
              <w:t>Similar parts / families</w:t>
            </w:r>
          </w:p>
        </w:tc>
        <w:tc>
          <w:tcPr>
            <w:tcW w:w="388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2363E5"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BBFF43"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3C9A96" w14:textId="77777777" w:rsidR="007F646A" w:rsidRDefault="007F646A">
            <w:pPr>
              <w:pStyle w:val="TableSmall"/>
              <w:keepLines/>
              <w:spacing w:after="0"/>
            </w:pPr>
          </w:p>
        </w:tc>
        <w:tc>
          <w:tcPr>
            <w:tcW w:w="30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033FE4"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B6C7AC" w14:textId="77777777" w:rsidR="007F646A" w:rsidRDefault="007F646A">
            <w:pPr>
              <w:pStyle w:val="TableSmall"/>
              <w:keepLines/>
              <w:spacing w:after="0"/>
            </w:pPr>
          </w:p>
        </w:tc>
      </w:tr>
      <w:tr w:rsidR="007F646A" w14:paraId="1510330A" w14:textId="77777777">
        <w:trPr>
          <w:cantSplit/>
          <w:jc w:val="center"/>
        </w:trPr>
        <w:tc>
          <w:tcPr>
            <w:tcW w:w="180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9C11D3" w14:textId="77777777" w:rsidR="007F646A" w:rsidRDefault="00000000">
            <w:pPr>
              <w:pStyle w:val="TableSmall"/>
              <w:keepLines/>
              <w:spacing w:after="0"/>
            </w:pPr>
            <w:r>
              <w:rPr>
                <w:sz w:val="19"/>
                <w:szCs w:val="19"/>
              </w:rPr>
              <w:t>Other lots / shipments</w:t>
            </w:r>
          </w:p>
        </w:tc>
        <w:tc>
          <w:tcPr>
            <w:tcW w:w="388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864935D"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57603BF"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7A6943" w14:textId="77777777" w:rsidR="007F646A" w:rsidRDefault="007F646A">
            <w:pPr>
              <w:pStyle w:val="TableSmall"/>
              <w:keepLines/>
              <w:spacing w:after="0"/>
            </w:pPr>
          </w:p>
        </w:tc>
        <w:tc>
          <w:tcPr>
            <w:tcW w:w="30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2515FE"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C9856A" w14:textId="77777777" w:rsidR="007F646A" w:rsidRDefault="007F646A">
            <w:pPr>
              <w:pStyle w:val="TableSmall"/>
              <w:keepLines/>
              <w:spacing w:after="0"/>
            </w:pPr>
          </w:p>
        </w:tc>
      </w:tr>
      <w:tr w:rsidR="007F646A" w14:paraId="67D60156" w14:textId="77777777">
        <w:trPr>
          <w:cantSplit/>
          <w:jc w:val="center"/>
        </w:trPr>
        <w:tc>
          <w:tcPr>
            <w:tcW w:w="180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82C01B" w14:textId="77777777" w:rsidR="007F646A" w:rsidRDefault="00000000">
            <w:pPr>
              <w:pStyle w:val="TableSmall"/>
              <w:keepLines/>
              <w:spacing w:after="0"/>
            </w:pPr>
            <w:r>
              <w:rPr>
                <w:sz w:val="19"/>
                <w:szCs w:val="19"/>
              </w:rPr>
              <w:t>Process / control plan</w:t>
            </w:r>
          </w:p>
        </w:tc>
        <w:tc>
          <w:tcPr>
            <w:tcW w:w="388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8108B80"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DC4701C"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40DCE5F" w14:textId="77777777" w:rsidR="007F646A" w:rsidRDefault="007F646A">
            <w:pPr>
              <w:pStyle w:val="TableSmall"/>
              <w:keepLines/>
              <w:spacing w:after="0"/>
            </w:pPr>
          </w:p>
        </w:tc>
        <w:tc>
          <w:tcPr>
            <w:tcW w:w="30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B2D114"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0BB972" w14:textId="77777777" w:rsidR="007F646A" w:rsidRDefault="007F646A">
            <w:pPr>
              <w:pStyle w:val="TableSmall"/>
              <w:keepLines/>
              <w:spacing w:after="0"/>
            </w:pPr>
          </w:p>
        </w:tc>
      </w:tr>
      <w:tr w:rsidR="007F646A" w14:paraId="5AA86F92" w14:textId="77777777">
        <w:trPr>
          <w:cantSplit/>
          <w:jc w:val="center"/>
        </w:trPr>
        <w:tc>
          <w:tcPr>
            <w:tcW w:w="180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7FE1F8E" w14:textId="77777777" w:rsidR="007F646A" w:rsidRDefault="00000000">
            <w:pPr>
              <w:pStyle w:val="TableSmall"/>
              <w:keepLines/>
              <w:spacing w:after="0"/>
            </w:pPr>
            <w:r>
              <w:rPr>
                <w:sz w:val="19"/>
                <w:szCs w:val="19"/>
              </w:rPr>
              <w:t>Training / communication</w:t>
            </w:r>
          </w:p>
        </w:tc>
        <w:tc>
          <w:tcPr>
            <w:tcW w:w="388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B0D3FDD"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57BA62"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9604D0" w14:textId="77777777" w:rsidR="007F646A" w:rsidRDefault="007F646A">
            <w:pPr>
              <w:pStyle w:val="TableSmall"/>
              <w:keepLines/>
              <w:spacing w:after="0"/>
            </w:pPr>
          </w:p>
        </w:tc>
        <w:tc>
          <w:tcPr>
            <w:tcW w:w="30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4376C8" w14:textId="77777777" w:rsidR="007F646A" w:rsidRDefault="007F646A">
            <w:pPr>
              <w:pStyle w:val="TableSmall"/>
              <w:keepLines/>
              <w:spacing w:after="0"/>
            </w:pPr>
          </w:p>
        </w:tc>
        <w:tc>
          <w:tcPr>
            <w:tcW w:w="12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3309A9D" w14:textId="77777777" w:rsidR="007F646A" w:rsidRDefault="007F646A">
            <w:pPr>
              <w:pStyle w:val="TableSmall"/>
              <w:keepLines/>
              <w:spacing w:after="0"/>
            </w:pPr>
          </w:p>
        </w:tc>
      </w:tr>
    </w:tbl>
    <w:p w14:paraId="0ACD1B85" w14:textId="77777777" w:rsidR="007F646A" w:rsidRDefault="007F646A">
      <w:pPr>
        <w:spacing w:after="40"/>
      </w:pPr>
    </w:p>
    <w:p w14:paraId="79A56ADF" w14:textId="77777777" w:rsidR="007F646A" w:rsidRDefault="007F646A">
      <w:pPr>
        <w:sectPr w:rsidR="007F646A">
          <w:footerReference w:type="default" r:id="rId13"/>
          <w:pgSz w:w="15840" w:h="12240" w:orient="landscape"/>
          <w:pgMar w:top="648" w:right="648" w:bottom="648" w:left="648" w:header="432" w:footer="432" w:gutter="0"/>
          <w:cols w:space="720"/>
          <w:docGrid w:linePitch="360"/>
        </w:sectPr>
      </w:pPr>
    </w:p>
    <w:p w14:paraId="5A01D7A2" w14:textId="77777777" w:rsidR="007F646A" w:rsidRDefault="00000000">
      <w:pPr>
        <w:pStyle w:val="Heading1"/>
        <w:shd w:val="clear" w:color="auto" w:fill="17365D"/>
      </w:pPr>
      <w:r>
        <w:rPr>
          <w:rFonts w:ascii="Arial" w:hAnsi="Arial" w:cs="Arial"/>
        </w:rPr>
        <w:lastRenderedPageBreak/>
        <w:t>10. Supplier Correction / Product Action</w:t>
      </w:r>
    </w:p>
    <w:tbl>
      <w:tblPr>
        <w:tblW w:w="10656" w:type="dxa"/>
        <w:jc w:val="center"/>
        <w:tblLayout w:type="fixed"/>
        <w:tblLook w:val="04A0" w:firstRow="1" w:lastRow="0" w:firstColumn="1" w:lastColumn="0" w:noHBand="0" w:noVBand="1"/>
      </w:tblPr>
      <w:tblGrid>
        <w:gridCol w:w="10656"/>
      </w:tblGrid>
      <w:tr w:rsidR="007F646A" w14:paraId="6D4E276A"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13BA4DFA" w14:textId="77777777" w:rsidR="007F646A" w:rsidRDefault="00000000">
            <w:pPr>
              <w:pStyle w:val="Guidance"/>
              <w:keepLines/>
              <w:spacing w:after="0"/>
            </w:pPr>
            <w:r>
              <w:rPr>
                <w:b/>
                <w:color w:val="2D3748"/>
                <w:sz w:val="19"/>
                <w:szCs w:val="19"/>
              </w:rPr>
              <w:t xml:space="preserve">Guidance: </w:t>
            </w:r>
            <w:r>
              <w:rPr>
                <w:color w:val="2D3748"/>
                <w:sz w:val="19"/>
                <w:szCs w:val="19"/>
              </w:rPr>
              <w:t>Correction deals with the affected product. Corrective action deals with the supplier process cause. Section 7 records your internal disposition decision; this section records the supplier's confirmed correction action on the affected product. If an NCR is the primary product control record, reference it here rather than re-entering all quantities.</w:t>
            </w:r>
          </w:p>
        </w:tc>
      </w:tr>
    </w:tbl>
    <w:p w14:paraId="6A4B052B"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33B45A8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B121F9B" w14:textId="77777777" w:rsidR="007F646A" w:rsidRDefault="00000000">
            <w:pPr>
              <w:pStyle w:val="TableText"/>
              <w:keepLines/>
              <w:spacing w:after="0"/>
            </w:pPr>
            <w:r>
              <w:rPr>
                <w:b/>
                <w:color w:val="17365D"/>
                <w:sz w:val="19"/>
                <w:szCs w:val="19"/>
              </w:rPr>
              <w:t>Action taken on affected product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53671B"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7A762EE" w14:textId="77777777" w:rsidR="007F646A" w:rsidRDefault="00000000">
            <w:pPr>
              <w:pStyle w:val="TableText"/>
              <w:keepLines/>
              <w:spacing w:after="0"/>
            </w:pPr>
            <w:r>
              <w:rPr>
                <w:b/>
                <w:color w:val="17365D"/>
                <w:sz w:val="19"/>
                <w:szCs w:val="19"/>
              </w:rPr>
              <w:t>Sort / inspection method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8B226C" w14:textId="77777777" w:rsidR="007F646A" w:rsidRDefault="007F646A">
            <w:pPr>
              <w:pStyle w:val="TableText"/>
              <w:keepLines/>
              <w:spacing w:after="0"/>
            </w:pPr>
          </w:p>
        </w:tc>
      </w:tr>
      <w:tr w:rsidR="007F646A" w14:paraId="207DD643"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901F052" w14:textId="77777777" w:rsidR="007F646A" w:rsidRDefault="00000000">
            <w:pPr>
              <w:pStyle w:val="TableText"/>
              <w:keepLines/>
              <w:spacing w:after="0"/>
            </w:pPr>
            <w:r>
              <w:rPr>
                <w:b/>
                <w:color w:val="17365D"/>
                <w:sz w:val="19"/>
                <w:szCs w:val="19"/>
              </w:rPr>
              <w:t>Rework / repair instruction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6D3642"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AC74BDB" w14:textId="77777777" w:rsidR="007F646A" w:rsidRDefault="00000000">
            <w:pPr>
              <w:pStyle w:val="TableText"/>
              <w:keepLines/>
              <w:spacing w:after="0"/>
            </w:pPr>
            <w:r>
              <w:rPr>
                <w:b/>
                <w:color w:val="17365D"/>
                <w:sz w:val="19"/>
                <w:szCs w:val="19"/>
              </w:rPr>
              <w:t>Quantity sorted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AB5EE25" w14:textId="77777777" w:rsidR="007F646A" w:rsidRDefault="007F646A">
            <w:pPr>
              <w:pStyle w:val="TableText"/>
              <w:keepLines/>
              <w:spacing w:after="0"/>
            </w:pPr>
          </w:p>
        </w:tc>
      </w:tr>
      <w:tr w:rsidR="007F646A" w14:paraId="3F1553EE"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691937F" w14:textId="77777777" w:rsidR="007F646A" w:rsidRDefault="00000000">
            <w:pPr>
              <w:pStyle w:val="TableText"/>
              <w:keepLines/>
              <w:spacing w:after="0"/>
            </w:pPr>
            <w:r>
              <w:rPr>
                <w:b/>
                <w:color w:val="17365D"/>
                <w:sz w:val="19"/>
                <w:szCs w:val="19"/>
              </w:rPr>
              <w:t>Quantity reworked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9D429B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B51C66D" w14:textId="77777777" w:rsidR="007F646A" w:rsidRDefault="00000000">
            <w:pPr>
              <w:pStyle w:val="TableText"/>
              <w:keepLines/>
              <w:spacing w:after="0"/>
            </w:pPr>
            <w:r>
              <w:rPr>
                <w:b/>
                <w:color w:val="17365D"/>
                <w:sz w:val="19"/>
                <w:szCs w:val="19"/>
              </w:rPr>
              <w:t>Quantity repaired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B35EEC1" w14:textId="77777777" w:rsidR="007F646A" w:rsidRDefault="007F646A">
            <w:pPr>
              <w:pStyle w:val="TableText"/>
              <w:keepLines/>
              <w:spacing w:after="0"/>
            </w:pPr>
          </w:p>
        </w:tc>
      </w:tr>
      <w:tr w:rsidR="007F646A" w14:paraId="0FB747F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41A7EE" w14:textId="77777777" w:rsidR="007F646A" w:rsidRDefault="00000000">
            <w:pPr>
              <w:pStyle w:val="TableText"/>
              <w:keepLines/>
              <w:spacing w:after="0"/>
            </w:pPr>
            <w:r>
              <w:rPr>
                <w:b/>
                <w:color w:val="17365D"/>
                <w:sz w:val="19"/>
                <w:szCs w:val="19"/>
              </w:rPr>
              <w:t>Quantity scrapped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D42076"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EE4841" w14:textId="77777777" w:rsidR="007F646A" w:rsidRDefault="00000000">
            <w:pPr>
              <w:pStyle w:val="TableText"/>
              <w:keepLines/>
              <w:spacing w:after="0"/>
            </w:pPr>
            <w:r>
              <w:rPr>
                <w:b/>
                <w:color w:val="17365D"/>
                <w:sz w:val="19"/>
                <w:szCs w:val="19"/>
              </w:rPr>
              <w:t>Quantity returned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D56A2FB" w14:textId="77777777" w:rsidR="007F646A" w:rsidRDefault="007F646A">
            <w:pPr>
              <w:pStyle w:val="TableText"/>
              <w:keepLines/>
              <w:spacing w:after="0"/>
            </w:pPr>
          </w:p>
        </w:tc>
      </w:tr>
      <w:tr w:rsidR="007F646A" w14:paraId="69539FC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5505481" w14:textId="77777777" w:rsidR="007F646A" w:rsidRDefault="00000000">
            <w:pPr>
              <w:pStyle w:val="TableText"/>
              <w:keepLines/>
              <w:spacing w:after="0"/>
            </w:pPr>
            <w:r>
              <w:rPr>
                <w:b/>
                <w:color w:val="17365D"/>
                <w:sz w:val="19"/>
                <w:szCs w:val="19"/>
              </w:rPr>
              <w:t>Quantity replaced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5C68BD0"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CEE982E" w14:textId="77777777" w:rsidR="007F646A" w:rsidRDefault="00000000">
            <w:pPr>
              <w:pStyle w:val="TableText"/>
              <w:keepLines/>
              <w:spacing w:after="0"/>
            </w:pPr>
            <w:r>
              <w:rPr>
                <w:b/>
                <w:color w:val="17365D"/>
                <w:sz w:val="19"/>
                <w:szCs w:val="19"/>
              </w:rPr>
              <w:t>Quantity released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511306" w14:textId="77777777" w:rsidR="007F646A" w:rsidRDefault="007F646A">
            <w:pPr>
              <w:pStyle w:val="TableText"/>
              <w:keepLines/>
              <w:spacing w:after="0"/>
            </w:pPr>
          </w:p>
        </w:tc>
      </w:tr>
      <w:tr w:rsidR="007F646A" w14:paraId="2A1BE6B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246908" w14:textId="77777777" w:rsidR="007F646A" w:rsidRDefault="00000000">
            <w:pPr>
              <w:pStyle w:val="TableText"/>
              <w:keepLines/>
              <w:spacing w:after="0"/>
            </w:pPr>
            <w:r>
              <w:rPr>
                <w:b/>
                <w:color w:val="17365D"/>
                <w:sz w:val="19"/>
                <w:szCs w:val="19"/>
              </w:rPr>
              <w:t>Completion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DE4168"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4800307" w14:textId="77777777" w:rsidR="007F646A" w:rsidRDefault="00000000">
            <w:pPr>
              <w:pStyle w:val="TableText"/>
              <w:keepLines/>
              <w:spacing w:after="0"/>
            </w:pPr>
            <w:r>
              <w:rPr>
                <w:b/>
                <w:color w:val="17365D"/>
                <w:sz w:val="19"/>
                <w:szCs w:val="19"/>
              </w:rPr>
              <w:t>Evidence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E0111FD" w14:textId="77777777" w:rsidR="007F646A" w:rsidRDefault="007F646A">
            <w:pPr>
              <w:pStyle w:val="TableText"/>
              <w:keepLines/>
              <w:spacing w:after="0"/>
            </w:pPr>
          </w:p>
        </w:tc>
      </w:tr>
      <w:tr w:rsidR="007F646A" w14:paraId="5AFFD14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B6E98C1" w14:textId="77777777" w:rsidR="007F646A" w:rsidRDefault="00000000">
            <w:pPr>
              <w:pStyle w:val="TableText"/>
              <w:keepLines/>
              <w:spacing w:after="0"/>
            </w:pPr>
            <w:r>
              <w:rPr>
                <w:b/>
                <w:color w:val="17365D"/>
                <w:sz w:val="19"/>
                <w:szCs w:val="19"/>
              </w:rPr>
              <w:t>Verification result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E6E647"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11CF42E" w14:textId="77777777" w:rsidR="007F646A" w:rsidRDefault="00000000">
            <w:pPr>
              <w:pStyle w:val="TableText"/>
              <w:keepLines/>
              <w:spacing w:after="0"/>
            </w:pPr>
            <w:r>
              <w:rPr>
                <w:b/>
                <w:color w:val="17365D"/>
                <w:sz w:val="19"/>
                <w:szCs w:val="19"/>
              </w:rPr>
              <w:t>Notes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D06001" w14:textId="77777777" w:rsidR="007F646A" w:rsidRDefault="007F646A">
            <w:pPr>
              <w:pStyle w:val="TableText"/>
              <w:keepLines/>
              <w:spacing w:after="0"/>
            </w:pPr>
          </w:p>
        </w:tc>
      </w:tr>
    </w:tbl>
    <w:p w14:paraId="230CF64D" w14:textId="77777777" w:rsidR="007F646A" w:rsidRDefault="007F646A">
      <w:pPr>
        <w:spacing w:after="40"/>
      </w:pPr>
    </w:p>
    <w:p w14:paraId="4351A976" w14:textId="77777777" w:rsidR="007F646A" w:rsidRDefault="007F646A">
      <w:pPr>
        <w:sectPr w:rsidR="007F646A">
          <w:footerReference w:type="default" r:id="rId14"/>
          <w:pgSz w:w="12240" w:h="15840"/>
          <w:pgMar w:top="792" w:right="792" w:bottom="792" w:left="792" w:header="432" w:footer="432" w:gutter="0"/>
          <w:cols w:space="720"/>
          <w:docGrid w:linePitch="360"/>
        </w:sectPr>
      </w:pPr>
    </w:p>
    <w:p w14:paraId="2EDEE444" w14:textId="6A26FA3F" w:rsidR="007F646A" w:rsidRDefault="00000000">
      <w:pPr>
        <w:pStyle w:val="Heading1"/>
        <w:shd w:val="clear" w:color="auto" w:fill="17365D"/>
      </w:pPr>
      <w:r>
        <w:rPr>
          <w:rFonts w:ascii="Arial" w:hAnsi="Arial" w:cs="Arial"/>
        </w:rPr>
        <w:lastRenderedPageBreak/>
        <w:t>11. Evidence / Attachments Log</w:t>
      </w:r>
      <w:r w:rsidR="00C8148C">
        <w:rPr>
          <w:rFonts w:ascii="Arial" w:hAnsi="Arial" w:cs="Arial"/>
        </w:rPr>
        <w:t xml:space="preserve"> </w:t>
      </w:r>
      <w:r w:rsidR="00C8148C" w:rsidRPr="00C8148C">
        <w:rPr>
          <w:rFonts w:ascii="Arial" w:hAnsi="Arial" w:cs="Arial"/>
          <w:color w:val="002060"/>
        </w:rPr>
        <w:t>© 8Dflow.com - For internal adaptation only.</w:t>
      </w:r>
    </w:p>
    <w:tbl>
      <w:tblPr>
        <w:tblW w:w="14544" w:type="dxa"/>
        <w:jc w:val="center"/>
        <w:tblLayout w:type="fixed"/>
        <w:tblLook w:val="04A0" w:firstRow="1" w:lastRow="0" w:firstColumn="1" w:lastColumn="0" w:noHBand="0" w:noVBand="1"/>
      </w:tblPr>
      <w:tblGrid>
        <w:gridCol w:w="14544"/>
      </w:tblGrid>
      <w:tr w:rsidR="007F646A" w14:paraId="54BEB2C3" w14:textId="77777777">
        <w:trPr>
          <w:cantSplit/>
          <w:jc w:val="center"/>
        </w:trPr>
        <w:tc>
          <w:tcPr>
            <w:tcW w:w="14544"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7E7DAB9" w14:textId="77777777" w:rsidR="007F646A" w:rsidRDefault="00000000">
            <w:pPr>
              <w:pStyle w:val="Guidance"/>
              <w:keepLines/>
              <w:spacing w:after="0"/>
            </w:pPr>
            <w:r>
              <w:rPr>
                <w:b/>
                <w:color w:val="2D3748"/>
                <w:sz w:val="19"/>
                <w:szCs w:val="19"/>
              </w:rPr>
              <w:t xml:space="preserve">Guidance: </w:t>
            </w:r>
            <w:r>
              <w:rPr>
                <w:color w:val="2D3748"/>
                <w:sz w:val="19"/>
                <w:szCs w:val="19"/>
              </w:rPr>
              <w:t>Keep objective evidence / OQE linked to the SCAR record. Archive or attach supplier evidence directly to the master quality record so it can be reviewed later.</w:t>
            </w:r>
          </w:p>
        </w:tc>
      </w:tr>
    </w:tbl>
    <w:p w14:paraId="32DCCE96" w14:textId="77777777" w:rsidR="007F646A" w:rsidRDefault="007F646A">
      <w:pPr>
        <w:spacing w:after="20"/>
      </w:pPr>
    </w:p>
    <w:tbl>
      <w:tblPr>
        <w:tblW w:w="14544" w:type="dxa"/>
        <w:jc w:val="center"/>
        <w:tblLayout w:type="fixed"/>
        <w:tblLook w:val="04A0" w:firstRow="1" w:lastRow="0" w:firstColumn="1" w:lastColumn="0" w:noHBand="0" w:noVBand="1"/>
      </w:tblPr>
      <w:tblGrid>
        <w:gridCol w:w="956"/>
        <w:gridCol w:w="1968"/>
        <w:gridCol w:w="1968"/>
        <w:gridCol w:w="2440"/>
        <w:gridCol w:w="2171"/>
        <w:gridCol w:w="1092"/>
        <w:gridCol w:w="1092"/>
        <w:gridCol w:w="1496"/>
        <w:gridCol w:w="1361"/>
      </w:tblGrid>
      <w:tr w:rsidR="007F646A" w14:paraId="428BB06A" w14:textId="77777777">
        <w:trPr>
          <w:cantSplit/>
          <w:tblHeader/>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BEE31F9" w14:textId="77777777" w:rsidR="007F646A" w:rsidRDefault="00000000">
            <w:pPr>
              <w:pStyle w:val="TableSmall"/>
              <w:keepLines/>
              <w:spacing w:after="0"/>
            </w:pPr>
            <w:r>
              <w:rPr>
                <w:b/>
                <w:color w:val="FFFFFF"/>
                <w:sz w:val="19"/>
                <w:szCs w:val="19"/>
              </w:rPr>
              <w:t>Evidence ID</w:t>
            </w:r>
          </w:p>
        </w:tc>
        <w:tc>
          <w:tcPr>
            <w:tcW w:w="208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C00035C" w14:textId="77777777" w:rsidR="007F646A" w:rsidRDefault="00000000">
            <w:pPr>
              <w:pStyle w:val="TableSmall"/>
              <w:keepLines/>
              <w:spacing w:after="0"/>
            </w:pPr>
            <w:r>
              <w:rPr>
                <w:b/>
                <w:color w:val="FFFFFF"/>
                <w:sz w:val="19"/>
                <w:szCs w:val="19"/>
              </w:rPr>
              <w:t>Evidence type</w:t>
            </w:r>
          </w:p>
        </w:tc>
        <w:tc>
          <w:tcPr>
            <w:tcW w:w="208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78DBB77" w14:textId="77777777" w:rsidR="007F646A" w:rsidRDefault="00000000">
            <w:pPr>
              <w:pStyle w:val="TableSmall"/>
              <w:keepLines/>
              <w:spacing w:after="0"/>
            </w:pPr>
            <w:r>
              <w:rPr>
                <w:b/>
                <w:color w:val="FFFFFF"/>
                <w:sz w:val="19"/>
                <w:szCs w:val="19"/>
              </w:rPr>
              <w:t>Evidence supports</w:t>
            </w:r>
          </w:p>
        </w:tc>
        <w:tc>
          <w:tcPr>
            <w:tcW w:w="259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35D6BF1" w14:textId="77777777" w:rsidR="007F646A" w:rsidRDefault="00000000">
            <w:pPr>
              <w:pStyle w:val="TableSmall"/>
              <w:keepLines/>
              <w:spacing w:after="0"/>
            </w:pPr>
            <w:r>
              <w:rPr>
                <w:b/>
                <w:color w:val="FFFFFF"/>
                <w:sz w:val="19"/>
                <w:szCs w:val="19"/>
              </w:rPr>
              <w:t>What the evidence shows</w:t>
            </w:r>
          </w:p>
        </w:tc>
        <w:tc>
          <w:tcPr>
            <w:tcW w:w="230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202E0BC" w14:textId="77777777" w:rsidR="007F646A" w:rsidRDefault="00000000">
            <w:pPr>
              <w:pStyle w:val="TableSmall"/>
              <w:keepLines/>
              <w:spacing w:after="0"/>
            </w:pPr>
            <w:r>
              <w:rPr>
                <w:b/>
                <w:color w:val="FFFFFF"/>
                <w:sz w:val="19"/>
                <w:szCs w:val="19"/>
              </w:rPr>
              <w:t>File name / link / location</w:t>
            </w:r>
          </w:p>
        </w:tc>
        <w:tc>
          <w:tcPr>
            <w:tcW w:w="115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3743A28" w14:textId="77777777" w:rsidR="007F646A" w:rsidRDefault="00000000">
            <w:pPr>
              <w:pStyle w:val="TableSmall"/>
              <w:keepLines/>
              <w:spacing w:after="0"/>
            </w:pPr>
            <w:r>
              <w:rPr>
                <w:b/>
                <w:color w:val="FFFFFF"/>
                <w:sz w:val="19"/>
                <w:szCs w:val="19"/>
              </w:rPr>
              <w:t>Owner</w:t>
            </w:r>
          </w:p>
        </w:tc>
        <w:tc>
          <w:tcPr>
            <w:tcW w:w="115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CE7CA4C" w14:textId="77777777" w:rsidR="007F646A" w:rsidRDefault="00000000">
            <w:pPr>
              <w:pStyle w:val="TableSmall"/>
              <w:keepLines/>
              <w:spacing w:after="0"/>
            </w:pPr>
            <w:r>
              <w:rPr>
                <w:b/>
                <w:color w:val="FFFFFF"/>
                <w:sz w:val="19"/>
                <w:szCs w:val="19"/>
              </w:rPr>
              <w:t>Date added</w:t>
            </w:r>
          </w:p>
        </w:tc>
        <w:tc>
          <w:tcPr>
            <w:tcW w:w="158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348C78A" w14:textId="77777777" w:rsidR="007F646A" w:rsidRDefault="00000000">
            <w:pPr>
              <w:pStyle w:val="TableSmall"/>
              <w:keepLines/>
              <w:spacing w:after="0"/>
            </w:pPr>
            <w:r>
              <w:rPr>
                <w:b/>
                <w:color w:val="FFFFFF"/>
                <w:sz w:val="19"/>
                <w:szCs w:val="19"/>
              </w:rPr>
              <w:t>Review / approval status</w:t>
            </w:r>
          </w:p>
        </w:tc>
        <w:tc>
          <w:tcPr>
            <w:tcW w:w="1440"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A1BAB68" w14:textId="77777777" w:rsidR="007F646A" w:rsidRDefault="00000000">
            <w:pPr>
              <w:pStyle w:val="TableSmall"/>
              <w:keepLines/>
              <w:spacing w:after="0"/>
            </w:pPr>
            <w:r>
              <w:rPr>
                <w:b/>
                <w:color w:val="FFFFFF"/>
                <w:sz w:val="19"/>
                <w:szCs w:val="19"/>
              </w:rPr>
              <w:t>Notes</w:t>
            </w:r>
          </w:p>
        </w:tc>
      </w:tr>
      <w:tr w:rsidR="007F646A" w14:paraId="17EC0AA3"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3FBA11D" w14:textId="77777777" w:rsidR="007F646A" w:rsidRDefault="00000000">
            <w:pPr>
              <w:pStyle w:val="TableSmall"/>
              <w:keepLines/>
              <w:spacing w:after="0"/>
            </w:pPr>
            <w:r>
              <w:rPr>
                <w:sz w:val="19"/>
                <w:szCs w:val="19"/>
              </w:rPr>
              <w:t>E-1</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7607767" w14:textId="77777777" w:rsidR="007F646A" w:rsidRDefault="00000000">
            <w:pPr>
              <w:pStyle w:val="TableSmall"/>
              <w:keepLines/>
              <w:spacing w:after="0"/>
            </w:pPr>
            <w:r>
              <w:rPr>
                <w:sz w:val="19"/>
                <w:szCs w:val="19"/>
              </w:rPr>
              <w:t>Photo / inspection result / test report / supplier response / containment record / objective evidence / OQE / other</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D18826" w14:textId="77777777" w:rsidR="007F646A" w:rsidRDefault="00000000">
            <w:pPr>
              <w:pStyle w:val="TableSmall"/>
              <w:keepLines/>
              <w:spacing w:after="0"/>
            </w:pPr>
            <w:r>
              <w:rPr>
                <w:sz w:val="19"/>
                <w:szCs w:val="19"/>
              </w:rPr>
              <w:t>Nonconformance / containment / root cause / corrective action / product correction / verification / approval / closure</w:t>
            </w: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6122EC"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85A128"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1846B2D"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10698D"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AE15A5"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1814976" w14:textId="77777777" w:rsidR="007F646A" w:rsidRDefault="007F646A">
            <w:pPr>
              <w:pStyle w:val="TableSmall"/>
              <w:keepLines/>
              <w:spacing w:after="0"/>
            </w:pPr>
          </w:p>
        </w:tc>
      </w:tr>
      <w:tr w:rsidR="007F646A" w14:paraId="40317AF6"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60CFBA" w14:textId="77777777" w:rsidR="007F646A" w:rsidRDefault="00000000">
            <w:pPr>
              <w:pStyle w:val="TableSmall"/>
              <w:keepLines/>
              <w:spacing w:after="0"/>
            </w:pPr>
            <w:r>
              <w:rPr>
                <w:sz w:val="19"/>
                <w:szCs w:val="19"/>
              </w:rPr>
              <w:t>E-2</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E0DFB77" w14:textId="77777777" w:rsidR="007F646A" w:rsidRDefault="007F646A">
            <w:pPr>
              <w:pStyle w:val="TableSmall"/>
              <w:keepLines/>
              <w:spacing w:after="0"/>
            </w:pP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750FD2" w14:textId="77777777" w:rsidR="007F646A" w:rsidRDefault="007F646A">
            <w:pPr>
              <w:pStyle w:val="TableSmall"/>
              <w:keepLines/>
              <w:spacing w:after="0"/>
            </w:pP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AECD46B"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A9DBA5B"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02F259"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18307F"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709751D"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DED8D7" w14:textId="77777777" w:rsidR="007F646A" w:rsidRDefault="007F646A">
            <w:pPr>
              <w:pStyle w:val="TableSmall"/>
              <w:keepLines/>
              <w:spacing w:after="0"/>
            </w:pPr>
          </w:p>
        </w:tc>
      </w:tr>
      <w:tr w:rsidR="007F646A" w14:paraId="7C7AEBBC"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546F473" w14:textId="77777777" w:rsidR="007F646A" w:rsidRDefault="00000000">
            <w:pPr>
              <w:pStyle w:val="TableSmall"/>
              <w:keepLines/>
              <w:spacing w:after="0"/>
            </w:pPr>
            <w:r>
              <w:rPr>
                <w:sz w:val="19"/>
                <w:szCs w:val="19"/>
              </w:rPr>
              <w:t>E-3</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E1CCBC0" w14:textId="77777777" w:rsidR="007F646A" w:rsidRDefault="007F646A">
            <w:pPr>
              <w:pStyle w:val="TableSmall"/>
              <w:keepLines/>
              <w:spacing w:after="0"/>
            </w:pP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1C154C6" w14:textId="77777777" w:rsidR="007F646A" w:rsidRDefault="007F646A">
            <w:pPr>
              <w:pStyle w:val="TableSmall"/>
              <w:keepLines/>
              <w:spacing w:after="0"/>
            </w:pP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DE0978"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1E1CC1"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4201FE"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E5313A2"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252E0E"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164A0D5" w14:textId="77777777" w:rsidR="007F646A" w:rsidRDefault="007F646A">
            <w:pPr>
              <w:pStyle w:val="TableSmall"/>
              <w:keepLines/>
              <w:spacing w:after="0"/>
            </w:pPr>
          </w:p>
        </w:tc>
      </w:tr>
      <w:tr w:rsidR="007F646A" w14:paraId="6DAE7F72"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2B27BC4" w14:textId="77777777" w:rsidR="007F646A" w:rsidRDefault="00000000">
            <w:pPr>
              <w:pStyle w:val="TableSmall"/>
              <w:keepLines/>
              <w:spacing w:after="0"/>
            </w:pPr>
            <w:r>
              <w:rPr>
                <w:sz w:val="19"/>
                <w:szCs w:val="19"/>
              </w:rPr>
              <w:t>E-4</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42DA67" w14:textId="77777777" w:rsidR="007F646A" w:rsidRDefault="007F646A">
            <w:pPr>
              <w:pStyle w:val="TableSmall"/>
              <w:keepLines/>
              <w:spacing w:after="0"/>
            </w:pP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3C19734" w14:textId="77777777" w:rsidR="007F646A" w:rsidRDefault="007F646A">
            <w:pPr>
              <w:pStyle w:val="TableSmall"/>
              <w:keepLines/>
              <w:spacing w:after="0"/>
            </w:pP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D29468"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9456FC"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ED9EF64"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C1B442"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72D1528"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7915675" w14:textId="77777777" w:rsidR="007F646A" w:rsidRDefault="007F646A">
            <w:pPr>
              <w:pStyle w:val="TableSmall"/>
              <w:keepLines/>
              <w:spacing w:after="0"/>
            </w:pPr>
          </w:p>
        </w:tc>
      </w:tr>
      <w:tr w:rsidR="007F646A" w14:paraId="1705DB09"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5C3A6A" w14:textId="77777777" w:rsidR="007F646A" w:rsidRDefault="00000000">
            <w:pPr>
              <w:pStyle w:val="TableSmall"/>
              <w:keepLines/>
              <w:spacing w:after="0"/>
            </w:pPr>
            <w:r>
              <w:rPr>
                <w:sz w:val="19"/>
                <w:szCs w:val="19"/>
              </w:rPr>
              <w:t>E-5</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39D40B" w14:textId="77777777" w:rsidR="007F646A" w:rsidRDefault="007F646A">
            <w:pPr>
              <w:pStyle w:val="TableSmall"/>
              <w:keepLines/>
              <w:spacing w:after="0"/>
            </w:pP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88742E" w14:textId="77777777" w:rsidR="007F646A" w:rsidRDefault="007F646A">
            <w:pPr>
              <w:pStyle w:val="TableSmall"/>
              <w:keepLines/>
              <w:spacing w:after="0"/>
            </w:pP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5DDB571"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869ABF"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7EB8467"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143364B"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868AAD"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682E7DC" w14:textId="77777777" w:rsidR="007F646A" w:rsidRDefault="007F646A">
            <w:pPr>
              <w:pStyle w:val="TableSmall"/>
              <w:keepLines/>
              <w:spacing w:after="0"/>
            </w:pPr>
          </w:p>
        </w:tc>
      </w:tr>
      <w:tr w:rsidR="007F646A" w14:paraId="43C43A58" w14:textId="77777777">
        <w:trPr>
          <w:cantSplit/>
          <w:jc w:val="center"/>
        </w:trPr>
        <w:tc>
          <w:tcPr>
            <w:tcW w:w="1007"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6B0A257" w14:textId="77777777" w:rsidR="007F646A" w:rsidRDefault="00000000">
            <w:pPr>
              <w:pStyle w:val="TableSmall"/>
              <w:keepLines/>
              <w:spacing w:after="0"/>
            </w:pPr>
            <w:r>
              <w:rPr>
                <w:sz w:val="19"/>
                <w:szCs w:val="19"/>
              </w:rPr>
              <w:t>E-6</w:t>
            </w: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50B4AD" w14:textId="77777777" w:rsidR="007F646A" w:rsidRDefault="007F646A">
            <w:pPr>
              <w:pStyle w:val="TableSmall"/>
              <w:keepLines/>
              <w:spacing w:after="0"/>
            </w:pPr>
          </w:p>
        </w:tc>
        <w:tc>
          <w:tcPr>
            <w:tcW w:w="2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303F38" w14:textId="77777777" w:rsidR="007F646A" w:rsidRDefault="007F646A">
            <w:pPr>
              <w:pStyle w:val="TableSmall"/>
              <w:keepLines/>
              <w:spacing w:after="0"/>
            </w:pPr>
          </w:p>
        </w:tc>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5F6102C" w14:textId="77777777" w:rsidR="007F646A" w:rsidRDefault="007F646A">
            <w:pPr>
              <w:pStyle w:val="TableSmall"/>
              <w:keepLines/>
              <w:spacing w:after="0"/>
            </w:pPr>
          </w:p>
        </w:tc>
        <w:tc>
          <w:tcPr>
            <w:tcW w:w="230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BD7571A"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F3568AD" w14:textId="77777777" w:rsidR="007F646A" w:rsidRDefault="007F646A">
            <w:pPr>
              <w:pStyle w:val="TableSmall"/>
              <w:keepLines/>
              <w:spacing w:after="0"/>
            </w:pP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FD5B70" w14:textId="77777777" w:rsidR="007F646A" w:rsidRDefault="007F646A">
            <w:pPr>
              <w:pStyle w:val="TableSmall"/>
              <w:keepLines/>
              <w:spacing w:after="0"/>
            </w:pPr>
          </w:p>
        </w:tc>
        <w:tc>
          <w:tcPr>
            <w:tcW w:w="1584"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8A9A012" w14:textId="77777777" w:rsidR="007F646A" w:rsidRDefault="007F646A">
            <w:pPr>
              <w:pStyle w:val="TableSmall"/>
              <w:keepLines/>
              <w:spacing w:after="0"/>
            </w:pPr>
          </w:p>
        </w:tc>
        <w:tc>
          <w:tcPr>
            <w:tcW w:w="14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6E97DA" w14:textId="77777777" w:rsidR="007F646A" w:rsidRDefault="007F646A">
            <w:pPr>
              <w:pStyle w:val="TableSmall"/>
              <w:keepLines/>
              <w:spacing w:after="0"/>
            </w:pPr>
          </w:p>
        </w:tc>
      </w:tr>
    </w:tbl>
    <w:p w14:paraId="59FF2BFE" w14:textId="77777777" w:rsidR="007F646A" w:rsidRDefault="007F646A">
      <w:pPr>
        <w:spacing w:after="40"/>
      </w:pPr>
    </w:p>
    <w:p w14:paraId="2D4789F0" w14:textId="77777777" w:rsidR="007F646A" w:rsidRDefault="007F646A">
      <w:pPr>
        <w:sectPr w:rsidR="007F646A">
          <w:footerReference w:type="default" r:id="rId15"/>
          <w:pgSz w:w="15840" w:h="12240" w:orient="landscape"/>
          <w:pgMar w:top="648" w:right="648" w:bottom="648" w:left="648" w:header="432" w:footer="432" w:gutter="0"/>
          <w:cols w:space="720"/>
          <w:docGrid w:linePitch="360"/>
        </w:sectPr>
      </w:pPr>
    </w:p>
    <w:p w14:paraId="2C838DC9" w14:textId="77777777" w:rsidR="007F646A" w:rsidRDefault="00000000">
      <w:pPr>
        <w:pStyle w:val="Heading1"/>
        <w:shd w:val="clear" w:color="auto" w:fill="17365D"/>
      </w:pPr>
      <w:r>
        <w:rPr>
          <w:rFonts w:ascii="Arial" w:hAnsi="Arial" w:cs="Arial"/>
        </w:rPr>
        <w:lastRenderedPageBreak/>
        <w:t>12. Supplier Response Review</w:t>
      </w:r>
    </w:p>
    <w:tbl>
      <w:tblPr>
        <w:tblW w:w="10656" w:type="dxa"/>
        <w:jc w:val="center"/>
        <w:tblLayout w:type="fixed"/>
        <w:tblLook w:val="04A0" w:firstRow="1" w:lastRow="0" w:firstColumn="1" w:lastColumn="0" w:noHBand="0" w:noVBand="1"/>
      </w:tblPr>
      <w:tblGrid>
        <w:gridCol w:w="10656"/>
      </w:tblGrid>
      <w:tr w:rsidR="007F646A" w14:paraId="1EE00366"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4DE32A71" w14:textId="77777777" w:rsidR="007F646A" w:rsidRDefault="00000000">
            <w:pPr>
              <w:pStyle w:val="Guidance"/>
              <w:keepLines/>
              <w:spacing w:after="0"/>
            </w:pPr>
            <w:r>
              <w:rPr>
                <w:b/>
                <w:color w:val="2D3748"/>
                <w:sz w:val="19"/>
                <w:szCs w:val="19"/>
              </w:rPr>
              <w:t xml:space="preserve">Guidance: </w:t>
            </w:r>
            <w:r>
              <w:rPr>
                <w:color w:val="2D3748"/>
                <w:sz w:val="19"/>
                <w:szCs w:val="19"/>
              </w:rPr>
              <w:t>Reject supplier responses that do not clearly define the nonconformance, containment, root cause, extent of condition, corrective action, owner, due date, and objective evidence. If an extension is needed, record the reason, progress-to-date, evidence provided, and approved revised due date.</w:t>
            </w:r>
          </w:p>
        </w:tc>
      </w:tr>
    </w:tbl>
    <w:p w14:paraId="12EF2B70"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7CE6491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C6210D2" w14:textId="77777777" w:rsidR="007F646A" w:rsidRDefault="00000000">
            <w:pPr>
              <w:pStyle w:val="TableText"/>
              <w:keepLines/>
              <w:spacing w:after="0"/>
            </w:pPr>
            <w:r>
              <w:rPr>
                <w:b/>
                <w:color w:val="17365D"/>
                <w:sz w:val="19"/>
                <w:szCs w:val="19"/>
              </w:rPr>
              <w:t>Supplier response received?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2C3DC7" w14:textId="77777777" w:rsidR="007F646A" w:rsidRDefault="00000000">
            <w:pPr>
              <w:pStyle w:val="TableText"/>
              <w:keepLines/>
              <w:spacing w:after="0"/>
            </w:pPr>
            <w:r>
              <w:rPr>
                <w:sz w:val="19"/>
                <w:szCs w:val="19"/>
              </w:rPr>
              <w:t>Yes / No</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14ACDF1" w14:textId="77777777" w:rsidR="007F646A" w:rsidRDefault="00000000">
            <w:pPr>
              <w:pStyle w:val="TableText"/>
              <w:keepLines/>
              <w:spacing w:after="0"/>
            </w:pPr>
            <w:r>
              <w:rPr>
                <w:b/>
                <w:color w:val="17365D"/>
                <w:sz w:val="19"/>
                <w:szCs w:val="19"/>
              </w:rPr>
              <w:t>Response received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CB576F" w14:textId="77777777" w:rsidR="007F646A" w:rsidRDefault="007F646A">
            <w:pPr>
              <w:pStyle w:val="TableText"/>
              <w:keepLines/>
              <w:spacing w:after="0"/>
            </w:pPr>
          </w:p>
        </w:tc>
      </w:tr>
      <w:tr w:rsidR="007F646A" w14:paraId="43E5762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98DE1E0" w14:textId="77777777" w:rsidR="007F646A" w:rsidRDefault="00000000">
            <w:pPr>
              <w:pStyle w:val="TableText"/>
              <w:keepLines/>
              <w:spacing w:after="0"/>
            </w:pPr>
            <w:r>
              <w:rPr>
                <w:b/>
                <w:color w:val="17365D"/>
                <w:sz w:val="19"/>
                <w:szCs w:val="19"/>
              </w:rPr>
              <w:t>Response reviewed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1F19F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B34703A" w14:textId="77777777" w:rsidR="007F646A" w:rsidRDefault="00000000">
            <w:pPr>
              <w:pStyle w:val="TableText"/>
              <w:keepLines/>
              <w:spacing w:after="0"/>
            </w:pPr>
            <w:r>
              <w:rPr>
                <w:b/>
                <w:color w:val="17365D"/>
                <w:sz w:val="19"/>
                <w:szCs w:val="19"/>
              </w:rPr>
              <w:t>Response review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C223D5" w14:textId="77777777" w:rsidR="007F646A" w:rsidRDefault="007F646A">
            <w:pPr>
              <w:pStyle w:val="TableText"/>
              <w:keepLines/>
              <w:spacing w:after="0"/>
            </w:pPr>
          </w:p>
        </w:tc>
      </w:tr>
      <w:tr w:rsidR="007F646A" w14:paraId="7DC0C94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4F26C7D" w14:textId="77777777" w:rsidR="007F646A" w:rsidRDefault="00000000">
            <w:pPr>
              <w:pStyle w:val="TableText"/>
              <w:keepLines/>
              <w:spacing w:after="0"/>
            </w:pPr>
            <w:r>
              <w:rPr>
                <w:b/>
                <w:color w:val="17365D"/>
                <w:sz w:val="19"/>
                <w:szCs w:val="19"/>
              </w:rPr>
              <w:t>Response accepted?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38EBB2" w14:textId="77777777" w:rsidR="007F646A" w:rsidRDefault="00000000">
            <w:pPr>
              <w:pStyle w:val="TableText"/>
              <w:keepLines/>
              <w:spacing w:after="0"/>
            </w:pPr>
            <w:r>
              <w:rPr>
                <w:sz w:val="19"/>
                <w:szCs w:val="19"/>
              </w:rPr>
              <w:t>Accepted / Accepted with follow-up / Rejected-resubmission required / More evidence required / On hold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B70845" w14:textId="77777777" w:rsidR="007F646A" w:rsidRDefault="00000000">
            <w:pPr>
              <w:pStyle w:val="TableText"/>
              <w:keepLines/>
              <w:spacing w:after="0"/>
            </w:pPr>
            <w:r>
              <w:rPr>
                <w:b/>
                <w:color w:val="17365D"/>
                <w:sz w:val="19"/>
                <w:szCs w:val="19"/>
              </w:rPr>
              <w:t>Missing information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DC51B9B" w14:textId="77777777" w:rsidR="007F646A" w:rsidRDefault="007F646A">
            <w:pPr>
              <w:pStyle w:val="TableText"/>
              <w:keepLines/>
              <w:spacing w:after="0"/>
            </w:pPr>
          </w:p>
        </w:tc>
      </w:tr>
      <w:tr w:rsidR="007F646A" w14:paraId="6B0E4CA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F74718" w14:textId="77777777" w:rsidR="007F646A" w:rsidRDefault="00000000">
            <w:pPr>
              <w:pStyle w:val="TableText"/>
              <w:keepLines/>
              <w:spacing w:after="0"/>
            </w:pPr>
            <w:r>
              <w:rPr>
                <w:b/>
                <w:color w:val="17365D"/>
                <w:sz w:val="19"/>
                <w:szCs w:val="19"/>
              </w:rPr>
              <w:t>Resubmission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46F3F82"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AE42543" w14:textId="77777777" w:rsidR="007F646A" w:rsidRDefault="00000000">
            <w:pPr>
              <w:pStyle w:val="TableText"/>
              <w:keepLines/>
              <w:spacing w:after="0"/>
            </w:pPr>
            <w:r>
              <w:rPr>
                <w:b/>
                <w:color w:val="17365D"/>
                <w:sz w:val="19"/>
                <w:szCs w:val="19"/>
              </w:rPr>
              <w:t>Extension requested?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D76364E" w14:textId="77777777" w:rsidR="007F646A" w:rsidRDefault="00000000">
            <w:pPr>
              <w:pStyle w:val="TableText"/>
              <w:keepLines/>
              <w:spacing w:after="0"/>
            </w:pPr>
            <w:r>
              <w:rPr>
                <w:sz w:val="19"/>
                <w:szCs w:val="19"/>
              </w:rPr>
              <w:t>Yes / No</w:t>
            </w:r>
          </w:p>
        </w:tc>
      </w:tr>
      <w:tr w:rsidR="007F646A" w14:paraId="65AB38C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9FF931" w14:textId="77777777" w:rsidR="007F646A" w:rsidRDefault="00000000">
            <w:pPr>
              <w:pStyle w:val="TableText"/>
              <w:keepLines/>
              <w:spacing w:after="0"/>
            </w:pPr>
            <w:r>
              <w:rPr>
                <w:b/>
                <w:color w:val="17365D"/>
                <w:sz w:val="19"/>
                <w:szCs w:val="19"/>
              </w:rPr>
              <w:t>Extension justification &amp; production risk impact assessment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2781C6" w14:textId="77777777" w:rsidR="007F646A" w:rsidRDefault="00000000">
            <w:pPr>
              <w:pStyle w:val="TableText"/>
              <w:keepLines/>
              <w:spacing w:after="0"/>
            </w:pPr>
            <w:r>
              <w:rPr>
                <w:sz w:val="19"/>
                <w:szCs w:val="19"/>
              </w:rPr>
              <w:t>Include progress-to-date, available evidence, revised due date, and production impact</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AA72E1" w14:textId="77777777" w:rsidR="007F646A" w:rsidRDefault="00000000">
            <w:pPr>
              <w:pStyle w:val="TableText"/>
              <w:keepLines/>
              <w:spacing w:after="0"/>
            </w:pPr>
            <w:r>
              <w:rPr>
                <w:b/>
                <w:color w:val="17365D"/>
                <w:sz w:val="19"/>
                <w:szCs w:val="19"/>
              </w:rPr>
              <w:t>Approved revised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E05F596" w14:textId="77777777" w:rsidR="007F646A" w:rsidRDefault="007F646A">
            <w:pPr>
              <w:pStyle w:val="TableText"/>
              <w:keepLines/>
              <w:spacing w:after="0"/>
            </w:pPr>
          </w:p>
        </w:tc>
      </w:tr>
      <w:tr w:rsidR="007F646A" w14:paraId="2438CD5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AE40D2" w14:textId="77777777" w:rsidR="007F646A" w:rsidRDefault="00000000">
            <w:pPr>
              <w:pStyle w:val="TableText"/>
              <w:keepLines/>
              <w:spacing w:after="0"/>
            </w:pPr>
            <w:r>
              <w:rPr>
                <w:b/>
                <w:color w:val="17365D"/>
                <w:sz w:val="19"/>
                <w:szCs w:val="19"/>
              </w:rPr>
              <w:t>Review comments</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BF9B545"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5ABF102" w14:textId="77777777" w:rsidR="007F646A" w:rsidRDefault="00000000">
            <w:pPr>
              <w:pStyle w:val="TableText"/>
              <w:keepLines/>
              <w:spacing w:after="0"/>
            </w:pPr>
            <w:r>
              <w:rPr>
                <w:b/>
                <w:color w:val="17365D"/>
                <w:sz w:val="19"/>
                <w:szCs w:val="19"/>
              </w:rPr>
              <w:t>Review disposition owner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49A482" w14:textId="77777777" w:rsidR="007F646A" w:rsidRDefault="007F646A">
            <w:pPr>
              <w:pStyle w:val="TableText"/>
              <w:keepLines/>
              <w:spacing w:after="0"/>
            </w:pPr>
          </w:p>
        </w:tc>
      </w:tr>
    </w:tbl>
    <w:p w14:paraId="322A72B3" w14:textId="77777777" w:rsidR="007F646A" w:rsidRDefault="007F646A">
      <w:pPr>
        <w:spacing w:after="40"/>
      </w:pPr>
    </w:p>
    <w:p w14:paraId="217F1B11" w14:textId="77777777" w:rsidR="007F646A" w:rsidRDefault="00000000">
      <w:pPr>
        <w:pStyle w:val="Heading2"/>
        <w:pBdr>
          <w:bottom w:val="single" w:sz="4" w:space="1" w:color="CBD5E0"/>
        </w:pBdr>
      </w:pPr>
      <w:r>
        <w:rPr>
          <w:rFonts w:ascii="Arial" w:hAnsi="Arial" w:cs="Arial"/>
        </w:rPr>
        <w:t>Supplier response completeness checklist</w:t>
      </w: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7411CB4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3E0D14"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88910D" w14:textId="77777777" w:rsidR="007F646A" w:rsidRDefault="00000000">
            <w:pPr>
              <w:pStyle w:val="TableText"/>
              <w:keepLines/>
              <w:spacing w:after="0"/>
            </w:pPr>
            <w:r>
              <w:rPr>
                <w:sz w:val="19"/>
                <w:szCs w:val="19"/>
              </w:rPr>
              <w:t>Nonconformance confirmed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31A94B"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38689B" w14:textId="77777777" w:rsidR="007F646A" w:rsidRDefault="00000000">
            <w:pPr>
              <w:pStyle w:val="TableText"/>
              <w:keepLines/>
              <w:spacing w:after="0"/>
            </w:pPr>
            <w:r>
              <w:rPr>
                <w:sz w:val="19"/>
                <w:szCs w:val="19"/>
              </w:rPr>
              <w:t>Containment described</w:t>
            </w:r>
          </w:p>
        </w:tc>
      </w:tr>
      <w:tr w:rsidR="007F646A" w14:paraId="18D02E7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B0AC93"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9D96363" w14:textId="77777777" w:rsidR="007F646A" w:rsidRDefault="00000000">
            <w:pPr>
              <w:pStyle w:val="TableText"/>
              <w:keepLines/>
              <w:spacing w:after="0"/>
            </w:pPr>
            <w:r>
              <w:rPr>
                <w:sz w:val="19"/>
                <w:szCs w:val="19"/>
              </w:rPr>
              <w:t>Occurrence root cause with evidence</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C69A97"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257396" w14:textId="77777777" w:rsidR="007F646A" w:rsidRDefault="00000000">
            <w:pPr>
              <w:pStyle w:val="TableText"/>
              <w:keepLines/>
              <w:spacing w:after="0"/>
            </w:pPr>
            <w:r>
              <w:rPr>
                <w:sz w:val="19"/>
                <w:szCs w:val="19"/>
              </w:rPr>
              <w:t>Escape cause with evidence</w:t>
            </w:r>
          </w:p>
        </w:tc>
      </w:tr>
      <w:tr w:rsidR="007F646A" w14:paraId="70BA53D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5925C94"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AF63DBB" w14:textId="77777777" w:rsidR="007F646A" w:rsidRDefault="00000000">
            <w:pPr>
              <w:pStyle w:val="TableText"/>
              <w:keepLines/>
              <w:spacing w:after="0"/>
            </w:pPr>
            <w:r>
              <w:rPr>
                <w:sz w:val="19"/>
                <w:szCs w:val="19"/>
              </w:rPr>
              <w:t>Extent of condition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3AB0FF8"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905930" w14:textId="77777777" w:rsidR="007F646A" w:rsidRDefault="00000000">
            <w:pPr>
              <w:pStyle w:val="TableText"/>
              <w:keepLines/>
              <w:spacing w:after="0"/>
            </w:pPr>
            <w:r>
              <w:rPr>
                <w:sz w:val="19"/>
                <w:szCs w:val="19"/>
              </w:rPr>
              <w:t>Corrective actions include owners and due dates</w:t>
            </w:r>
          </w:p>
        </w:tc>
      </w:tr>
      <w:tr w:rsidR="007F646A" w14:paraId="1D8DD845"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2F2AEF"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78EE5C6" w14:textId="77777777" w:rsidR="007F646A" w:rsidRDefault="00000000">
            <w:pPr>
              <w:pStyle w:val="TableText"/>
              <w:keepLines/>
              <w:spacing w:after="0"/>
            </w:pPr>
            <w:r>
              <w:rPr>
                <w:sz w:val="19"/>
                <w:szCs w:val="19"/>
              </w:rPr>
              <w:t>Objective evidence attached or referenced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119354"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D4DD269" w14:textId="77777777" w:rsidR="007F646A" w:rsidRDefault="00000000">
            <w:pPr>
              <w:pStyle w:val="TableText"/>
              <w:keepLines/>
              <w:spacing w:after="0"/>
            </w:pPr>
            <w:r>
              <w:rPr>
                <w:sz w:val="19"/>
                <w:szCs w:val="19"/>
              </w:rPr>
              <w:t>Customer notification decision recorded, if applicable</w:t>
            </w:r>
          </w:p>
        </w:tc>
      </w:tr>
    </w:tbl>
    <w:p w14:paraId="65AE858A"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59EF36A3"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345DAFE" w14:textId="77777777" w:rsidR="007F646A" w:rsidRDefault="00000000">
            <w:pPr>
              <w:pStyle w:val="TableText"/>
              <w:keepLines/>
              <w:spacing w:after="0"/>
            </w:pPr>
            <w:r>
              <w:rPr>
                <w:b/>
                <w:color w:val="17365D"/>
                <w:sz w:val="19"/>
                <w:szCs w:val="19"/>
              </w:rPr>
              <w:t>Review comments / supplier resubmission instructions</w:t>
            </w:r>
          </w:p>
        </w:tc>
      </w:tr>
      <w:tr w:rsidR="007F646A" w14:paraId="551DBB2E"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0FE880" w14:textId="77777777" w:rsidR="007F646A" w:rsidRDefault="00000000">
            <w:pPr>
              <w:pStyle w:val="TableText"/>
              <w:keepLines/>
              <w:spacing w:after="0"/>
            </w:pPr>
            <w:r>
              <w:rPr>
                <w:i/>
                <w:color w:val="718096"/>
                <w:sz w:val="19"/>
                <w:szCs w:val="19"/>
              </w:rPr>
              <w:t>State exactly what is missing and what the supplier must resubmit.</w:t>
            </w:r>
          </w:p>
          <w:p w14:paraId="025755D0" w14:textId="77777777" w:rsidR="007F646A" w:rsidRDefault="007F646A">
            <w:pPr>
              <w:pStyle w:val="TableText"/>
              <w:keepLines/>
              <w:spacing w:after="0"/>
            </w:pPr>
          </w:p>
          <w:p w14:paraId="6B83C1D6" w14:textId="77777777" w:rsidR="007F646A" w:rsidRDefault="007F646A">
            <w:pPr>
              <w:pStyle w:val="TableText"/>
              <w:keepLines/>
              <w:spacing w:after="0"/>
            </w:pPr>
          </w:p>
          <w:p w14:paraId="38B00E34" w14:textId="77777777" w:rsidR="007F646A" w:rsidRDefault="007F646A">
            <w:pPr>
              <w:pStyle w:val="TableText"/>
              <w:keepLines/>
              <w:spacing w:after="0"/>
            </w:pPr>
          </w:p>
        </w:tc>
      </w:tr>
    </w:tbl>
    <w:p w14:paraId="70A2A8D4" w14:textId="3921904A" w:rsidR="001B3268" w:rsidRDefault="001B3268">
      <w:pPr>
        <w:spacing w:after="40"/>
      </w:pPr>
    </w:p>
    <w:p w14:paraId="57A93FD2" w14:textId="77777777" w:rsidR="001B3268" w:rsidRDefault="001B3268">
      <w:pPr>
        <w:spacing w:after="200" w:line="276" w:lineRule="auto"/>
      </w:pPr>
      <w:r>
        <w:br w:type="page"/>
      </w:r>
    </w:p>
    <w:p w14:paraId="224B2D9C" w14:textId="77777777" w:rsidR="007F646A" w:rsidRDefault="007F646A">
      <w:pPr>
        <w:spacing w:after="40"/>
      </w:pPr>
    </w:p>
    <w:p w14:paraId="2B33B40B" w14:textId="77777777" w:rsidR="007F646A" w:rsidRDefault="00000000">
      <w:pPr>
        <w:pStyle w:val="Heading1"/>
        <w:shd w:val="clear" w:color="auto" w:fill="17365D"/>
      </w:pPr>
      <w:r>
        <w:rPr>
          <w:rFonts w:ascii="Arial" w:hAnsi="Arial" w:cs="Arial"/>
        </w:rPr>
        <w:t>13. Verification and Effectiveness Check</w:t>
      </w:r>
    </w:p>
    <w:tbl>
      <w:tblPr>
        <w:tblW w:w="10656" w:type="dxa"/>
        <w:jc w:val="center"/>
        <w:tblLayout w:type="fixed"/>
        <w:tblLook w:val="04A0" w:firstRow="1" w:lastRow="0" w:firstColumn="1" w:lastColumn="0" w:noHBand="0" w:noVBand="1"/>
      </w:tblPr>
      <w:tblGrid>
        <w:gridCol w:w="10656"/>
      </w:tblGrid>
      <w:tr w:rsidR="007F646A" w14:paraId="7862EA73"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798EDA8A" w14:textId="77777777" w:rsidR="007F646A" w:rsidRDefault="00000000">
            <w:pPr>
              <w:pStyle w:val="Guidance"/>
              <w:keepLines/>
              <w:spacing w:after="0"/>
            </w:pPr>
            <w:r>
              <w:rPr>
                <w:b/>
                <w:color w:val="2D3748"/>
                <w:sz w:val="19"/>
                <w:szCs w:val="19"/>
              </w:rPr>
              <w:t xml:space="preserve">Guidance: </w:t>
            </w:r>
            <w:r>
              <w:rPr>
                <w:color w:val="2D3748"/>
                <w:sz w:val="19"/>
                <w:szCs w:val="19"/>
              </w:rPr>
              <w:t>Verification checks that the supplier completed the agreed actions. Effectiveness checks whether the actions reduced or removed recurrence risk over time.</w:t>
            </w:r>
          </w:p>
        </w:tc>
      </w:tr>
    </w:tbl>
    <w:p w14:paraId="05C9239C"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57D0628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67C575"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0ECC4D" w14:textId="77777777" w:rsidR="007F646A" w:rsidRDefault="00000000">
            <w:pPr>
              <w:pStyle w:val="TableText"/>
              <w:keepLines/>
              <w:spacing w:after="0"/>
            </w:pPr>
            <w:r>
              <w:rPr>
                <w:sz w:val="19"/>
                <w:szCs w:val="19"/>
              </w:rPr>
              <w:t>Containment verified? (Initials/Date: _____)</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AC0AC04"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941401" w14:textId="77777777" w:rsidR="007F646A" w:rsidRDefault="00000000">
            <w:pPr>
              <w:pStyle w:val="TableText"/>
              <w:keepLines/>
              <w:spacing w:after="0"/>
            </w:pPr>
            <w:r>
              <w:rPr>
                <w:sz w:val="19"/>
                <w:szCs w:val="19"/>
              </w:rPr>
              <w:t>Product action verified? (Initials/Date: _____)</w:t>
            </w:r>
          </w:p>
        </w:tc>
      </w:tr>
      <w:tr w:rsidR="007F646A" w14:paraId="10EDF60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617C2F"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E6036B" w14:textId="77777777" w:rsidR="007F646A" w:rsidRDefault="00000000">
            <w:pPr>
              <w:pStyle w:val="TableText"/>
              <w:keepLines/>
              <w:spacing w:after="0"/>
            </w:pPr>
            <w:r>
              <w:rPr>
                <w:sz w:val="19"/>
                <w:szCs w:val="19"/>
              </w:rPr>
              <w:t>Supplier corrective action evidence reviewed? (Initials/Date: _____)</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1E12E3"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9C76157" w14:textId="77777777" w:rsidR="007F646A" w:rsidRDefault="00000000">
            <w:pPr>
              <w:pStyle w:val="TableText"/>
              <w:keepLines/>
              <w:spacing w:after="0"/>
            </w:pPr>
            <w:r>
              <w:rPr>
                <w:sz w:val="19"/>
                <w:szCs w:val="19"/>
              </w:rPr>
              <w:t>Updated document / inspection / control evidence reviewed? (Initials/Date: _____)</w:t>
            </w:r>
          </w:p>
        </w:tc>
      </w:tr>
      <w:tr w:rsidR="007F646A" w14:paraId="5707C992"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404904A"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E201245" w14:textId="77777777" w:rsidR="007F646A" w:rsidRDefault="00000000">
            <w:pPr>
              <w:pStyle w:val="TableText"/>
              <w:keepLines/>
              <w:spacing w:after="0"/>
            </w:pPr>
            <w:r>
              <w:rPr>
                <w:sz w:val="19"/>
                <w:szCs w:val="19"/>
              </w:rPr>
              <w:t>Replacement / return / credit completed, if applicable? (Initials/Date: _____)</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699B0F" w14:textId="77777777" w:rsidR="007F646A" w:rsidRDefault="00000000">
            <w:pPr>
              <w:pStyle w:val="TableText"/>
              <w:keepLines/>
              <w:spacing w:after="0"/>
              <w:jc w:val="center"/>
            </w:pPr>
            <w:r>
              <w:rPr>
                <w:b/>
                <w:color w:val="17365D"/>
                <w:sz w:val="19"/>
                <w:szCs w:val="19"/>
              </w:rPr>
              <w: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6E7EEB" w14:textId="77777777" w:rsidR="007F646A" w:rsidRDefault="00000000">
            <w:pPr>
              <w:pStyle w:val="TableText"/>
              <w:keepLines/>
              <w:spacing w:after="0"/>
            </w:pPr>
            <w:r>
              <w:rPr>
                <w:sz w:val="19"/>
                <w:szCs w:val="19"/>
              </w:rPr>
              <w:t>Customer communication completed, if required? (Initials/Date: _____)</w:t>
            </w:r>
          </w:p>
        </w:tc>
      </w:tr>
    </w:tbl>
    <w:p w14:paraId="60CCDBD3" w14:textId="77777777" w:rsidR="007F646A" w:rsidRDefault="007F646A">
      <w:pPr>
        <w:spacing w:after="4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60C05068"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1A1C2C" w14:textId="77777777" w:rsidR="007F646A" w:rsidRDefault="00000000">
            <w:pPr>
              <w:pStyle w:val="TableText"/>
              <w:keepLines/>
              <w:spacing w:after="0"/>
            </w:pPr>
            <w:r>
              <w:rPr>
                <w:b/>
                <w:color w:val="17365D"/>
                <w:sz w:val="19"/>
                <w:szCs w:val="19"/>
              </w:rPr>
              <w:t>Verification method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B79AC1" w14:textId="77777777" w:rsidR="007F646A" w:rsidRDefault="00000000">
            <w:pPr>
              <w:pStyle w:val="TableText"/>
              <w:keepLines/>
              <w:spacing w:after="0"/>
            </w:pPr>
            <w:r>
              <w:rPr>
                <w:sz w:val="19"/>
                <w:szCs w:val="19"/>
              </w:rPr>
              <w:t>Record review / next shipment inspection / supplier evidence review / audit follow-up / other</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B89EA1" w14:textId="77777777" w:rsidR="007F646A" w:rsidRDefault="00000000">
            <w:pPr>
              <w:pStyle w:val="TableText"/>
              <w:keepLines/>
              <w:spacing w:after="0"/>
            </w:pPr>
            <w:r>
              <w:rPr>
                <w:b/>
                <w:color w:val="17365D"/>
                <w:sz w:val="19"/>
                <w:szCs w:val="19"/>
              </w:rPr>
              <w:t>Verification result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AA4907" w14:textId="77777777" w:rsidR="007F646A" w:rsidRDefault="00000000">
            <w:pPr>
              <w:pStyle w:val="TableText"/>
              <w:keepLines/>
              <w:spacing w:after="0"/>
            </w:pPr>
            <w:r>
              <w:rPr>
                <w:sz w:val="19"/>
                <w:szCs w:val="19"/>
              </w:rPr>
              <w:t>Accepted / Accepted with follow-up / Failed / More evidence required</w:t>
            </w:r>
          </w:p>
        </w:tc>
      </w:tr>
      <w:tr w:rsidR="007F646A" w14:paraId="4D29406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D98ED5" w14:textId="77777777" w:rsidR="007F646A" w:rsidRDefault="00000000">
            <w:pPr>
              <w:pStyle w:val="TableText"/>
              <w:keepLines/>
              <w:spacing w:after="0"/>
            </w:pPr>
            <w:r>
              <w:rPr>
                <w:b/>
                <w:color w:val="17365D"/>
                <w:sz w:val="19"/>
                <w:szCs w:val="19"/>
              </w:rPr>
              <w:t>Verified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1494E2E"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4491B86" w14:textId="77777777" w:rsidR="007F646A" w:rsidRDefault="00000000">
            <w:pPr>
              <w:pStyle w:val="TableText"/>
              <w:keepLines/>
              <w:spacing w:after="0"/>
            </w:pPr>
            <w:r>
              <w:rPr>
                <w:b/>
                <w:color w:val="17365D"/>
                <w:sz w:val="19"/>
                <w:szCs w:val="19"/>
              </w:rPr>
              <w:t>Verification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3B18ADF" w14:textId="77777777" w:rsidR="007F646A" w:rsidRDefault="007F646A">
            <w:pPr>
              <w:pStyle w:val="TableText"/>
              <w:keepLines/>
              <w:spacing w:after="0"/>
            </w:pPr>
          </w:p>
        </w:tc>
      </w:tr>
      <w:tr w:rsidR="007F646A" w14:paraId="617B11B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298ED36" w14:textId="77777777" w:rsidR="007F646A" w:rsidRDefault="00000000">
            <w:pPr>
              <w:pStyle w:val="TableText"/>
              <w:keepLines/>
              <w:spacing w:after="0"/>
            </w:pPr>
            <w:r>
              <w:rPr>
                <w:b/>
                <w:color w:val="17365D"/>
                <w:sz w:val="19"/>
                <w:szCs w:val="19"/>
              </w:rPr>
              <w:t>Effectiveness check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D10E20" w14:textId="77777777" w:rsidR="007F646A" w:rsidRDefault="00000000">
            <w:pPr>
              <w:pStyle w:val="TableText"/>
              <w:keepLines/>
              <w:spacing w:after="0"/>
            </w:pPr>
            <w:r>
              <w:rPr>
                <w:sz w:val="19"/>
                <w:szCs w:val="19"/>
              </w:rPr>
              <w:t>Yes / No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217D5D8" w14:textId="77777777" w:rsidR="007F646A" w:rsidRDefault="00000000">
            <w:pPr>
              <w:pStyle w:val="TableText"/>
              <w:keepLines/>
              <w:spacing w:after="0"/>
            </w:pPr>
            <w:r>
              <w:rPr>
                <w:b/>
                <w:color w:val="17365D"/>
                <w:sz w:val="19"/>
                <w:szCs w:val="19"/>
              </w:rPr>
              <w:t>Effectiveness check method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736875" w14:textId="77777777" w:rsidR="007F646A" w:rsidRDefault="00000000">
            <w:pPr>
              <w:pStyle w:val="TableText"/>
              <w:keepLines/>
              <w:spacing w:after="0"/>
            </w:pPr>
            <w:r>
              <w:rPr>
                <w:sz w:val="19"/>
                <w:szCs w:val="19"/>
              </w:rPr>
              <w:t>Next shipment inspection / 30-day no recurrence check / Three-lot verification (or per company standard) / Supplier audit follow-up / Receiving inspection trend / Customer return monitoring</w:t>
            </w:r>
          </w:p>
        </w:tc>
      </w:tr>
      <w:tr w:rsidR="007F646A" w14:paraId="23DECC42"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9628E30" w14:textId="77777777" w:rsidR="007F646A" w:rsidRDefault="00000000">
            <w:pPr>
              <w:pStyle w:val="TableText"/>
              <w:keepLines/>
              <w:spacing w:after="0"/>
            </w:pPr>
            <w:r>
              <w:rPr>
                <w:b/>
                <w:color w:val="17365D"/>
                <w:sz w:val="19"/>
                <w:szCs w:val="19"/>
              </w:rPr>
              <w:t>Measure of effectiveness / metric</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4F5ADF0" w14:textId="77777777" w:rsidR="007F646A" w:rsidRDefault="00000000">
            <w:pPr>
              <w:pStyle w:val="TableText"/>
              <w:keepLines/>
              <w:spacing w:after="0"/>
            </w:pPr>
            <w:r>
              <w:rPr>
                <w:sz w:val="19"/>
                <w:szCs w:val="19"/>
              </w:rPr>
              <w:t>Inspection results / no repeat NCRs / receiving trend / supplier audit result / customer returns</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01EBC9C" w14:textId="77777777" w:rsidR="007F646A" w:rsidRDefault="00000000">
            <w:pPr>
              <w:pStyle w:val="TableText"/>
              <w:keepLines/>
              <w:spacing w:after="0"/>
            </w:pPr>
            <w:r>
              <w:rPr>
                <w:b/>
                <w:color w:val="17365D"/>
                <w:sz w:val="19"/>
                <w:szCs w:val="19"/>
              </w:rPr>
              <w:t>Planned review schedule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6368024" w14:textId="77777777" w:rsidR="007F646A" w:rsidRDefault="00000000">
            <w:pPr>
              <w:pStyle w:val="TableText"/>
              <w:keepLines/>
              <w:spacing w:after="0"/>
            </w:pPr>
            <w:r>
              <w:rPr>
                <w:sz w:val="19"/>
                <w:szCs w:val="19"/>
              </w:rPr>
              <w:t>One-time / weekly / monthly / next 3 lots / other</w:t>
            </w:r>
          </w:p>
        </w:tc>
      </w:tr>
      <w:tr w:rsidR="007F646A" w14:paraId="733CA547"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54EB819" w14:textId="77777777" w:rsidR="007F646A" w:rsidRDefault="00000000">
            <w:pPr>
              <w:pStyle w:val="TableText"/>
              <w:keepLines/>
              <w:spacing w:after="0"/>
            </w:pPr>
            <w:r>
              <w:rPr>
                <w:b/>
                <w:color w:val="17365D"/>
                <w:sz w:val="19"/>
                <w:szCs w:val="19"/>
              </w:rPr>
              <w:t>Effectiveness check due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7F972CC"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7B5BC2D" w14:textId="77777777" w:rsidR="007F646A" w:rsidRDefault="00000000">
            <w:pPr>
              <w:pStyle w:val="TableText"/>
              <w:keepLines/>
              <w:spacing w:after="0"/>
            </w:pPr>
            <w:r>
              <w:rPr>
                <w:b/>
                <w:color w:val="17365D"/>
                <w:sz w:val="19"/>
                <w:szCs w:val="19"/>
              </w:rPr>
              <w:t>Effectiveness check result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00C971" w14:textId="77777777" w:rsidR="007F646A" w:rsidRDefault="00000000">
            <w:pPr>
              <w:pStyle w:val="TableText"/>
              <w:keepLines/>
              <w:spacing w:after="0"/>
            </w:pPr>
            <w:r>
              <w:rPr>
                <w:sz w:val="19"/>
                <w:szCs w:val="19"/>
              </w:rPr>
              <w:t>Effective - no recurrence / Partially effective - modified action required / Ineffective - SCAR reopened / Pending</w:t>
            </w:r>
          </w:p>
        </w:tc>
      </w:tr>
      <w:tr w:rsidR="007F646A" w14:paraId="2667422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89D7B98" w14:textId="77777777" w:rsidR="007F646A" w:rsidRDefault="00000000">
            <w:pPr>
              <w:pStyle w:val="TableText"/>
              <w:keepLines/>
              <w:spacing w:after="0"/>
            </w:pPr>
            <w:r>
              <w:rPr>
                <w:b/>
                <w:color w:val="17365D"/>
                <w:sz w:val="19"/>
                <w:szCs w:val="19"/>
              </w:rPr>
              <w:t>Effectiveness checked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C9B6F3A"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206EB67" w14:textId="77777777" w:rsidR="007F646A" w:rsidRDefault="00000000">
            <w:pPr>
              <w:pStyle w:val="TableText"/>
              <w:keepLines/>
              <w:spacing w:after="0"/>
            </w:pPr>
            <w:r>
              <w:rPr>
                <w:b/>
                <w:color w:val="17365D"/>
                <w:sz w:val="19"/>
                <w:szCs w:val="19"/>
              </w:rPr>
              <w:t>Effectiveness check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816E09" w14:textId="77777777" w:rsidR="007F646A" w:rsidRDefault="007F646A">
            <w:pPr>
              <w:pStyle w:val="TableText"/>
              <w:keepLines/>
              <w:spacing w:after="0"/>
            </w:pPr>
          </w:p>
        </w:tc>
      </w:tr>
    </w:tbl>
    <w:p w14:paraId="626114A6"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6C64894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621FA3" w14:textId="77777777" w:rsidR="007F646A" w:rsidRDefault="00000000">
            <w:pPr>
              <w:pStyle w:val="TableText"/>
              <w:keepLines/>
              <w:spacing w:after="0"/>
            </w:pPr>
            <w:r>
              <w:rPr>
                <w:b/>
                <w:color w:val="17365D"/>
                <w:sz w:val="19"/>
                <w:szCs w:val="19"/>
              </w:rPr>
              <w:t>Verification / effectiveness notes</w:t>
            </w:r>
          </w:p>
        </w:tc>
      </w:tr>
      <w:tr w:rsidR="007F646A" w14:paraId="1B576EE7"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7F44E0D" w14:textId="77777777" w:rsidR="007F646A" w:rsidRDefault="00000000">
            <w:pPr>
              <w:pStyle w:val="TableText"/>
              <w:keepLines/>
              <w:spacing w:after="0"/>
            </w:pPr>
            <w:r>
              <w:rPr>
                <w:i/>
                <w:color w:val="718096"/>
                <w:sz w:val="19"/>
                <w:szCs w:val="19"/>
              </w:rPr>
              <w:t>Summarize the objective evidence reviewed, measure of effectiveness result, and any follow-up needed before closure.</w:t>
            </w:r>
          </w:p>
          <w:p w14:paraId="226324F6" w14:textId="77777777" w:rsidR="007F646A" w:rsidRDefault="007F646A">
            <w:pPr>
              <w:pStyle w:val="TableText"/>
              <w:keepLines/>
              <w:spacing w:after="0"/>
            </w:pPr>
          </w:p>
          <w:p w14:paraId="508DBBD8" w14:textId="77777777" w:rsidR="007F646A" w:rsidRDefault="007F646A">
            <w:pPr>
              <w:pStyle w:val="TableText"/>
              <w:keepLines/>
              <w:spacing w:after="0"/>
            </w:pPr>
          </w:p>
          <w:p w14:paraId="686C3C6F" w14:textId="77777777" w:rsidR="007F646A" w:rsidRDefault="007F646A">
            <w:pPr>
              <w:pStyle w:val="TableText"/>
              <w:keepLines/>
              <w:spacing w:after="0"/>
            </w:pPr>
          </w:p>
        </w:tc>
      </w:tr>
    </w:tbl>
    <w:p w14:paraId="04466212" w14:textId="23F344C8" w:rsidR="001B3268" w:rsidRDefault="001B3268">
      <w:pPr>
        <w:spacing w:after="40"/>
      </w:pPr>
    </w:p>
    <w:p w14:paraId="46A27C4E" w14:textId="77777777" w:rsidR="001B3268" w:rsidRDefault="001B3268">
      <w:pPr>
        <w:spacing w:after="200" w:line="276" w:lineRule="auto"/>
      </w:pPr>
      <w:r>
        <w:br w:type="page"/>
      </w:r>
    </w:p>
    <w:p w14:paraId="5A3AFC70" w14:textId="77777777" w:rsidR="007F646A" w:rsidRDefault="007F646A">
      <w:pPr>
        <w:spacing w:after="40"/>
      </w:pPr>
    </w:p>
    <w:p w14:paraId="1B2D1153" w14:textId="77777777" w:rsidR="007F646A" w:rsidRDefault="00000000">
      <w:pPr>
        <w:pStyle w:val="Heading1"/>
        <w:shd w:val="clear" w:color="auto" w:fill="17365D"/>
      </w:pPr>
      <w:r>
        <w:rPr>
          <w:rFonts w:ascii="Arial" w:hAnsi="Arial" w:cs="Arial"/>
        </w:rPr>
        <w:t>14. Closure Decision</w:t>
      </w:r>
    </w:p>
    <w:tbl>
      <w:tblPr>
        <w:tblW w:w="10656" w:type="dxa"/>
        <w:jc w:val="center"/>
        <w:tblLayout w:type="fixed"/>
        <w:tblLook w:val="04A0" w:firstRow="1" w:lastRow="0" w:firstColumn="1" w:lastColumn="0" w:noHBand="0" w:noVBand="1"/>
      </w:tblPr>
      <w:tblGrid>
        <w:gridCol w:w="10656"/>
      </w:tblGrid>
      <w:tr w:rsidR="007F646A" w14:paraId="7DB210C1"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AFE6D41" w14:textId="77777777" w:rsidR="007F646A" w:rsidRDefault="00000000">
            <w:pPr>
              <w:pStyle w:val="Guidance"/>
              <w:keepLines/>
              <w:spacing w:after="0"/>
            </w:pPr>
            <w:r>
              <w:rPr>
                <w:b/>
                <w:color w:val="2D3748"/>
                <w:sz w:val="19"/>
                <w:szCs w:val="19"/>
              </w:rPr>
              <w:t xml:space="preserve">Guidance: </w:t>
            </w:r>
            <w:r>
              <w:rPr>
                <w:color w:val="2D3748"/>
                <w:sz w:val="19"/>
                <w:szCs w:val="19"/>
              </w:rPr>
              <w:t>Do not close the SCAR until the supplier response, containment, product action, evidence, verification, and required approvals are complete.</w:t>
            </w:r>
          </w:p>
        </w:tc>
      </w:tr>
    </w:tbl>
    <w:p w14:paraId="3339BA85"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7D363979"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B54447" w14:textId="77777777" w:rsidR="007F646A" w:rsidRDefault="00000000">
            <w:pPr>
              <w:pStyle w:val="TableText"/>
              <w:keepLines/>
              <w:spacing w:after="0"/>
            </w:pPr>
            <w:r>
              <w:rPr>
                <w:b/>
                <w:color w:val="17365D"/>
                <w:sz w:val="19"/>
                <w:szCs w:val="19"/>
              </w:rPr>
              <w:t>SCAR closure decision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D0927F7" w14:textId="77777777" w:rsidR="007F646A" w:rsidRDefault="00000000">
            <w:pPr>
              <w:pStyle w:val="TableText"/>
              <w:keepLines/>
              <w:spacing w:after="0"/>
            </w:pPr>
            <w:r>
              <w:rPr>
                <w:sz w:val="19"/>
                <w:szCs w:val="19"/>
              </w:rPr>
              <w:t>Closed / Closed with effectiveness check pending / Rejected-resubmission required / On hold / Escalated to internal procurement or supplier management review</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34F1636" w14:textId="77777777" w:rsidR="007F646A" w:rsidRDefault="00000000">
            <w:pPr>
              <w:pStyle w:val="TableText"/>
              <w:keepLines/>
              <w:spacing w:after="0"/>
            </w:pPr>
            <w:r>
              <w:rPr>
                <w:b/>
                <w:color w:val="17365D"/>
                <w:sz w:val="19"/>
                <w:szCs w:val="19"/>
              </w:rPr>
              <w:t>Closure evidence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13C33F" w14:textId="77777777" w:rsidR="007F646A" w:rsidRDefault="007F646A">
            <w:pPr>
              <w:pStyle w:val="TableText"/>
              <w:keepLines/>
              <w:spacing w:after="0"/>
            </w:pPr>
          </w:p>
        </w:tc>
      </w:tr>
      <w:tr w:rsidR="007F646A" w14:paraId="599CAF7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47E53F" w14:textId="77777777" w:rsidR="007F646A" w:rsidRDefault="00000000">
            <w:pPr>
              <w:pStyle w:val="TableText"/>
              <w:keepLines/>
              <w:spacing w:after="0"/>
            </w:pPr>
            <w:r>
              <w:rPr>
                <w:b/>
                <w:color w:val="17365D"/>
                <w:sz w:val="19"/>
                <w:szCs w:val="19"/>
              </w:rPr>
              <w:t>Closed by</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5327953"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C656462" w14:textId="77777777" w:rsidR="007F646A" w:rsidRDefault="00000000">
            <w:pPr>
              <w:pStyle w:val="TableText"/>
              <w:keepLines/>
              <w:spacing w:after="0"/>
            </w:pPr>
            <w:r>
              <w:rPr>
                <w:b/>
                <w:color w:val="17365D"/>
                <w:sz w:val="19"/>
                <w:szCs w:val="19"/>
              </w:rPr>
              <w:t>Closure date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C8C790" w14:textId="77777777" w:rsidR="007F646A" w:rsidRDefault="007F646A">
            <w:pPr>
              <w:pStyle w:val="TableText"/>
              <w:keepLines/>
              <w:spacing w:after="0"/>
            </w:pPr>
          </w:p>
        </w:tc>
      </w:tr>
      <w:tr w:rsidR="007F646A" w14:paraId="2F664B2E"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050F85" w14:textId="77777777" w:rsidR="007F646A" w:rsidRDefault="00000000">
            <w:pPr>
              <w:pStyle w:val="TableText"/>
              <w:keepLines/>
              <w:spacing w:after="0"/>
            </w:pPr>
            <w:r>
              <w:rPr>
                <w:b/>
                <w:color w:val="17365D"/>
                <w:sz w:val="19"/>
                <w:szCs w:val="19"/>
              </w:rPr>
              <w:t>Supplier notified of closure?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C315B9A" w14:textId="77777777" w:rsidR="007F646A" w:rsidRDefault="00000000">
            <w:pPr>
              <w:pStyle w:val="TableText"/>
              <w:keepLines/>
              <w:spacing w:after="0"/>
            </w:pPr>
            <w:r>
              <w:rPr>
                <w:sz w:val="19"/>
                <w:szCs w:val="19"/>
              </w:rPr>
              <w:t>Yes / No / Not required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93E734" w14:textId="77777777" w:rsidR="007F646A" w:rsidRDefault="00000000">
            <w:pPr>
              <w:pStyle w:val="TableText"/>
              <w:keepLines/>
              <w:spacing w:after="0"/>
            </w:pPr>
            <w:r>
              <w:rPr>
                <w:b/>
                <w:color w:val="17365D"/>
                <w:sz w:val="19"/>
                <w:szCs w:val="19"/>
              </w:rPr>
              <w:t>Supplier closure communication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19A1EF" w14:textId="77777777" w:rsidR="007F646A" w:rsidRDefault="007F646A">
            <w:pPr>
              <w:pStyle w:val="TableText"/>
              <w:keepLines/>
              <w:spacing w:after="0"/>
            </w:pPr>
          </w:p>
        </w:tc>
      </w:tr>
      <w:tr w:rsidR="007F646A" w14:paraId="7465DF56"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25EF922" w14:textId="77777777" w:rsidR="007F646A" w:rsidRDefault="00000000">
            <w:pPr>
              <w:pStyle w:val="TableText"/>
              <w:keepLines/>
              <w:spacing w:after="0"/>
            </w:pPr>
            <w:r>
              <w:rPr>
                <w:b/>
                <w:color w:val="17365D"/>
                <w:sz w:val="19"/>
                <w:szCs w:val="19"/>
              </w:rPr>
              <w:t>Customer notification required / completed?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884387" w14:textId="77777777" w:rsidR="007F646A" w:rsidRDefault="00000000">
            <w:pPr>
              <w:pStyle w:val="TableText"/>
              <w:keepLines/>
              <w:spacing w:after="0"/>
            </w:pPr>
            <w:r>
              <w:rPr>
                <w:sz w:val="19"/>
                <w:szCs w:val="19"/>
              </w:rPr>
              <w:t>Not required / Required / Completed / To be reviewed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6935208" w14:textId="77777777" w:rsidR="007F646A" w:rsidRDefault="00000000">
            <w:pPr>
              <w:pStyle w:val="TableText"/>
              <w:keepLines/>
              <w:spacing w:after="0"/>
            </w:pPr>
            <w:r>
              <w:rPr>
                <w:b/>
                <w:color w:val="17365D"/>
                <w:sz w:val="19"/>
                <w:szCs w:val="19"/>
              </w:rPr>
              <w:t>Customer notification reference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CBEF264" w14:textId="77777777" w:rsidR="007F646A" w:rsidRDefault="007F646A">
            <w:pPr>
              <w:pStyle w:val="TableText"/>
              <w:keepLines/>
              <w:spacing w:after="0"/>
            </w:pPr>
          </w:p>
        </w:tc>
      </w:tr>
    </w:tbl>
    <w:p w14:paraId="0335CD93"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4C08328E"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21C2019" w14:textId="77777777" w:rsidR="007F646A" w:rsidRDefault="00000000">
            <w:pPr>
              <w:pStyle w:val="TableText"/>
              <w:keepLines/>
              <w:spacing w:after="0"/>
            </w:pPr>
            <w:r>
              <w:rPr>
                <w:b/>
                <w:color w:val="17365D"/>
                <w:sz w:val="19"/>
                <w:szCs w:val="19"/>
              </w:rPr>
              <w:t>Closure notes</w:t>
            </w:r>
          </w:p>
        </w:tc>
      </w:tr>
      <w:tr w:rsidR="007F646A" w14:paraId="3E62709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1884966" w14:textId="77777777" w:rsidR="007F646A" w:rsidRDefault="00000000">
            <w:pPr>
              <w:pStyle w:val="TableText"/>
              <w:keepLines/>
              <w:spacing w:after="0"/>
            </w:pPr>
            <w:r>
              <w:rPr>
                <w:i/>
                <w:color w:val="718096"/>
                <w:sz w:val="19"/>
                <w:szCs w:val="19"/>
              </w:rPr>
              <w:t>State why the SCAR is closed, held, rejected, or escalated. Include open follow-up if closed with effectiveness check pending.</w:t>
            </w:r>
          </w:p>
          <w:p w14:paraId="1474C9C4" w14:textId="77777777" w:rsidR="007F646A" w:rsidRDefault="007F646A">
            <w:pPr>
              <w:pStyle w:val="TableText"/>
              <w:keepLines/>
              <w:spacing w:after="0"/>
            </w:pPr>
          </w:p>
          <w:p w14:paraId="5F6D137B" w14:textId="77777777" w:rsidR="007F646A" w:rsidRDefault="007F646A">
            <w:pPr>
              <w:pStyle w:val="TableText"/>
              <w:keepLines/>
              <w:spacing w:after="0"/>
            </w:pPr>
          </w:p>
          <w:p w14:paraId="7691471F" w14:textId="77777777" w:rsidR="007F646A" w:rsidRDefault="007F646A">
            <w:pPr>
              <w:pStyle w:val="TableText"/>
              <w:keepLines/>
              <w:spacing w:after="0"/>
            </w:pPr>
          </w:p>
        </w:tc>
      </w:tr>
    </w:tbl>
    <w:p w14:paraId="618716B8" w14:textId="77777777" w:rsidR="007F646A" w:rsidRDefault="007F646A">
      <w:pPr>
        <w:spacing w:after="40"/>
      </w:pPr>
    </w:p>
    <w:p w14:paraId="167F68F6" w14:textId="77777777" w:rsidR="007F646A" w:rsidRDefault="00000000">
      <w:pPr>
        <w:pStyle w:val="Heading1"/>
        <w:shd w:val="clear" w:color="auto" w:fill="17365D"/>
      </w:pPr>
      <w:r>
        <w:rPr>
          <w:rFonts w:ascii="Arial" w:hAnsi="Arial" w:cs="Arial"/>
        </w:rPr>
        <w:t>15. Approval / Sign-off</w:t>
      </w:r>
    </w:p>
    <w:tbl>
      <w:tblPr>
        <w:tblW w:w="10656" w:type="dxa"/>
        <w:jc w:val="center"/>
        <w:tblLayout w:type="fixed"/>
        <w:tblLook w:val="04A0" w:firstRow="1" w:lastRow="0" w:firstColumn="1" w:lastColumn="0" w:noHBand="0" w:noVBand="1"/>
      </w:tblPr>
      <w:tblGrid>
        <w:gridCol w:w="10656"/>
      </w:tblGrid>
      <w:tr w:rsidR="007F646A" w14:paraId="2CDFFFCB"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0EA7039" w14:textId="77777777" w:rsidR="007F646A" w:rsidRDefault="00000000">
            <w:pPr>
              <w:pStyle w:val="Guidance"/>
              <w:keepLines/>
              <w:spacing w:after="0"/>
            </w:pPr>
            <w:r>
              <w:rPr>
                <w:b/>
                <w:color w:val="2D3748"/>
                <w:sz w:val="19"/>
                <w:szCs w:val="19"/>
              </w:rPr>
              <w:t xml:space="preserve">Supplier sign-off - optional: </w:t>
            </w:r>
            <w:r>
              <w:rPr>
                <w:color w:val="2D3748"/>
                <w:sz w:val="19"/>
                <w:szCs w:val="19"/>
              </w:rPr>
              <w:t>Supplier sign-off is optional. Use or adapt this wording to your company and supplier agreement requirements. Some organizations use traceable email confirmation instead of a physical signature. Suggested wording: By signing this SCAR response, the supplier representative confirms that the information provided is accurate to the best of their knowledge and that supporting evidence is available for review.</w:t>
            </w:r>
          </w:p>
        </w:tc>
      </w:tr>
    </w:tbl>
    <w:p w14:paraId="2864D45B" w14:textId="77777777" w:rsidR="007F646A" w:rsidRDefault="007F646A">
      <w:pPr>
        <w:spacing w:after="20"/>
      </w:pPr>
    </w:p>
    <w:tbl>
      <w:tblPr>
        <w:tblW w:w="10655" w:type="dxa"/>
        <w:jc w:val="center"/>
        <w:tblLayout w:type="fixed"/>
        <w:tblLook w:val="04A0" w:firstRow="1" w:lastRow="0" w:firstColumn="1" w:lastColumn="0" w:noHBand="0" w:noVBand="1"/>
      </w:tblPr>
      <w:tblGrid>
        <w:gridCol w:w="2131"/>
        <w:gridCol w:w="2131"/>
        <w:gridCol w:w="2131"/>
        <w:gridCol w:w="2131"/>
        <w:gridCol w:w="2131"/>
      </w:tblGrid>
      <w:tr w:rsidR="007F646A" w14:paraId="28B2F531" w14:textId="77777777">
        <w:trPr>
          <w:cantSplit/>
          <w:tblHeader/>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F337715" w14:textId="77777777" w:rsidR="007F646A" w:rsidRDefault="00000000">
            <w:pPr>
              <w:pStyle w:val="TableText"/>
              <w:keepLines/>
              <w:spacing w:after="0"/>
            </w:pPr>
            <w:r>
              <w:rPr>
                <w:b/>
                <w:color w:val="FFFFFF"/>
                <w:sz w:val="19"/>
                <w:szCs w:val="19"/>
              </w:rPr>
              <w:t>Role</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46C3A2B" w14:textId="77777777" w:rsidR="007F646A" w:rsidRDefault="00000000">
            <w:pPr>
              <w:pStyle w:val="TableText"/>
              <w:keepLines/>
              <w:spacing w:after="0"/>
            </w:pPr>
            <w:r>
              <w:rPr>
                <w:b/>
                <w:color w:val="FFFFFF"/>
                <w:sz w:val="19"/>
                <w:szCs w:val="19"/>
              </w:rPr>
              <w:t>Name</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7005FC9" w14:textId="77777777" w:rsidR="007F646A" w:rsidRDefault="00000000">
            <w:pPr>
              <w:pStyle w:val="TableText"/>
              <w:keepLines/>
              <w:spacing w:after="0"/>
            </w:pPr>
            <w:r>
              <w:rPr>
                <w:b/>
                <w:color w:val="FFFFFF"/>
                <w:sz w:val="19"/>
                <w:szCs w:val="19"/>
              </w:rPr>
              <w:t>Decision / approval</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4676588" w14:textId="77777777" w:rsidR="007F646A" w:rsidRDefault="00000000">
            <w:pPr>
              <w:pStyle w:val="TableText"/>
              <w:keepLines/>
              <w:spacing w:after="0"/>
            </w:pPr>
            <w:r>
              <w:rPr>
                <w:b/>
                <w:color w:val="FFFFFF"/>
                <w:sz w:val="19"/>
                <w:szCs w:val="19"/>
              </w:rPr>
              <w:t>Date</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DAEDF22" w14:textId="77777777" w:rsidR="007F646A" w:rsidRDefault="00000000">
            <w:pPr>
              <w:pStyle w:val="TableText"/>
              <w:keepLines/>
              <w:spacing w:after="0"/>
            </w:pPr>
            <w:r>
              <w:rPr>
                <w:b/>
                <w:color w:val="FFFFFF"/>
                <w:sz w:val="19"/>
                <w:szCs w:val="19"/>
              </w:rPr>
              <w:t>Comments</w:t>
            </w:r>
          </w:p>
        </w:tc>
      </w:tr>
      <w:tr w:rsidR="007F646A" w14:paraId="7E461A3B"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4752A78" w14:textId="77777777" w:rsidR="007F646A" w:rsidRDefault="00000000">
            <w:pPr>
              <w:pStyle w:val="TableText"/>
              <w:keepLines/>
              <w:spacing w:after="0"/>
            </w:pPr>
            <w:r>
              <w:rPr>
                <w:sz w:val="19"/>
                <w:szCs w:val="19"/>
              </w:rPr>
              <w:t>Supplier Quality</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DEB3D59"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49D4DA2"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1B81293"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AD5941" w14:textId="77777777" w:rsidR="007F646A" w:rsidRDefault="007F646A">
            <w:pPr>
              <w:pStyle w:val="TableText"/>
              <w:keepLines/>
              <w:spacing w:after="0"/>
            </w:pPr>
          </w:p>
        </w:tc>
      </w:tr>
      <w:tr w:rsidR="007F646A" w14:paraId="4F8D0EC8"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26940F1" w14:textId="77777777" w:rsidR="007F646A" w:rsidRDefault="00000000">
            <w:pPr>
              <w:pStyle w:val="TableText"/>
              <w:keepLines/>
              <w:spacing w:after="0"/>
            </w:pPr>
            <w:r>
              <w:rPr>
                <w:sz w:val="19"/>
                <w:szCs w:val="19"/>
              </w:rPr>
              <w:t>Quality</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ED52F6"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949968"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CE164E"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3A7AFD" w14:textId="77777777" w:rsidR="007F646A" w:rsidRDefault="007F646A">
            <w:pPr>
              <w:pStyle w:val="TableText"/>
              <w:keepLines/>
              <w:spacing w:after="0"/>
            </w:pPr>
          </w:p>
        </w:tc>
      </w:tr>
      <w:tr w:rsidR="007F646A" w14:paraId="287C59A2"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17CE472" w14:textId="77777777" w:rsidR="007F646A" w:rsidRDefault="00000000">
            <w:pPr>
              <w:pStyle w:val="TableText"/>
              <w:keepLines/>
              <w:spacing w:after="0"/>
            </w:pPr>
            <w:r>
              <w:rPr>
                <w:sz w:val="19"/>
                <w:szCs w:val="19"/>
              </w:rPr>
              <w:t>Engineering</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F54E8CA"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73857E"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5D51323"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A4BC974" w14:textId="77777777" w:rsidR="007F646A" w:rsidRDefault="007F646A">
            <w:pPr>
              <w:pStyle w:val="TableText"/>
              <w:keepLines/>
              <w:spacing w:after="0"/>
            </w:pPr>
          </w:p>
        </w:tc>
      </w:tr>
      <w:tr w:rsidR="007F646A" w14:paraId="7719AD76"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87644F" w14:textId="77777777" w:rsidR="007F646A" w:rsidRDefault="00000000">
            <w:pPr>
              <w:pStyle w:val="TableText"/>
              <w:keepLines/>
              <w:spacing w:after="0"/>
            </w:pPr>
            <w:r>
              <w:rPr>
                <w:sz w:val="19"/>
                <w:szCs w:val="19"/>
              </w:rPr>
              <w:t>Purchasing / Procurement</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61FF6F9"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52AB36"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7F2117"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254D78" w14:textId="77777777" w:rsidR="007F646A" w:rsidRDefault="007F646A">
            <w:pPr>
              <w:pStyle w:val="TableText"/>
              <w:keepLines/>
              <w:spacing w:after="0"/>
            </w:pPr>
          </w:p>
        </w:tc>
      </w:tr>
      <w:tr w:rsidR="007F646A" w14:paraId="7A54D75C"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2082E7" w14:textId="77777777" w:rsidR="007F646A" w:rsidRDefault="00000000">
            <w:pPr>
              <w:pStyle w:val="TableText"/>
              <w:keepLines/>
              <w:spacing w:after="0"/>
            </w:pPr>
            <w:r>
              <w:rPr>
                <w:sz w:val="19"/>
                <w:szCs w:val="19"/>
              </w:rPr>
              <w:t>Production / Operations</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D4A954A"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14DE24C"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EF29BF"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213757" w14:textId="77777777" w:rsidR="007F646A" w:rsidRDefault="007F646A">
            <w:pPr>
              <w:pStyle w:val="TableText"/>
              <w:keepLines/>
              <w:spacing w:after="0"/>
            </w:pPr>
          </w:p>
        </w:tc>
      </w:tr>
      <w:tr w:rsidR="007F646A" w14:paraId="103ADE78"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D6E94F" w14:textId="77777777" w:rsidR="007F646A" w:rsidRDefault="00000000">
            <w:pPr>
              <w:pStyle w:val="TableText"/>
              <w:keepLines/>
              <w:spacing w:after="0"/>
            </w:pPr>
            <w:r>
              <w:rPr>
                <w:sz w:val="19"/>
                <w:szCs w:val="19"/>
              </w:rPr>
              <w:t>Customer / delegated authority, if required</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C147C1"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EA789A"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217C58"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AC11FD" w14:textId="77777777" w:rsidR="007F646A" w:rsidRDefault="007F646A">
            <w:pPr>
              <w:pStyle w:val="TableText"/>
              <w:keepLines/>
              <w:spacing w:after="0"/>
            </w:pPr>
          </w:p>
        </w:tc>
      </w:tr>
      <w:tr w:rsidR="007F646A" w14:paraId="692C452D"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D7566FA" w14:textId="77777777" w:rsidR="007F646A" w:rsidRDefault="00000000">
            <w:pPr>
              <w:pStyle w:val="TableText"/>
              <w:keepLines/>
              <w:spacing w:after="0"/>
            </w:pPr>
            <w:r>
              <w:rPr>
                <w:sz w:val="19"/>
                <w:szCs w:val="19"/>
              </w:rPr>
              <w:t>Supplier representative</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BFC664D"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ED7DDF"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02D56A"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DC211A9" w14:textId="77777777" w:rsidR="007F646A" w:rsidRDefault="007F646A">
            <w:pPr>
              <w:pStyle w:val="TableText"/>
              <w:keepLines/>
              <w:spacing w:after="0"/>
            </w:pPr>
          </w:p>
        </w:tc>
      </w:tr>
    </w:tbl>
    <w:p w14:paraId="6266C5CF" w14:textId="77777777" w:rsidR="007F646A" w:rsidRDefault="007F646A">
      <w:pPr>
        <w:spacing w:after="40"/>
      </w:pPr>
    </w:p>
    <w:p w14:paraId="1BBF76B6" w14:textId="77777777" w:rsidR="007F646A" w:rsidRDefault="00000000">
      <w:pPr>
        <w:pStyle w:val="Heading1"/>
        <w:shd w:val="clear" w:color="auto" w:fill="17365D"/>
      </w:pPr>
      <w:r>
        <w:rPr>
          <w:rFonts w:ascii="Arial" w:hAnsi="Arial" w:cs="Arial"/>
        </w:rPr>
        <w:lastRenderedPageBreak/>
        <w:t>16. Completed Example</w:t>
      </w:r>
    </w:p>
    <w:tbl>
      <w:tblPr>
        <w:tblW w:w="10656" w:type="dxa"/>
        <w:jc w:val="center"/>
        <w:tblLayout w:type="fixed"/>
        <w:tblLook w:val="04A0" w:firstRow="1" w:lastRow="0" w:firstColumn="1" w:lastColumn="0" w:noHBand="0" w:noVBand="1"/>
      </w:tblPr>
      <w:tblGrid>
        <w:gridCol w:w="10656"/>
      </w:tblGrid>
      <w:tr w:rsidR="007F646A" w14:paraId="14CBB6F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1B39D5CC" w14:textId="77777777" w:rsidR="007F646A" w:rsidRDefault="00000000">
            <w:pPr>
              <w:pStyle w:val="Guidance"/>
              <w:keepLines/>
              <w:spacing w:after="0"/>
            </w:pPr>
            <w:r>
              <w:rPr>
                <w:b/>
                <w:color w:val="2D3748"/>
                <w:sz w:val="19"/>
                <w:szCs w:val="19"/>
              </w:rPr>
              <w:t xml:space="preserve">Guidance: </w:t>
            </w:r>
            <w:r>
              <w:rPr>
                <w:color w:val="2D3748"/>
                <w:sz w:val="19"/>
                <w:szCs w:val="19"/>
              </w:rPr>
              <w:t>Example only. Replace the supplier, part, issue, quantities, causes, actions, evidence, and approval details with your actual record.</w:t>
            </w:r>
          </w:p>
        </w:tc>
      </w:tr>
    </w:tbl>
    <w:p w14:paraId="66381DD7" w14:textId="77777777" w:rsidR="007F646A" w:rsidRDefault="007F646A">
      <w:pPr>
        <w:spacing w:after="20"/>
      </w:pPr>
    </w:p>
    <w:tbl>
      <w:tblPr>
        <w:tblW w:w="10656" w:type="dxa"/>
        <w:jc w:val="center"/>
        <w:tblLayout w:type="fixed"/>
        <w:tblLook w:val="04A0" w:firstRow="1" w:lastRow="0" w:firstColumn="1" w:lastColumn="0" w:noHBand="0" w:noVBand="1"/>
      </w:tblPr>
      <w:tblGrid>
        <w:gridCol w:w="2664"/>
        <w:gridCol w:w="2664"/>
        <w:gridCol w:w="2664"/>
        <w:gridCol w:w="2664"/>
      </w:tblGrid>
      <w:tr w:rsidR="007F646A" w14:paraId="09BE9D1C"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1DDACB5" w14:textId="77777777" w:rsidR="007F646A" w:rsidRDefault="00000000">
            <w:pPr>
              <w:pStyle w:val="TableText"/>
              <w:keepLines/>
              <w:spacing w:after="0"/>
            </w:pPr>
            <w:r>
              <w:rPr>
                <w:b/>
                <w:color w:val="17365D"/>
                <w:sz w:val="19"/>
                <w:szCs w:val="19"/>
              </w:rPr>
              <w:t>Supplier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3748F1" w14:textId="77777777" w:rsidR="007F646A" w:rsidRDefault="00000000">
            <w:pPr>
              <w:pStyle w:val="TableText"/>
              <w:keepLines/>
              <w:spacing w:after="0"/>
            </w:pPr>
            <w:r>
              <w:rPr>
                <w:sz w:val="19"/>
                <w:szCs w:val="19"/>
              </w:rPr>
              <w:t>Apex Precision Components</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F5E6F8" w14:textId="77777777" w:rsidR="007F646A" w:rsidRDefault="00000000">
            <w:pPr>
              <w:pStyle w:val="TableText"/>
              <w:keepLines/>
              <w:spacing w:after="0"/>
            </w:pPr>
            <w:r>
              <w:rPr>
                <w:b/>
                <w:color w:val="17365D"/>
                <w:sz w:val="19"/>
                <w:szCs w:val="19"/>
              </w:rPr>
              <w:t>Part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AA9262" w14:textId="77777777" w:rsidR="007F646A" w:rsidRDefault="00000000">
            <w:pPr>
              <w:pStyle w:val="TableText"/>
              <w:keepLines/>
              <w:spacing w:after="0"/>
            </w:pPr>
            <w:r>
              <w:rPr>
                <w:sz w:val="19"/>
                <w:szCs w:val="19"/>
              </w:rPr>
              <w:t>Aluminum spacer</w:t>
            </w:r>
          </w:p>
        </w:tc>
      </w:tr>
      <w:tr w:rsidR="007F646A" w14:paraId="16F6DB34"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9DF709" w14:textId="77777777" w:rsidR="007F646A" w:rsidRDefault="00000000">
            <w:pPr>
              <w:pStyle w:val="TableText"/>
              <w:keepLines/>
              <w:spacing w:after="0"/>
            </w:pPr>
            <w:r>
              <w:rPr>
                <w:b/>
                <w:color w:val="17365D"/>
                <w:sz w:val="19"/>
                <w:szCs w:val="19"/>
              </w:rPr>
              <w:t>Part number</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1B197D" w14:textId="77777777" w:rsidR="007F646A" w:rsidRDefault="00000000">
            <w:pPr>
              <w:pStyle w:val="TableText"/>
              <w:keepLines/>
              <w:spacing w:after="0"/>
            </w:pPr>
            <w:r>
              <w:rPr>
                <w:sz w:val="19"/>
                <w:szCs w:val="19"/>
              </w:rPr>
              <w:t>SPC-1182 Rev 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5ADCF1D" w14:textId="77777777" w:rsidR="007F646A" w:rsidRDefault="00000000">
            <w:pPr>
              <w:pStyle w:val="TableText"/>
              <w:keepLines/>
              <w:spacing w:after="0"/>
            </w:pPr>
            <w:r>
              <w:rPr>
                <w:b/>
                <w:color w:val="17365D"/>
                <w:sz w:val="19"/>
                <w:szCs w:val="19"/>
              </w:rPr>
              <w:t>PO</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EF6B5E" w14:textId="77777777" w:rsidR="007F646A" w:rsidRDefault="00000000">
            <w:pPr>
              <w:pStyle w:val="TableText"/>
              <w:keepLines/>
              <w:spacing w:after="0"/>
            </w:pPr>
            <w:r>
              <w:rPr>
                <w:sz w:val="19"/>
                <w:szCs w:val="19"/>
              </w:rPr>
              <w:t>PO-58244</w:t>
            </w:r>
          </w:p>
        </w:tc>
      </w:tr>
      <w:tr w:rsidR="007F646A" w14:paraId="65EDFAF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441C81" w14:textId="77777777" w:rsidR="007F646A" w:rsidRDefault="00000000">
            <w:pPr>
              <w:pStyle w:val="TableText"/>
              <w:keepLines/>
              <w:spacing w:after="0"/>
            </w:pPr>
            <w:r>
              <w:rPr>
                <w:b/>
                <w:color w:val="17365D"/>
                <w:sz w:val="19"/>
                <w:szCs w:val="19"/>
              </w:rPr>
              <w:t>Supplier lot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B0646B3" w14:textId="77777777" w:rsidR="007F646A" w:rsidRDefault="00000000">
            <w:pPr>
              <w:pStyle w:val="TableText"/>
              <w:keepLines/>
              <w:spacing w:after="0"/>
            </w:pPr>
            <w:r>
              <w:rPr>
                <w:sz w:val="19"/>
                <w:szCs w:val="19"/>
              </w:rPr>
              <w:t>SL-0626-A</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D2FF98" w14:textId="77777777" w:rsidR="007F646A" w:rsidRDefault="00000000">
            <w:pPr>
              <w:pStyle w:val="TableText"/>
              <w:keepLines/>
              <w:spacing w:after="0"/>
            </w:pPr>
            <w:r>
              <w:rPr>
                <w:b/>
                <w:color w:val="17365D"/>
                <w:sz w:val="19"/>
                <w:szCs w:val="19"/>
              </w:rPr>
              <w:t>How detected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A43764" w14:textId="77777777" w:rsidR="007F646A" w:rsidRDefault="00000000">
            <w:pPr>
              <w:pStyle w:val="TableText"/>
              <w:keepLines/>
              <w:spacing w:after="0"/>
            </w:pPr>
            <w:r>
              <w:rPr>
                <w:sz w:val="19"/>
                <w:szCs w:val="19"/>
              </w:rPr>
              <w:t>Incoming inspection</w:t>
            </w:r>
          </w:p>
        </w:tc>
      </w:tr>
      <w:tr w:rsidR="007F646A" w14:paraId="4BE2DAFA"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5C22833" w14:textId="77777777" w:rsidR="007F646A" w:rsidRDefault="00000000">
            <w:pPr>
              <w:pStyle w:val="TableText"/>
              <w:keepLines/>
              <w:spacing w:after="0"/>
            </w:pPr>
            <w:r>
              <w:rPr>
                <w:b/>
                <w:color w:val="17365D"/>
                <w:sz w:val="19"/>
                <w:szCs w:val="19"/>
              </w:rPr>
              <w:t>Issue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8D357F" w14:textId="77777777" w:rsidR="007F646A" w:rsidRDefault="00000000">
            <w:pPr>
              <w:pStyle w:val="TableText"/>
              <w:keepLines/>
              <w:spacing w:after="0"/>
            </w:pPr>
            <w:r>
              <w:rPr>
                <w:sz w:val="19"/>
                <w:szCs w:val="19"/>
              </w:rPr>
              <w:t>Bore diameter oversize on incoming inspection</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4A247A" w14:textId="77777777" w:rsidR="007F646A" w:rsidRDefault="00000000">
            <w:pPr>
              <w:pStyle w:val="TableText"/>
              <w:keepLines/>
              <w:spacing w:after="0"/>
            </w:pPr>
            <w:r>
              <w:rPr>
                <w:b/>
                <w:color w:val="17365D"/>
                <w:sz w:val="19"/>
                <w:szCs w:val="19"/>
              </w:rPr>
              <w:t>Initial containment due</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661FE8" w14:textId="77777777" w:rsidR="007F646A" w:rsidRDefault="00000000">
            <w:pPr>
              <w:pStyle w:val="TableText"/>
              <w:keepLines/>
              <w:spacing w:after="0"/>
            </w:pPr>
            <w:r>
              <w:rPr>
                <w:sz w:val="19"/>
                <w:szCs w:val="19"/>
              </w:rPr>
              <w:t>24 hours</w:t>
            </w:r>
          </w:p>
        </w:tc>
      </w:tr>
      <w:tr w:rsidR="007F646A" w14:paraId="6D09B46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F77E89" w14:textId="77777777" w:rsidR="007F646A" w:rsidRDefault="00000000">
            <w:pPr>
              <w:pStyle w:val="TableText"/>
              <w:keepLines/>
              <w:spacing w:after="0"/>
            </w:pPr>
            <w:r>
              <w:rPr>
                <w:b/>
                <w:color w:val="17365D"/>
                <w:sz w:val="19"/>
                <w:szCs w:val="19"/>
              </w:rPr>
              <w:t>Containment response received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BE462E" w14:textId="77777777" w:rsidR="007F646A" w:rsidRDefault="00000000">
            <w:pPr>
              <w:pStyle w:val="TableText"/>
              <w:keepLines/>
              <w:spacing w:after="0"/>
            </w:pPr>
            <w:r>
              <w:rPr>
                <w:sz w:val="19"/>
                <w:szCs w:val="19"/>
              </w:rPr>
              <w:t>2026-06-27 - 1 business day</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3972895" w14:textId="77777777" w:rsidR="007F646A" w:rsidRDefault="00000000">
            <w:pPr>
              <w:pStyle w:val="TableText"/>
              <w:keepLines/>
              <w:spacing w:after="0"/>
            </w:pPr>
            <w:r>
              <w:rPr>
                <w:b/>
                <w:color w:val="17365D"/>
                <w:sz w:val="19"/>
                <w:szCs w:val="19"/>
              </w:rPr>
              <w:t>Extension requested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8FC95BF" w14:textId="77777777" w:rsidR="007F646A" w:rsidRDefault="00000000">
            <w:pPr>
              <w:pStyle w:val="TableText"/>
              <w:keepLines/>
              <w:spacing w:after="0"/>
            </w:pPr>
            <w:r>
              <w:rPr>
                <w:sz w:val="19"/>
                <w:szCs w:val="19"/>
              </w:rPr>
              <w:t>Yes - 5 additional days for tool records; approved to 2026-07-10</w:t>
            </w:r>
          </w:p>
        </w:tc>
      </w:tr>
      <w:tr w:rsidR="007F646A" w14:paraId="20A3DB4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59A79C" w14:textId="77777777" w:rsidR="007F646A" w:rsidRDefault="00000000">
            <w:pPr>
              <w:pStyle w:val="TableText"/>
              <w:keepLines/>
              <w:spacing w:after="0"/>
            </w:pPr>
            <w:r>
              <w:rPr>
                <w:b/>
                <w:color w:val="17365D"/>
                <w:sz w:val="19"/>
                <w:szCs w:val="19"/>
              </w:rPr>
              <w:t>Supplier-declared clean point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7FD255" w14:textId="77777777" w:rsidR="007F646A" w:rsidRDefault="00000000">
            <w:pPr>
              <w:pStyle w:val="TableText"/>
              <w:keepLines/>
              <w:spacing w:after="0"/>
            </w:pPr>
            <w:r>
              <w:rPr>
                <w:sz w:val="19"/>
                <w:szCs w:val="19"/>
              </w:rPr>
              <w:t>Lot SL-0703-B after revised tool-change checklist</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B4C55E" w14:textId="77777777" w:rsidR="007F646A" w:rsidRDefault="00000000">
            <w:pPr>
              <w:pStyle w:val="TableText"/>
              <w:keepLines/>
              <w:spacing w:after="0"/>
            </w:pPr>
            <w:r>
              <w:rPr>
                <w:b/>
                <w:color w:val="17365D"/>
                <w:sz w:val="19"/>
                <w:szCs w:val="19"/>
              </w:rPr>
              <w:t>Customer notification</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E0493B8" w14:textId="77777777" w:rsidR="007F646A" w:rsidRDefault="00000000">
            <w:pPr>
              <w:pStyle w:val="TableText"/>
              <w:keepLines/>
              <w:spacing w:after="0"/>
            </w:pPr>
            <w:r>
              <w:rPr>
                <w:sz w:val="19"/>
                <w:szCs w:val="19"/>
              </w:rPr>
              <w:t>Not required - no product shipped to customer</w:t>
            </w:r>
          </w:p>
        </w:tc>
      </w:tr>
      <w:tr w:rsidR="007F646A" w14:paraId="44C5D791"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91F052F" w14:textId="77777777" w:rsidR="007F646A" w:rsidRDefault="00000000">
            <w:pPr>
              <w:pStyle w:val="TableText"/>
              <w:keepLines/>
              <w:spacing w:after="0"/>
            </w:pPr>
            <w:r>
              <w:rPr>
                <w:b/>
                <w:color w:val="17365D"/>
                <w:sz w:val="19"/>
                <w:szCs w:val="19"/>
              </w:rPr>
              <w:t>Quantity received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616BB3C" w14:textId="77777777" w:rsidR="007F646A" w:rsidRDefault="00000000">
            <w:pPr>
              <w:pStyle w:val="TableText"/>
              <w:keepLines/>
              <w:spacing w:after="0"/>
            </w:pPr>
            <w:r>
              <w:rPr>
                <w:sz w:val="19"/>
                <w:szCs w:val="19"/>
              </w:rPr>
              <w:t>500</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119BA7F" w14:textId="77777777" w:rsidR="007F646A" w:rsidRDefault="00000000">
            <w:pPr>
              <w:pStyle w:val="TableText"/>
              <w:keepLines/>
              <w:spacing w:after="0"/>
            </w:pPr>
            <w:r>
              <w:rPr>
                <w:b/>
                <w:color w:val="17365D"/>
                <w:sz w:val="19"/>
                <w:szCs w:val="19"/>
              </w:rPr>
              <w:t>Quantity inspected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31481D7" w14:textId="77777777" w:rsidR="007F646A" w:rsidRDefault="00000000">
            <w:pPr>
              <w:pStyle w:val="TableText"/>
              <w:keepLines/>
              <w:spacing w:after="0"/>
            </w:pPr>
            <w:r>
              <w:rPr>
                <w:sz w:val="19"/>
                <w:szCs w:val="19"/>
              </w:rPr>
              <w:t>120</w:t>
            </w:r>
          </w:p>
        </w:tc>
      </w:tr>
      <w:tr w:rsidR="007F646A" w14:paraId="7672867B"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EBB3EF" w14:textId="77777777" w:rsidR="007F646A" w:rsidRDefault="00000000">
            <w:pPr>
              <w:pStyle w:val="TableText"/>
              <w:keepLines/>
              <w:spacing w:after="0"/>
            </w:pPr>
            <w:r>
              <w:rPr>
                <w:b/>
                <w:color w:val="17365D"/>
                <w:sz w:val="19"/>
                <w:szCs w:val="19"/>
              </w:rPr>
              <w:t>Quantity affected</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62DC00" w14:textId="77777777" w:rsidR="007F646A" w:rsidRDefault="00000000">
            <w:pPr>
              <w:pStyle w:val="TableText"/>
              <w:keepLines/>
              <w:spacing w:after="0"/>
            </w:pPr>
            <w:r>
              <w:rPr>
                <w:sz w:val="19"/>
                <w:szCs w:val="19"/>
              </w:rPr>
              <w:t>18</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89EAF5D" w14:textId="77777777" w:rsidR="007F646A" w:rsidRDefault="00000000">
            <w:pPr>
              <w:pStyle w:val="TableText"/>
              <w:keepLines/>
              <w:spacing w:after="0"/>
            </w:pPr>
            <w:r>
              <w:rPr>
                <w:b/>
                <w:color w:val="17365D"/>
                <w:sz w:val="19"/>
                <w:szCs w:val="19"/>
              </w:rPr>
              <w:t>Quantity suspect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BA4194" w14:textId="77777777" w:rsidR="007F646A" w:rsidRDefault="00000000">
            <w:pPr>
              <w:pStyle w:val="TableText"/>
              <w:keepLines/>
              <w:spacing w:after="0"/>
            </w:pPr>
            <w:r>
              <w:rPr>
                <w:sz w:val="19"/>
                <w:szCs w:val="19"/>
              </w:rPr>
              <w:t>500</w:t>
            </w:r>
          </w:p>
        </w:tc>
      </w:tr>
      <w:tr w:rsidR="007F646A" w14:paraId="42251C30" w14:textId="77777777">
        <w:trPr>
          <w:cantSplit/>
          <w:jc w:val="center"/>
        </w:trPr>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9E13F9" w14:textId="77777777" w:rsidR="007F646A" w:rsidRDefault="00000000">
            <w:pPr>
              <w:pStyle w:val="TableText"/>
              <w:keepLines/>
              <w:spacing w:after="0"/>
            </w:pPr>
            <w:r>
              <w:rPr>
                <w:b/>
                <w:color w:val="17365D"/>
                <w:sz w:val="19"/>
                <w:szCs w:val="19"/>
              </w:rPr>
              <w:t>Customer impact</w:t>
            </w: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70F187" w14:textId="77777777" w:rsidR="007F646A" w:rsidRDefault="00000000">
            <w:pPr>
              <w:pStyle w:val="TableText"/>
              <w:keepLines/>
              <w:spacing w:after="0"/>
            </w:pPr>
            <w:r>
              <w:rPr>
                <w:sz w:val="19"/>
                <w:szCs w:val="19"/>
              </w:rPr>
              <w:t>None known; production risk if released</w:t>
            </w:r>
          </w:p>
        </w:tc>
        <w:tc>
          <w:tcPr>
            <w:tcW w:w="2664"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8EE991D" w14:textId="77777777" w:rsidR="007F646A" w:rsidRDefault="007F646A">
            <w:pPr>
              <w:pStyle w:val="TableText"/>
              <w:keepLines/>
              <w:spacing w:after="0"/>
            </w:pPr>
          </w:p>
        </w:tc>
        <w:tc>
          <w:tcPr>
            <w:tcW w:w="266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474DBE7" w14:textId="77777777" w:rsidR="007F646A" w:rsidRDefault="007F646A">
            <w:pPr>
              <w:pStyle w:val="TableText"/>
              <w:keepLines/>
              <w:spacing w:after="0"/>
            </w:pPr>
          </w:p>
        </w:tc>
      </w:tr>
    </w:tbl>
    <w:p w14:paraId="24B72D3D"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559BF145"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4F41CC" w14:textId="77777777" w:rsidR="007F646A" w:rsidRDefault="00000000">
            <w:pPr>
              <w:pStyle w:val="TableText"/>
              <w:keepLines/>
              <w:spacing w:after="0"/>
            </w:pPr>
            <w:r>
              <w:rPr>
                <w:b/>
                <w:color w:val="17365D"/>
                <w:sz w:val="19"/>
                <w:szCs w:val="19"/>
              </w:rPr>
              <w:t>Requirement / specification</w:t>
            </w:r>
          </w:p>
        </w:tc>
      </w:tr>
      <w:tr w:rsidR="007F646A" w14:paraId="1B4D4046"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A83CCD1" w14:textId="77777777" w:rsidR="007F646A" w:rsidRDefault="00000000">
            <w:pPr>
              <w:pStyle w:val="TableText"/>
              <w:keepLines/>
              <w:spacing w:after="0"/>
            </w:pPr>
            <w:r>
              <w:rPr>
                <w:i/>
                <w:color w:val="718096"/>
                <w:sz w:val="19"/>
                <w:szCs w:val="19"/>
              </w:rPr>
              <w:t>Drawing SPC-1182 Rev D requires bore diameter 12.00 mm ± 0.05 mm.</w:t>
            </w:r>
          </w:p>
          <w:p w14:paraId="0D554538" w14:textId="77777777" w:rsidR="007F646A" w:rsidRDefault="007F646A">
            <w:pPr>
              <w:pStyle w:val="TableText"/>
              <w:keepLines/>
              <w:spacing w:after="0"/>
            </w:pPr>
          </w:p>
        </w:tc>
      </w:tr>
    </w:tbl>
    <w:p w14:paraId="7DA7897A"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2BF72752"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F521B89" w14:textId="77777777" w:rsidR="007F646A" w:rsidRDefault="00000000">
            <w:pPr>
              <w:pStyle w:val="TableText"/>
              <w:keepLines/>
              <w:spacing w:after="0"/>
            </w:pPr>
            <w:r>
              <w:rPr>
                <w:b/>
                <w:color w:val="17365D"/>
                <w:sz w:val="19"/>
                <w:szCs w:val="19"/>
              </w:rPr>
              <w:t>Actual condition found</w:t>
            </w:r>
          </w:p>
        </w:tc>
      </w:tr>
      <w:tr w:rsidR="007F646A" w14:paraId="4549704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AC3261" w14:textId="77777777" w:rsidR="007F646A" w:rsidRDefault="00000000">
            <w:pPr>
              <w:pStyle w:val="TableText"/>
              <w:keepLines/>
              <w:spacing w:after="0"/>
            </w:pPr>
            <w:r>
              <w:rPr>
                <w:i/>
                <w:color w:val="718096"/>
                <w:sz w:val="19"/>
                <w:szCs w:val="19"/>
              </w:rPr>
              <w:t>18 of 120 inspected parts measured 12.11-12.16 mm using calibrated bore gauge BG-042. Received lot was quarantined before release to production.</w:t>
            </w:r>
          </w:p>
          <w:p w14:paraId="401598EB" w14:textId="77777777" w:rsidR="007F646A" w:rsidRDefault="007F646A">
            <w:pPr>
              <w:pStyle w:val="TableText"/>
              <w:keepLines/>
              <w:spacing w:after="0"/>
            </w:pPr>
          </w:p>
          <w:p w14:paraId="17983582" w14:textId="77777777" w:rsidR="007F646A" w:rsidRDefault="007F646A">
            <w:pPr>
              <w:pStyle w:val="TableText"/>
              <w:keepLines/>
              <w:spacing w:after="0"/>
            </w:pPr>
          </w:p>
        </w:tc>
      </w:tr>
    </w:tbl>
    <w:p w14:paraId="2D661D08"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2B9F8BB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747454" w14:textId="77777777" w:rsidR="007F646A" w:rsidRDefault="00000000">
            <w:pPr>
              <w:pStyle w:val="TableText"/>
              <w:keepLines/>
              <w:spacing w:after="0"/>
            </w:pPr>
            <w:r>
              <w:rPr>
                <w:b/>
                <w:color w:val="17365D"/>
                <w:sz w:val="19"/>
                <w:szCs w:val="19"/>
              </w:rPr>
              <w:t>Containment requested</w:t>
            </w:r>
          </w:p>
        </w:tc>
      </w:tr>
      <w:tr w:rsidR="007F646A" w14:paraId="38EC4A8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2C0A79B" w14:textId="77777777" w:rsidR="007F646A" w:rsidRDefault="00000000">
            <w:pPr>
              <w:pStyle w:val="TableText"/>
              <w:keepLines/>
              <w:spacing w:after="0"/>
            </w:pPr>
            <w:r>
              <w:rPr>
                <w:i/>
                <w:color w:val="718096"/>
                <w:sz w:val="19"/>
                <w:szCs w:val="19"/>
              </w:rPr>
              <w:t>Quarantine all received stock at internal site; stop use in production; supplier to check remaining stock, in-process parts, finished goods, and next shipment before release.</w:t>
            </w:r>
          </w:p>
          <w:p w14:paraId="53EAA5E5" w14:textId="77777777" w:rsidR="007F646A" w:rsidRDefault="007F646A">
            <w:pPr>
              <w:pStyle w:val="TableText"/>
              <w:keepLines/>
              <w:spacing w:after="0"/>
            </w:pPr>
          </w:p>
          <w:p w14:paraId="6BEB320F" w14:textId="77777777" w:rsidR="007F646A" w:rsidRDefault="007F646A">
            <w:pPr>
              <w:pStyle w:val="TableText"/>
              <w:keepLines/>
              <w:spacing w:after="0"/>
            </w:pPr>
          </w:p>
        </w:tc>
      </w:tr>
    </w:tbl>
    <w:p w14:paraId="5BF51302"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3544BFB7"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E7235E" w14:textId="77777777" w:rsidR="007F646A" w:rsidRDefault="00000000">
            <w:pPr>
              <w:pStyle w:val="TableText"/>
              <w:keepLines/>
              <w:spacing w:after="0"/>
            </w:pPr>
            <w:r>
              <w:rPr>
                <w:b/>
                <w:color w:val="17365D"/>
                <w:sz w:val="19"/>
                <w:szCs w:val="19"/>
              </w:rPr>
              <w:t>Disposition / material action</w:t>
            </w:r>
          </w:p>
        </w:tc>
      </w:tr>
      <w:tr w:rsidR="007F646A" w14:paraId="5E060E04"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7B9EE8" w14:textId="77777777" w:rsidR="007F646A" w:rsidRDefault="00000000">
            <w:pPr>
              <w:pStyle w:val="TableText"/>
              <w:keepLines/>
              <w:spacing w:after="0"/>
            </w:pPr>
            <w:r>
              <w:rPr>
                <w:i/>
                <w:color w:val="718096"/>
                <w:sz w:val="19"/>
                <w:szCs w:val="19"/>
              </w:rPr>
              <w:t>Hold full lot pending supplier response. Return affected/suspect lot to supplier unless supplier-approved sorting or rework is accepted by quality and engineering.</w:t>
            </w:r>
          </w:p>
          <w:p w14:paraId="068BF271" w14:textId="77777777" w:rsidR="007F646A" w:rsidRDefault="007F646A">
            <w:pPr>
              <w:pStyle w:val="TableText"/>
              <w:keepLines/>
              <w:spacing w:after="0"/>
            </w:pPr>
          </w:p>
          <w:p w14:paraId="41E08974" w14:textId="77777777" w:rsidR="007F646A" w:rsidRDefault="007F646A">
            <w:pPr>
              <w:pStyle w:val="TableText"/>
              <w:keepLines/>
              <w:spacing w:after="0"/>
            </w:pPr>
          </w:p>
        </w:tc>
      </w:tr>
    </w:tbl>
    <w:p w14:paraId="2954985B"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2DCEDBC9"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6599ED" w14:textId="77777777" w:rsidR="007F646A" w:rsidRDefault="00000000">
            <w:pPr>
              <w:pStyle w:val="TableText"/>
              <w:keepLines/>
              <w:spacing w:after="0"/>
            </w:pPr>
            <w:r>
              <w:rPr>
                <w:b/>
                <w:color w:val="17365D"/>
                <w:sz w:val="19"/>
                <w:szCs w:val="19"/>
              </w:rPr>
              <w:t>Supplier occurrence root cause</w:t>
            </w:r>
          </w:p>
        </w:tc>
      </w:tr>
      <w:tr w:rsidR="007F646A" w14:paraId="1FE33FB1"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D27AD1" w14:textId="77777777" w:rsidR="007F646A" w:rsidRDefault="00000000">
            <w:pPr>
              <w:pStyle w:val="TableText"/>
              <w:keepLines/>
              <w:spacing w:after="0"/>
            </w:pPr>
            <w:r>
              <w:rPr>
                <w:i/>
                <w:color w:val="718096"/>
                <w:sz w:val="19"/>
                <w:szCs w:val="19"/>
              </w:rPr>
              <w:t>Boring tool wear offset was not updated after tool change. Setup checklist did not require recorded verification of bore size after the tool change.</w:t>
            </w:r>
          </w:p>
          <w:p w14:paraId="6CBEAB18" w14:textId="77777777" w:rsidR="007F646A" w:rsidRDefault="007F646A">
            <w:pPr>
              <w:pStyle w:val="TableText"/>
              <w:keepLines/>
              <w:spacing w:after="0"/>
            </w:pPr>
          </w:p>
          <w:p w14:paraId="69B6ABA1" w14:textId="77777777" w:rsidR="007F646A" w:rsidRDefault="007F646A">
            <w:pPr>
              <w:pStyle w:val="TableText"/>
              <w:keepLines/>
              <w:spacing w:after="0"/>
            </w:pPr>
          </w:p>
        </w:tc>
      </w:tr>
    </w:tbl>
    <w:p w14:paraId="6C0F3AF8"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4A42C222"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F563BD9" w14:textId="77777777" w:rsidR="007F646A" w:rsidRDefault="00000000">
            <w:pPr>
              <w:pStyle w:val="TableText"/>
              <w:keepLines/>
              <w:spacing w:after="0"/>
            </w:pPr>
            <w:r>
              <w:rPr>
                <w:b/>
                <w:color w:val="17365D"/>
                <w:sz w:val="19"/>
                <w:szCs w:val="19"/>
              </w:rPr>
              <w:lastRenderedPageBreak/>
              <w:t>Supplier escape / detection cause</w:t>
            </w:r>
          </w:p>
        </w:tc>
      </w:tr>
      <w:tr w:rsidR="007F646A" w14:paraId="505FBD3D"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1E6512" w14:textId="77777777" w:rsidR="007F646A" w:rsidRDefault="00000000">
            <w:pPr>
              <w:pStyle w:val="TableText"/>
              <w:keepLines/>
              <w:spacing w:after="0"/>
            </w:pPr>
            <w:r>
              <w:rPr>
                <w:i/>
                <w:color w:val="718096"/>
                <w:sz w:val="19"/>
                <w:szCs w:val="19"/>
              </w:rPr>
              <w:t>Final inspection sampled only 5 pieces and did not include first-off verification after tool change, so the oversize condition was not detected before shipment.</w:t>
            </w:r>
          </w:p>
          <w:p w14:paraId="6F1851C2" w14:textId="77777777" w:rsidR="007F646A" w:rsidRDefault="007F646A">
            <w:pPr>
              <w:pStyle w:val="TableText"/>
              <w:keepLines/>
              <w:spacing w:after="0"/>
            </w:pPr>
          </w:p>
          <w:p w14:paraId="130560D0" w14:textId="77777777" w:rsidR="007F646A" w:rsidRDefault="007F646A">
            <w:pPr>
              <w:pStyle w:val="TableText"/>
              <w:keepLines/>
              <w:spacing w:after="0"/>
            </w:pPr>
          </w:p>
        </w:tc>
      </w:tr>
    </w:tbl>
    <w:p w14:paraId="03EBB76A" w14:textId="77777777" w:rsidR="007F646A" w:rsidRDefault="007F646A">
      <w:pPr>
        <w:spacing w:after="40"/>
      </w:pPr>
    </w:p>
    <w:p w14:paraId="04E8005A" w14:textId="77777777" w:rsidR="007F646A" w:rsidRDefault="007F646A">
      <w:pPr>
        <w:pageBreakBefore/>
        <w:spacing w:after="0"/>
      </w:pPr>
    </w:p>
    <w:tbl>
      <w:tblPr>
        <w:tblW w:w="10654" w:type="dxa"/>
        <w:jc w:val="center"/>
        <w:tblLayout w:type="fixed"/>
        <w:tblLook w:val="04A0" w:firstRow="1" w:lastRow="0" w:firstColumn="1" w:lastColumn="0" w:noHBand="0" w:noVBand="1"/>
      </w:tblPr>
      <w:tblGrid>
        <w:gridCol w:w="1522"/>
        <w:gridCol w:w="1522"/>
        <w:gridCol w:w="1522"/>
        <w:gridCol w:w="1522"/>
        <w:gridCol w:w="1522"/>
        <w:gridCol w:w="1522"/>
        <w:gridCol w:w="1522"/>
      </w:tblGrid>
      <w:tr w:rsidR="007F646A" w14:paraId="072D4E77" w14:textId="77777777">
        <w:trPr>
          <w:cantSplit/>
          <w:tblHeader/>
          <w:jc w:val="center"/>
        </w:trPr>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36241EE" w14:textId="77777777" w:rsidR="007F646A" w:rsidRDefault="00000000">
            <w:pPr>
              <w:pStyle w:val="TableSmall"/>
              <w:keepLines/>
              <w:spacing w:after="0"/>
            </w:pPr>
            <w:r>
              <w:rPr>
                <w:b/>
                <w:color w:val="FFFFFF"/>
                <w:sz w:val="19"/>
                <w:szCs w:val="19"/>
              </w:rPr>
              <w:t>ID</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B881B01" w14:textId="77777777" w:rsidR="007F646A" w:rsidRDefault="00000000">
            <w:pPr>
              <w:pStyle w:val="TableSmall"/>
              <w:keepLines/>
              <w:spacing w:after="0"/>
            </w:pPr>
            <w:r>
              <w:rPr>
                <w:b/>
                <w:color w:val="FFFFFF"/>
                <w:sz w:val="19"/>
                <w:szCs w:val="19"/>
              </w:rPr>
              <w:t>Corrective action</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F80E382" w14:textId="77777777" w:rsidR="007F646A" w:rsidRDefault="00000000">
            <w:pPr>
              <w:pStyle w:val="TableSmall"/>
              <w:keepLines/>
              <w:spacing w:after="0"/>
            </w:pPr>
            <w:r>
              <w:rPr>
                <w:b/>
                <w:color w:val="FFFFFF"/>
                <w:sz w:val="19"/>
                <w:szCs w:val="19"/>
              </w:rPr>
              <w:t>Cause</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EA4CCA9" w14:textId="77777777" w:rsidR="007F646A" w:rsidRDefault="00000000">
            <w:pPr>
              <w:pStyle w:val="TableSmall"/>
              <w:keepLines/>
              <w:spacing w:after="0"/>
            </w:pPr>
            <w:r>
              <w:rPr>
                <w:b/>
                <w:color w:val="FFFFFF"/>
                <w:sz w:val="19"/>
                <w:szCs w:val="19"/>
              </w:rPr>
              <w:t>Owner</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34C78D1" w14:textId="77777777" w:rsidR="007F646A" w:rsidRDefault="00000000">
            <w:pPr>
              <w:pStyle w:val="TableSmall"/>
              <w:keepLines/>
              <w:spacing w:after="0"/>
            </w:pPr>
            <w:r>
              <w:rPr>
                <w:b/>
                <w:color w:val="FFFFFF"/>
                <w:sz w:val="19"/>
                <w:szCs w:val="19"/>
              </w:rPr>
              <w:t>Due</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7C3A27E" w14:textId="77777777" w:rsidR="007F646A" w:rsidRDefault="00000000">
            <w:pPr>
              <w:pStyle w:val="TableSmall"/>
              <w:keepLines/>
              <w:spacing w:after="0"/>
            </w:pPr>
            <w:r>
              <w:rPr>
                <w:b/>
                <w:color w:val="FFFFFF"/>
                <w:sz w:val="19"/>
                <w:szCs w:val="19"/>
              </w:rPr>
              <w:t>Status</w:t>
            </w:r>
          </w:p>
        </w:tc>
        <w:tc>
          <w:tcPr>
            <w:tcW w:w="152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73DC14C" w14:textId="77777777" w:rsidR="007F646A" w:rsidRDefault="00000000">
            <w:pPr>
              <w:pStyle w:val="TableSmall"/>
              <w:keepLines/>
              <w:spacing w:after="0"/>
            </w:pPr>
            <w:r>
              <w:rPr>
                <w:b/>
                <w:color w:val="FFFFFF"/>
                <w:sz w:val="19"/>
                <w:szCs w:val="19"/>
              </w:rPr>
              <w:t>Evidence / note</w:t>
            </w:r>
          </w:p>
        </w:tc>
      </w:tr>
      <w:tr w:rsidR="007F646A" w14:paraId="23335214" w14:textId="77777777">
        <w:trPr>
          <w:cantSplit/>
          <w:jc w:val="center"/>
        </w:trPr>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27D424" w14:textId="77777777" w:rsidR="007F646A" w:rsidRDefault="00000000">
            <w:pPr>
              <w:pStyle w:val="TableSmall"/>
              <w:keepLines/>
              <w:spacing w:after="0"/>
            </w:pPr>
            <w:r>
              <w:rPr>
                <w:sz w:val="19"/>
                <w:szCs w:val="19"/>
              </w:rPr>
              <w:t>CA-1</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0249A9" w14:textId="77777777" w:rsidR="007F646A" w:rsidRDefault="00000000">
            <w:pPr>
              <w:pStyle w:val="TableSmall"/>
              <w:keepLines/>
              <w:spacing w:after="0"/>
            </w:pPr>
            <w:r>
              <w:rPr>
                <w:sz w:val="19"/>
                <w:szCs w:val="19"/>
              </w:rPr>
              <w:t>Update tool-change setup checklist to require first-off bore verification after tool change.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D0B77A" w14:textId="77777777" w:rsidR="007F646A" w:rsidRDefault="00000000">
            <w:pPr>
              <w:pStyle w:val="TableSmall"/>
              <w:keepLines/>
              <w:spacing w:after="0"/>
            </w:pPr>
            <w:r>
              <w:rPr>
                <w:sz w:val="19"/>
                <w:szCs w:val="19"/>
              </w:rPr>
              <w:t>Occurrence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75B457D" w14:textId="77777777" w:rsidR="007F646A" w:rsidRDefault="00000000">
            <w:pPr>
              <w:pStyle w:val="TableSmall"/>
              <w:keepLines/>
              <w:spacing w:after="0"/>
              <w:rPr>
                <w:sz w:val="19"/>
                <w:szCs w:val="19"/>
              </w:rPr>
            </w:pPr>
            <w:r>
              <w:rPr>
                <w:sz w:val="19"/>
                <w:szCs w:val="19"/>
              </w:rPr>
              <w:t>Supplier process engineer</w:t>
            </w:r>
            <w:r w:rsidR="00DA3DBB">
              <w:rPr>
                <w:sz w:val="19"/>
                <w:szCs w:val="19"/>
              </w:rPr>
              <w:t xml:space="preserve"> </w:t>
            </w:r>
          </w:p>
          <w:p w14:paraId="671BB06A" w14:textId="767C0EA6" w:rsidR="00DA3DBB" w:rsidRDefault="00DA3DBB">
            <w:pPr>
              <w:pStyle w:val="TableSmall"/>
              <w:keepLines/>
              <w:spacing w:after="0"/>
            </w:pP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C4BBE55" w14:textId="77777777" w:rsidR="007F646A" w:rsidRDefault="00000000">
            <w:pPr>
              <w:pStyle w:val="TableSmall"/>
              <w:keepLines/>
              <w:spacing w:after="0"/>
            </w:pPr>
            <w:r>
              <w:rPr>
                <w:sz w:val="19"/>
                <w:szCs w:val="19"/>
              </w:rPr>
              <w:t>2026-07-05</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D184F7" w14:textId="77777777" w:rsidR="007F646A" w:rsidRDefault="00000000">
            <w:pPr>
              <w:pStyle w:val="TableSmall"/>
              <w:keepLines/>
              <w:spacing w:after="0"/>
            </w:pPr>
            <w:r>
              <w:rPr>
                <w:sz w:val="19"/>
                <w:szCs w:val="19"/>
              </w:rPr>
              <w:t>Complete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E6D983" w14:textId="77777777" w:rsidR="007F646A" w:rsidRDefault="00000000">
            <w:pPr>
              <w:pStyle w:val="TableSmall"/>
              <w:keepLines/>
              <w:spacing w:after="0"/>
            </w:pPr>
            <w:r>
              <w:rPr>
                <w:sz w:val="19"/>
                <w:szCs w:val="19"/>
              </w:rPr>
              <w:t xml:space="preserve">Revised checklist / </w:t>
            </w:r>
          </w:p>
        </w:tc>
      </w:tr>
      <w:tr w:rsidR="007F646A" w14:paraId="36ECE6C1" w14:textId="77777777">
        <w:trPr>
          <w:cantSplit/>
          <w:jc w:val="center"/>
        </w:trPr>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2E09ACB" w14:textId="77777777" w:rsidR="007F646A" w:rsidRDefault="00000000">
            <w:pPr>
              <w:pStyle w:val="TableSmall"/>
              <w:keepLines/>
              <w:spacing w:after="0"/>
            </w:pPr>
            <w:r>
              <w:rPr>
                <w:sz w:val="19"/>
                <w:szCs w:val="19"/>
              </w:rPr>
              <w:t>CA-2</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9F02D5" w14:textId="77777777" w:rsidR="007F646A" w:rsidRDefault="00000000">
            <w:pPr>
              <w:pStyle w:val="TableSmall"/>
              <w:keepLines/>
              <w:spacing w:after="0"/>
            </w:pPr>
            <w:r>
              <w:rPr>
                <w:sz w:val="19"/>
                <w:szCs w:val="19"/>
              </w:rPr>
              <w:t>Require first-off inspection record after boring tool change.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83CA236" w14:textId="77777777" w:rsidR="007F646A" w:rsidRDefault="00000000">
            <w:pPr>
              <w:pStyle w:val="TableSmall"/>
              <w:keepLines/>
              <w:spacing w:after="0"/>
            </w:pPr>
            <w:r>
              <w:rPr>
                <w:sz w:val="19"/>
                <w:szCs w:val="19"/>
              </w:rPr>
              <w:t>Escape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27D3B3" w14:textId="77777777" w:rsidR="007F646A" w:rsidRDefault="00000000">
            <w:pPr>
              <w:pStyle w:val="TableSmall"/>
              <w:keepLines/>
              <w:spacing w:after="0"/>
            </w:pPr>
            <w:r>
              <w:rPr>
                <w:sz w:val="19"/>
                <w:szCs w:val="19"/>
              </w:rPr>
              <w:t>Supplier quality engineer</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7F14AF2" w14:textId="77777777" w:rsidR="007F646A" w:rsidRDefault="00000000">
            <w:pPr>
              <w:pStyle w:val="TableSmall"/>
              <w:keepLines/>
              <w:spacing w:after="0"/>
            </w:pPr>
            <w:r>
              <w:rPr>
                <w:sz w:val="19"/>
                <w:szCs w:val="19"/>
              </w:rPr>
              <w:t>2026-07-05</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ED52CB5" w14:textId="77777777" w:rsidR="007F646A" w:rsidRDefault="00000000">
            <w:pPr>
              <w:pStyle w:val="TableSmall"/>
              <w:keepLines/>
              <w:spacing w:after="0"/>
            </w:pPr>
            <w:r>
              <w:rPr>
                <w:sz w:val="19"/>
                <w:szCs w:val="19"/>
              </w:rPr>
              <w:t>Complete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211344" w14:textId="77777777" w:rsidR="007F646A" w:rsidRDefault="00000000">
            <w:pPr>
              <w:pStyle w:val="TableSmall"/>
              <w:keepLines/>
              <w:spacing w:after="0"/>
            </w:pPr>
            <w:r>
              <w:rPr>
                <w:sz w:val="19"/>
                <w:szCs w:val="19"/>
              </w:rPr>
              <w:t xml:space="preserve">First-off inspection record / </w:t>
            </w:r>
          </w:p>
        </w:tc>
      </w:tr>
      <w:tr w:rsidR="007F646A" w14:paraId="7EF091D2" w14:textId="77777777">
        <w:trPr>
          <w:cantSplit/>
          <w:jc w:val="center"/>
        </w:trPr>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95D45CB" w14:textId="77777777" w:rsidR="007F646A" w:rsidRDefault="00000000">
            <w:pPr>
              <w:pStyle w:val="TableSmall"/>
              <w:keepLines/>
              <w:spacing w:after="0"/>
            </w:pPr>
            <w:r>
              <w:rPr>
                <w:sz w:val="19"/>
                <w:szCs w:val="19"/>
              </w:rPr>
              <w:t>CA-3</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A4B41C1" w14:textId="77777777" w:rsidR="007F646A" w:rsidRDefault="00000000">
            <w:pPr>
              <w:pStyle w:val="TableSmall"/>
              <w:keepLines/>
              <w:spacing w:after="0"/>
            </w:pPr>
            <w:r>
              <w:rPr>
                <w:sz w:val="19"/>
                <w:szCs w:val="19"/>
              </w:rPr>
              <w:t>Increase sample size for next 3 lots and send inspection results with shipment paperwork.</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4266E1E" w14:textId="77777777" w:rsidR="007F646A" w:rsidRDefault="00000000">
            <w:pPr>
              <w:pStyle w:val="TableSmall"/>
              <w:keepLines/>
              <w:spacing w:after="0"/>
            </w:pPr>
            <w:r>
              <w:rPr>
                <w:sz w:val="19"/>
                <w:szCs w:val="19"/>
              </w:rPr>
              <w:t>Escape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15B490C" w14:textId="77777777" w:rsidR="007F646A" w:rsidRDefault="00000000">
            <w:pPr>
              <w:pStyle w:val="TableSmall"/>
              <w:keepLines/>
              <w:spacing w:after="0"/>
            </w:pPr>
            <w:r>
              <w:rPr>
                <w:sz w:val="19"/>
                <w:szCs w:val="19"/>
              </w:rPr>
              <w:t>Supplier quality manager</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60E0428" w14:textId="77777777" w:rsidR="007F646A" w:rsidRDefault="00000000">
            <w:pPr>
              <w:pStyle w:val="TableSmall"/>
              <w:keepLines/>
              <w:spacing w:after="0"/>
            </w:pPr>
            <w:r>
              <w:rPr>
                <w:sz w:val="19"/>
                <w:szCs w:val="19"/>
              </w:rPr>
              <w:t>2026-07-19</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2C27895" w14:textId="77777777" w:rsidR="007F646A" w:rsidRDefault="00000000">
            <w:pPr>
              <w:pStyle w:val="TableSmall"/>
              <w:keepLines/>
              <w:spacing w:after="0"/>
            </w:pPr>
            <w:r>
              <w:rPr>
                <w:sz w:val="19"/>
                <w:szCs w:val="19"/>
              </w:rPr>
              <w:t>Open</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989DF5" w14:textId="77777777" w:rsidR="007F646A" w:rsidRDefault="00000000">
            <w:pPr>
              <w:pStyle w:val="TableSmall"/>
              <w:keepLines/>
              <w:spacing w:after="0"/>
            </w:pPr>
            <w:r>
              <w:rPr>
                <w:sz w:val="19"/>
                <w:szCs w:val="19"/>
              </w:rPr>
              <w:t>Three-lot inspection records / Effectiveness check pending</w:t>
            </w:r>
          </w:p>
        </w:tc>
      </w:tr>
      <w:tr w:rsidR="007F646A" w14:paraId="7DE8BBF5" w14:textId="77777777">
        <w:trPr>
          <w:cantSplit/>
          <w:jc w:val="center"/>
        </w:trPr>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E1732FA" w14:textId="77777777" w:rsidR="007F646A" w:rsidRDefault="00000000">
            <w:pPr>
              <w:pStyle w:val="TableSmall"/>
              <w:keepLines/>
              <w:spacing w:after="0"/>
            </w:pPr>
            <w:r>
              <w:rPr>
                <w:sz w:val="19"/>
                <w:szCs w:val="19"/>
              </w:rPr>
              <w:t>CA-4</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0B8D3F" w14:textId="77777777" w:rsidR="007F646A" w:rsidRDefault="00000000">
            <w:pPr>
              <w:pStyle w:val="TableSmall"/>
              <w:keepLines/>
              <w:spacing w:after="0"/>
            </w:pPr>
            <w:r>
              <w:rPr>
                <w:sz w:val="19"/>
                <w:szCs w:val="19"/>
              </w:rPr>
              <w:t>Train machinists and inspectors on the revised tool-change checklist and new first-off verification log sheets.</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365711" w14:textId="77777777" w:rsidR="007F646A" w:rsidRDefault="00000000">
            <w:pPr>
              <w:pStyle w:val="TableSmall"/>
              <w:keepLines/>
              <w:spacing w:after="0"/>
            </w:pPr>
            <w:r>
              <w:rPr>
                <w:sz w:val="19"/>
                <w:szCs w:val="19"/>
              </w:rPr>
              <w:t>Both</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B71553" w14:textId="77777777" w:rsidR="007F646A" w:rsidRDefault="00000000">
            <w:pPr>
              <w:pStyle w:val="TableSmall"/>
              <w:keepLines/>
              <w:spacing w:after="0"/>
            </w:pPr>
            <w:r>
              <w:rPr>
                <w:sz w:val="19"/>
                <w:szCs w:val="19"/>
              </w:rPr>
              <w:t>Supplier production supervisor</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B9C514" w14:textId="77777777" w:rsidR="007F646A" w:rsidRDefault="00000000">
            <w:pPr>
              <w:pStyle w:val="TableSmall"/>
              <w:keepLines/>
              <w:spacing w:after="0"/>
            </w:pPr>
            <w:r>
              <w:rPr>
                <w:sz w:val="19"/>
                <w:szCs w:val="19"/>
              </w:rPr>
              <w:t>2026-07-06</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3CA6563" w14:textId="77777777" w:rsidR="007F646A" w:rsidRDefault="00000000">
            <w:pPr>
              <w:pStyle w:val="TableSmall"/>
              <w:keepLines/>
              <w:spacing w:after="0"/>
            </w:pPr>
            <w:r>
              <w:rPr>
                <w:sz w:val="19"/>
                <w:szCs w:val="19"/>
              </w:rPr>
              <w:t>Complete</w:t>
            </w:r>
          </w:p>
        </w:tc>
        <w:tc>
          <w:tcPr>
            <w:tcW w:w="152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6A047A0" w14:textId="77777777" w:rsidR="007F646A" w:rsidRDefault="00000000">
            <w:pPr>
              <w:pStyle w:val="TableSmall"/>
              <w:keepLines/>
              <w:spacing w:after="0"/>
            </w:pPr>
            <w:r>
              <w:rPr>
                <w:sz w:val="19"/>
                <w:szCs w:val="19"/>
              </w:rPr>
              <w:t>Training record / Training-only action supported by changed checklist and inspection record.</w:t>
            </w:r>
          </w:p>
        </w:tc>
      </w:tr>
    </w:tbl>
    <w:p w14:paraId="647FA980"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7A6B408B"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968B50" w14:textId="77777777" w:rsidR="007F646A" w:rsidRDefault="00000000">
            <w:pPr>
              <w:pStyle w:val="TableText"/>
              <w:keepLines/>
              <w:spacing w:after="0"/>
            </w:pPr>
            <w:r>
              <w:rPr>
                <w:b/>
                <w:color w:val="17365D"/>
                <w:sz w:val="19"/>
                <w:szCs w:val="19"/>
              </w:rPr>
              <w:t>Extent of condition reviewed</w:t>
            </w:r>
          </w:p>
        </w:tc>
      </w:tr>
      <w:tr w:rsidR="007F646A" w14:paraId="0AD4F746"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981572" w14:textId="77777777" w:rsidR="007F646A" w:rsidRDefault="00000000">
            <w:pPr>
              <w:pStyle w:val="TableText"/>
              <w:keepLines/>
              <w:spacing w:after="0"/>
            </w:pPr>
            <w:r>
              <w:rPr>
                <w:i/>
                <w:color w:val="718096"/>
                <w:sz w:val="19"/>
                <w:szCs w:val="19"/>
              </w:rPr>
              <w:t>Supplier checked remaining stock, WIP, finished goods, and the previous delivered lot. No additional oversize bores were found outside lot SL-0626-A.</w:t>
            </w:r>
          </w:p>
          <w:p w14:paraId="087BA77C" w14:textId="77777777" w:rsidR="007F646A" w:rsidRDefault="007F646A">
            <w:pPr>
              <w:pStyle w:val="TableText"/>
              <w:keepLines/>
              <w:spacing w:after="0"/>
            </w:pPr>
          </w:p>
        </w:tc>
      </w:tr>
    </w:tbl>
    <w:p w14:paraId="271EE6E3"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0EF0575C"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8C5D9E" w14:textId="77777777" w:rsidR="007F646A" w:rsidRDefault="00000000">
            <w:pPr>
              <w:pStyle w:val="TableText"/>
              <w:keepLines/>
              <w:spacing w:after="0"/>
            </w:pPr>
            <w:r>
              <w:rPr>
                <w:b/>
                <w:color w:val="17365D"/>
                <w:sz w:val="19"/>
                <w:szCs w:val="19"/>
              </w:rPr>
              <w:t>Evidence reviewed</w:t>
            </w:r>
          </w:p>
        </w:tc>
      </w:tr>
      <w:tr w:rsidR="007F646A" w14:paraId="1727380F"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54198C" w14:textId="77777777" w:rsidR="007F646A" w:rsidRDefault="00000000">
            <w:pPr>
              <w:pStyle w:val="TableText"/>
              <w:keepLines/>
              <w:spacing w:after="0"/>
            </w:pPr>
            <w:r>
              <w:rPr>
                <w:i/>
                <w:sz w:val="19"/>
                <w:szCs w:val="19"/>
              </w:rPr>
              <w:t>Incoming inspection sheet, gauge calibration reference, photos of retained samples, supplier corrective action response, revised tool-change checklist, first-off inspection record, training record, and supplier three-lot inspection plan. Supplier's original setup sheets were missing from the first submission and were received/reviewed on 2026-07-03.</w:t>
            </w:r>
          </w:p>
          <w:p w14:paraId="7664E161" w14:textId="77777777" w:rsidR="007F646A" w:rsidRDefault="007F646A">
            <w:pPr>
              <w:pStyle w:val="TableText"/>
              <w:keepLines/>
              <w:spacing w:after="0"/>
            </w:pPr>
          </w:p>
        </w:tc>
      </w:tr>
    </w:tbl>
    <w:p w14:paraId="569E47A1" w14:textId="77777777" w:rsidR="007F646A" w:rsidRDefault="007F646A">
      <w:pPr>
        <w:spacing w:after="40"/>
      </w:pPr>
    </w:p>
    <w:tbl>
      <w:tblPr>
        <w:tblW w:w="10656" w:type="dxa"/>
        <w:jc w:val="center"/>
        <w:tblLayout w:type="fixed"/>
        <w:tblLook w:val="04A0" w:firstRow="1" w:lastRow="0" w:firstColumn="1" w:lastColumn="0" w:noHBand="0" w:noVBand="1"/>
      </w:tblPr>
      <w:tblGrid>
        <w:gridCol w:w="10656"/>
      </w:tblGrid>
      <w:tr w:rsidR="007F646A" w14:paraId="492726C4"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12EBD77" w14:textId="77777777" w:rsidR="007F646A" w:rsidRDefault="00000000">
            <w:pPr>
              <w:pStyle w:val="TableText"/>
              <w:keepLines/>
              <w:spacing w:after="0"/>
            </w:pPr>
            <w:r>
              <w:rPr>
                <w:b/>
                <w:color w:val="17365D"/>
                <w:sz w:val="19"/>
                <w:szCs w:val="19"/>
              </w:rPr>
              <w:t>Verification and closure</w:t>
            </w:r>
          </w:p>
        </w:tc>
      </w:tr>
      <w:tr w:rsidR="007F646A" w14:paraId="756FDE9A" w14:textId="77777777">
        <w:trPr>
          <w:cantSplit/>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07114E" w14:textId="77777777" w:rsidR="007F646A" w:rsidRDefault="00000000">
            <w:pPr>
              <w:pStyle w:val="TableText"/>
              <w:keepLines/>
              <w:spacing w:after="0"/>
            </w:pPr>
            <w:r>
              <w:rPr>
                <w:i/>
                <w:color w:val="718096"/>
                <w:sz w:val="19"/>
                <w:szCs w:val="19"/>
              </w:rPr>
              <w:t>Next shipment inspected with no oversize bores found. SCAR closed with effectiveness check pending after three accepted lots, using next-shipment inspection plus three-lot verification per company standard.</w:t>
            </w:r>
          </w:p>
          <w:p w14:paraId="702FD0F3" w14:textId="77777777" w:rsidR="007F646A" w:rsidRDefault="007F646A">
            <w:pPr>
              <w:pStyle w:val="TableText"/>
              <w:keepLines/>
              <w:spacing w:after="0"/>
            </w:pPr>
          </w:p>
        </w:tc>
      </w:tr>
    </w:tbl>
    <w:p w14:paraId="5FBBC28A" w14:textId="77777777" w:rsidR="007F646A" w:rsidRDefault="007F646A">
      <w:pPr>
        <w:spacing w:after="40"/>
      </w:pPr>
    </w:p>
    <w:p w14:paraId="41230711" w14:textId="77777777" w:rsidR="007F646A" w:rsidRDefault="00000000">
      <w:pPr>
        <w:pStyle w:val="Heading1"/>
        <w:pageBreakBefore/>
        <w:shd w:val="clear" w:color="auto" w:fill="17365D"/>
      </w:pPr>
      <w:r>
        <w:rPr>
          <w:rFonts w:ascii="Arial" w:hAnsi="Arial" w:cs="Arial"/>
        </w:rPr>
        <w:lastRenderedPageBreak/>
        <w:t>Internal notes / revision history</w:t>
      </w:r>
    </w:p>
    <w:tbl>
      <w:tblPr>
        <w:tblW w:w="10655" w:type="dxa"/>
        <w:jc w:val="center"/>
        <w:tblLayout w:type="fixed"/>
        <w:tblLook w:val="04A0" w:firstRow="1" w:lastRow="0" w:firstColumn="1" w:lastColumn="0" w:noHBand="0" w:noVBand="1"/>
      </w:tblPr>
      <w:tblGrid>
        <w:gridCol w:w="2131"/>
        <w:gridCol w:w="2131"/>
        <w:gridCol w:w="2131"/>
        <w:gridCol w:w="2131"/>
        <w:gridCol w:w="2131"/>
      </w:tblGrid>
      <w:tr w:rsidR="007F646A" w14:paraId="0F4B4E29" w14:textId="77777777">
        <w:trPr>
          <w:cantSplit/>
          <w:tblHeader/>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7D2F655" w14:textId="77777777" w:rsidR="007F646A" w:rsidRDefault="00000000">
            <w:pPr>
              <w:pStyle w:val="TableText"/>
              <w:keepLines/>
              <w:spacing w:after="0"/>
            </w:pPr>
            <w:r>
              <w:rPr>
                <w:b/>
                <w:color w:val="FFFFFF"/>
                <w:sz w:val="19"/>
                <w:szCs w:val="19"/>
              </w:rPr>
              <w:t>Revision</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3410EF1" w14:textId="77777777" w:rsidR="007F646A" w:rsidRDefault="00000000">
            <w:pPr>
              <w:pStyle w:val="TableText"/>
              <w:keepLines/>
              <w:spacing w:after="0"/>
            </w:pPr>
            <w:r>
              <w:rPr>
                <w:b/>
                <w:color w:val="FFFFFF"/>
                <w:sz w:val="19"/>
                <w:szCs w:val="19"/>
              </w:rPr>
              <w:t>Date</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1E71B54" w14:textId="77777777" w:rsidR="007F646A" w:rsidRDefault="00000000">
            <w:pPr>
              <w:pStyle w:val="TableText"/>
              <w:keepLines/>
              <w:spacing w:after="0"/>
            </w:pPr>
            <w:r>
              <w:rPr>
                <w:b/>
                <w:color w:val="FFFFFF"/>
                <w:sz w:val="19"/>
                <w:szCs w:val="19"/>
              </w:rPr>
              <w:t>Change summary</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A102F05" w14:textId="77777777" w:rsidR="007F646A" w:rsidRDefault="00000000">
            <w:pPr>
              <w:pStyle w:val="TableText"/>
              <w:keepLines/>
              <w:spacing w:after="0"/>
            </w:pPr>
            <w:r>
              <w:rPr>
                <w:b/>
                <w:color w:val="FFFFFF"/>
                <w:sz w:val="19"/>
                <w:szCs w:val="19"/>
              </w:rPr>
              <w:t>Updated by</w:t>
            </w:r>
          </w:p>
        </w:tc>
        <w:tc>
          <w:tcPr>
            <w:tcW w:w="2131"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9E8B3ED" w14:textId="77777777" w:rsidR="007F646A" w:rsidRDefault="00000000">
            <w:pPr>
              <w:pStyle w:val="TableText"/>
              <w:keepLines/>
              <w:spacing w:after="0"/>
            </w:pPr>
            <w:r>
              <w:rPr>
                <w:b/>
                <w:color w:val="FFFFFF"/>
                <w:sz w:val="19"/>
                <w:szCs w:val="19"/>
              </w:rPr>
              <w:t>Approval</w:t>
            </w:r>
          </w:p>
        </w:tc>
      </w:tr>
      <w:tr w:rsidR="007F646A" w14:paraId="743EB4BA"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02442C" w14:textId="77777777" w:rsidR="007F646A" w:rsidRDefault="00000000">
            <w:pPr>
              <w:pStyle w:val="TableText"/>
              <w:keepLines/>
              <w:spacing w:after="0"/>
            </w:pPr>
            <w:r>
              <w:rPr>
                <w:sz w:val="19"/>
                <w:szCs w:val="19"/>
              </w:rPr>
              <w:t>0</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CFE3E8E"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B276A6" w14:textId="77777777" w:rsidR="007F646A" w:rsidRDefault="00000000">
            <w:pPr>
              <w:pStyle w:val="TableText"/>
              <w:keepLines/>
              <w:spacing w:after="0"/>
            </w:pPr>
            <w:r>
              <w:rPr>
                <w:sz w:val="19"/>
                <w:szCs w:val="19"/>
              </w:rPr>
              <w:t>Initial SCAR issued</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7E8676"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5F933A2" w14:textId="77777777" w:rsidR="007F646A" w:rsidRDefault="007F646A">
            <w:pPr>
              <w:pStyle w:val="TableText"/>
              <w:keepLines/>
              <w:spacing w:after="0"/>
            </w:pPr>
          </w:p>
        </w:tc>
      </w:tr>
      <w:tr w:rsidR="007F646A" w14:paraId="1047EDAF"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4A82C8C" w14:textId="77777777" w:rsidR="007F646A" w:rsidRDefault="00000000">
            <w:pPr>
              <w:pStyle w:val="TableText"/>
              <w:keepLines/>
              <w:spacing w:after="0"/>
            </w:pPr>
            <w:r>
              <w:rPr>
                <w:sz w:val="19"/>
                <w:szCs w:val="19"/>
              </w:rPr>
              <w:t>1</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2C1BCC4"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D73971A"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788981"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3FD129" w14:textId="77777777" w:rsidR="007F646A" w:rsidRDefault="007F646A">
            <w:pPr>
              <w:pStyle w:val="TableText"/>
              <w:keepLines/>
              <w:spacing w:after="0"/>
            </w:pPr>
          </w:p>
        </w:tc>
      </w:tr>
      <w:tr w:rsidR="007F646A" w14:paraId="57B6258D" w14:textId="77777777">
        <w:trPr>
          <w:cantSplit/>
          <w:jc w:val="center"/>
        </w:trPr>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76199B" w14:textId="77777777" w:rsidR="007F646A" w:rsidRDefault="00000000">
            <w:pPr>
              <w:pStyle w:val="TableText"/>
              <w:keepLines/>
              <w:spacing w:after="0"/>
            </w:pPr>
            <w:r>
              <w:rPr>
                <w:sz w:val="19"/>
                <w:szCs w:val="19"/>
              </w:rPr>
              <w:t>2</w:t>
            </w: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C130A3"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73DB8B"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BA46EC" w14:textId="77777777" w:rsidR="007F646A" w:rsidRDefault="007F646A">
            <w:pPr>
              <w:pStyle w:val="TableText"/>
              <w:keepLines/>
              <w:spacing w:after="0"/>
            </w:pPr>
          </w:p>
        </w:tc>
        <w:tc>
          <w:tcPr>
            <w:tcW w:w="2131"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3FCD5D" w14:textId="77777777" w:rsidR="007F646A" w:rsidRDefault="007F646A">
            <w:pPr>
              <w:pStyle w:val="TableText"/>
              <w:keepLines/>
              <w:spacing w:after="0"/>
            </w:pPr>
          </w:p>
        </w:tc>
      </w:tr>
    </w:tbl>
    <w:p w14:paraId="01CB77FB" w14:textId="77777777" w:rsidR="007F646A" w:rsidRDefault="007F646A">
      <w:pPr>
        <w:spacing w:after="40"/>
      </w:pPr>
    </w:p>
    <w:p w14:paraId="2BC1EF95" w14:textId="77777777" w:rsidR="007148A1" w:rsidRDefault="007148A1" w:rsidP="007148A1">
      <w:pPr>
        <w:pStyle w:val="Heading2"/>
        <w:spacing w:before="80"/>
      </w:pPr>
      <w:r>
        <w:rPr>
          <w:rFonts w:ascii="Arial" w:eastAsia="Arial" w:hAnsi="Arial" w:cs="Arial"/>
        </w:rPr>
        <w:t>Use 8Dflow.com</w:t>
      </w:r>
    </w:p>
    <w:p w14:paraId="3D5125E9" w14:textId="77777777" w:rsidR="00B33762" w:rsidRDefault="00B33762" w:rsidP="00B33762">
      <w:pPr>
        <w:spacing w:after="40"/>
        <w:rPr>
          <w:b/>
          <w:bCs/>
          <w:szCs w:val="20"/>
        </w:rPr>
      </w:pPr>
    </w:p>
    <w:p w14:paraId="754B33D9" w14:textId="77777777" w:rsidR="00B33762" w:rsidRPr="00B33762" w:rsidRDefault="00B33762" w:rsidP="00B33762">
      <w:pPr>
        <w:spacing w:after="40"/>
        <w:rPr>
          <w:szCs w:val="20"/>
          <w:lang w:val="en-AU"/>
        </w:rPr>
      </w:pPr>
      <w:r w:rsidRPr="00B33762">
        <w:rPr>
          <w:szCs w:val="20"/>
          <w:lang w:val="en-AU"/>
        </w:rPr>
        <w:t>Tracking owners, due dates, and evidence across Word files and email threads gets messy fast.</w:t>
      </w:r>
    </w:p>
    <w:p w14:paraId="3911B94F" w14:textId="77777777" w:rsidR="00B33762" w:rsidRDefault="00B33762" w:rsidP="00B33762">
      <w:pPr>
        <w:spacing w:after="40"/>
        <w:rPr>
          <w:szCs w:val="20"/>
          <w:lang w:val="en-AU"/>
        </w:rPr>
      </w:pPr>
    </w:p>
    <w:p w14:paraId="61111480" w14:textId="6D282B4A" w:rsidR="00B33762" w:rsidRPr="00B33762" w:rsidRDefault="00B33762" w:rsidP="00B33762">
      <w:pPr>
        <w:spacing w:after="40"/>
        <w:rPr>
          <w:szCs w:val="20"/>
          <w:lang w:val="en-AU"/>
        </w:rPr>
      </w:pPr>
      <w:r w:rsidRPr="00B33762">
        <w:rPr>
          <w:szCs w:val="20"/>
          <w:lang w:val="en-AU"/>
        </w:rPr>
        <w:t>8Dflow is manufacturing quality software for managing 8D reports, NCRs, corrective actions, owners, due dates, and evidence in one place.</w:t>
      </w:r>
    </w:p>
    <w:p w14:paraId="066E4B31" w14:textId="77777777" w:rsidR="00B33762" w:rsidRDefault="00B33762" w:rsidP="00B33762">
      <w:pPr>
        <w:spacing w:after="40"/>
        <w:rPr>
          <w:szCs w:val="20"/>
          <w:lang w:val="en-AU"/>
        </w:rPr>
      </w:pPr>
    </w:p>
    <w:p w14:paraId="674C5853" w14:textId="77FED640" w:rsidR="00B33762" w:rsidRPr="00B33762" w:rsidRDefault="00B33762" w:rsidP="00B33762">
      <w:pPr>
        <w:spacing w:after="40"/>
        <w:rPr>
          <w:szCs w:val="20"/>
          <w:lang w:val="en-AU"/>
        </w:rPr>
      </w:pPr>
      <w:r w:rsidRPr="00B33762">
        <w:rPr>
          <w:szCs w:val="20"/>
          <w:lang w:val="en-AU"/>
        </w:rPr>
        <w:t>Visit 8Dflow.com.</w:t>
      </w:r>
    </w:p>
    <w:p w14:paraId="3B39997C" w14:textId="77777777" w:rsidR="007148A1" w:rsidRDefault="007148A1">
      <w:pPr>
        <w:spacing w:after="40"/>
      </w:pPr>
    </w:p>
    <w:sectPr w:rsidR="007148A1" w:rsidSect="00034616">
      <w:footerReference w:type="default" r:id="rId16"/>
      <w:pgSz w:w="12240" w:h="15840"/>
      <w:pgMar w:top="792" w:right="792" w:bottom="792" w:left="79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D206A" w14:textId="77777777" w:rsidR="004504ED" w:rsidRDefault="004504ED">
      <w:pPr>
        <w:spacing w:after="0"/>
      </w:pPr>
      <w:r>
        <w:separator/>
      </w:r>
    </w:p>
  </w:endnote>
  <w:endnote w:type="continuationSeparator" w:id="0">
    <w:p w14:paraId="00751AAD" w14:textId="77777777" w:rsidR="004504ED" w:rsidRDefault="004504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6" w:type="dxa"/>
      <w:jc w:val="center"/>
      <w:tblLayout w:type="fixed"/>
      <w:tblLook w:val="04A0" w:firstRow="1" w:lastRow="0" w:firstColumn="1" w:lastColumn="0" w:noHBand="0" w:noVBand="1"/>
    </w:tblPr>
    <w:tblGrid>
      <w:gridCol w:w="9504"/>
      <w:gridCol w:w="1152"/>
    </w:tblGrid>
    <w:tr w:rsidR="007F646A" w14:paraId="3BD7F19A" w14:textId="77777777">
      <w:trPr>
        <w:jc w:val="center"/>
      </w:trPr>
      <w:tc>
        <w:tcPr>
          <w:tcW w:w="9504" w:type="dxa"/>
          <w:tcBorders>
            <w:top w:val="nil"/>
            <w:left w:val="nil"/>
            <w:bottom w:val="nil"/>
            <w:right w:val="nil"/>
          </w:tcBorders>
          <w:tcMar>
            <w:top w:w="0" w:type="dxa"/>
            <w:left w:w="0" w:type="dxa"/>
            <w:bottom w:w="0" w:type="dxa"/>
            <w:right w:w="0" w:type="dxa"/>
          </w:tcMar>
          <w:vAlign w:val="center"/>
        </w:tcPr>
        <w:p w14:paraId="602F6B87" w14:textId="2AA752CF" w:rsidR="007F646A" w:rsidRPr="003F0894" w:rsidRDefault="003D1350">
          <w:pPr>
            <w:pStyle w:val="FooterSmall"/>
            <w:spacing w:after="0"/>
            <w:rPr>
              <w:i/>
              <w:iCs/>
            </w:rPr>
          </w:pPr>
          <w:r w:rsidRPr="003F0894">
            <w:rPr>
              <w:i/>
              <w:iCs/>
              <w:color w:val="4A5568"/>
              <w:sz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sidRPr="003F0894">
            <w:rPr>
              <w:i/>
              <w:iCs/>
              <w:color w:val="4A5568"/>
              <w:sz w:val="13"/>
            </w:rPr>
            <w:t>.</w:t>
          </w:r>
        </w:p>
      </w:tc>
      <w:tc>
        <w:tcPr>
          <w:tcW w:w="1152" w:type="dxa"/>
          <w:tcBorders>
            <w:top w:val="nil"/>
            <w:left w:val="nil"/>
            <w:bottom w:val="nil"/>
            <w:right w:val="nil"/>
          </w:tcBorders>
          <w:tcMar>
            <w:top w:w="0" w:type="dxa"/>
            <w:left w:w="0" w:type="dxa"/>
            <w:bottom w:w="0" w:type="dxa"/>
            <w:right w:w="0" w:type="dxa"/>
          </w:tcMar>
          <w:vAlign w:val="center"/>
        </w:tcPr>
        <w:p w14:paraId="163CF6E2" w14:textId="77777777" w:rsidR="007F646A" w:rsidRDefault="00000000">
          <w:pPr>
            <w:pStyle w:val="FooterSmall"/>
            <w:spacing w:after="0"/>
            <w:jc w:val="right"/>
          </w:pPr>
          <w:r>
            <w:rPr>
              <w:color w:val="4A5568"/>
              <w:sz w:val="13"/>
            </w:rPr>
            <w:t xml:space="preserve">Page </w:t>
          </w:r>
          <w:r>
            <w:rPr>
              <w:color w:val="4A5568"/>
              <w:sz w:val="13"/>
            </w:rPr>
            <w:fldChar w:fldCharType="begin"/>
          </w:r>
          <w:r>
            <w:rPr>
              <w:color w:val="4A5568"/>
              <w:sz w:val="13"/>
            </w:rPr>
            <w:instrText>PAGE</w:instrText>
          </w:r>
          <w:r>
            <w:rPr>
              <w:color w:val="4A5568"/>
              <w:sz w:val="13"/>
            </w:rPr>
            <w:fldChar w:fldCharType="separate"/>
          </w:r>
          <w:r w:rsidR="001B3268">
            <w:rPr>
              <w:noProof/>
              <w:color w:val="4A5568"/>
              <w:sz w:val="13"/>
            </w:rPr>
            <w:t>1</w:t>
          </w:r>
          <w:r>
            <w:rPr>
              <w:color w:val="4A5568"/>
              <w:sz w:val="13"/>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12" w:type="dxa"/>
      <w:jc w:val="center"/>
      <w:tblLayout w:type="fixed"/>
      <w:tblLook w:val="04A0" w:firstRow="1" w:lastRow="0" w:firstColumn="1" w:lastColumn="0" w:noHBand="0" w:noVBand="1"/>
    </w:tblPr>
    <w:tblGrid>
      <w:gridCol w:w="12960"/>
      <w:gridCol w:w="1152"/>
    </w:tblGrid>
    <w:tr w:rsidR="007F646A" w14:paraId="2C7A297E" w14:textId="77777777">
      <w:trPr>
        <w:jc w:val="center"/>
      </w:trPr>
      <w:tc>
        <w:tcPr>
          <w:tcW w:w="12960" w:type="dxa"/>
          <w:tcBorders>
            <w:top w:val="nil"/>
            <w:left w:val="nil"/>
            <w:bottom w:val="nil"/>
            <w:right w:val="nil"/>
          </w:tcBorders>
          <w:tcMar>
            <w:top w:w="0" w:type="dxa"/>
            <w:left w:w="0" w:type="dxa"/>
            <w:bottom w:w="0" w:type="dxa"/>
            <w:right w:w="0" w:type="dxa"/>
          </w:tcMar>
          <w:vAlign w:val="center"/>
        </w:tcPr>
        <w:p w14:paraId="03191721" w14:textId="77777777" w:rsidR="007F646A" w:rsidRDefault="00000000">
          <w:pPr>
            <w:pStyle w:val="FooterSmall"/>
            <w:spacing w:after="0"/>
          </w:pPr>
          <w:r>
            <w:rPr>
              <w:color w:val="4A5568"/>
              <w:sz w:val="13"/>
            </w:rPr>
            <w:t>© 2026 8Dflow.com — For general manufacturing quality use. Adapt to your requirements. Do not redistribute. |</w:t>
          </w:r>
        </w:p>
      </w:tc>
      <w:tc>
        <w:tcPr>
          <w:tcW w:w="1152" w:type="dxa"/>
          <w:tcBorders>
            <w:top w:val="nil"/>
            <w:left w:val="nil"/>
            <w:bottom w:val="nil"/>
            <w:right w:val="nil"/>
          </w:tcBorders>
          <w:tcMar>
            <w:top w:w="0" w:type="dxa"/>
            <w:left w:w="0" w:type="dxa"/>
            <w:bottom w:w="0" w:type="dxa"/>
            <w:right w:w="0" w:type="dxa"/>
          </w:tcMar>
          <w:vAlign w:val="center"/>
        </w:tcPr>
        <w:p w14:paraId="7498FEF6" w14:textId="74C390E6" w:rsidR="007F646A" w:rsidRDefault="00000000">
          <w:pPr>
            <w:pStyle w:val="FooterSmall"/>
            <w:spacing w:after="0"/>
            <w:jc w:val="right"/>
          </w:pPr>
          <w:r>
            <w:rPr>
              <w:color w:val="4A5568"/>
              <w:sz w:val="13"/>
            </w:rPr>
            <w:t xml:space="preserve">Page </w:t>
          </w:r>
          <w:r>
            <w:rPr>
              <w:color w:val="4A5568"/>
              <w:sz w:val="13"/>
            </w:rPr>
            <w:fldChar w:fldCharType="begin"/>
          </w:r>
          <w:r>
            <w:rPr>
              <w:color w:val="4A5568"/>
              <w:sz w:val="13"/>
            </w:rPr>
            <w:instrText>PAGE</w:instrText>
          </w:r>
          <w:r>
            <w:rPr>
              <w:color w:val="4A5568"/>
              <w:sz w:val="13"/>
            </w:rPr>
            <w:fldChar w:fldCharType="separate"/>
          </w:r>
          <w:r w:rsidR="001B3268">
            <w:rPr>
              <w:noProof/>
              <w:color w:val="4A5568"/>
              <w:sz w:val="13"/>
            </w:rPr>
            <w:t>9</w:t>
          </w:r>
          <w:r>
            <w:rPr>
              <w:color w:val="4A5568"/>
              <w:sz w:val="13"/>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6" w:type="dxa"/>
      <w:jc w:val="center"/>
      <w:tblLayout w:type="fixed"/>
      <w:tblLook w:val="04A0" w:firstRow="1" w:lastRow="0" w:firstColumn="1" w:lastColumn="0" w:noHBand="0" w:noVBand="1"/>
    </w:tblPr>
    <w:tblGrid>
      <w:gridCol w:w="9504"/>
      <w:gridCol w:w="1152"/>
    </w:tblGrid>
    <w:tr w:rsidR="007F646A" w14:paraId="030E0B80" w14:textId="77777777">
      <w:trPr>
        <w:jc w:val="center"/>
      </w:trPr>
      <w:tc>
        <w:tcPr>
          <w:tcW w:w="9504" w:type="dxa"/>
          <w:tcBorders>
            <w:top w:val="nil"/>
            <w:left w:val="nil"/>
            <w:bottom w:val="nil"/>
            <w:right w:val="nil"/>
          </w:tcBorders>
          <w:tcMar>
            <w:top w:w="0" w:type="dxa"/>
            <w:left w:w="0" w:type="dxa"/>
            <w:bottom w:w="0" w:type="dxa"/>
            <w:right w:w="0" w:type="dxa"/>
          </w:tcMar>
          <w:vAlign w:val="center"/>
        </w:tcPr>
        <w:p w14:paraId="5D1B4A09" w14:textId="77777777" w:rsidR="007F646A" w:rsidRDefault="00000000">
          <w:pPr>
            <w:pStyle w:val="FooterSmall"/>
            <w:spacing w:after="0"/>
          </w:pPr>
          <w:r>
            <w:rPr>
              <w:color w:val="4A5568"/>
              <w:sz w:val="13"/>
            </w:rPr>
            <w:t>© 2026 8Dflow.com — For general manufacturing quality use. Adapt to your requirements. Do not redistribute. |</w:t>
          </w:r>
        </w:p>
      </w:tc>
      <w:tc>
        <w:tcPr>
          <w:tcW w:w="1152" w:type="dxa"/>
          <w:tcBorders>
            <w:top w:val="nil"/>
            <w:left w:val="nil"/>
            <w:bottom w:val="nil"/>
            <w:right w:val="nil"/>
          </w:tcBorders>
          <w:tcMar>
            <w:top w:w="0" w:type="dxa"/>
            <w:left w:w="0" w:type="dxa"/>
            <w:bottom w:w="0" w:type="dxa"/>
            <w:right w:w="0" w:type="dxa"/>
          </w:tcMar>
          <w:vAlign w:val="center"/>
        </w:tcPr>
        <w:p w14:paraId="7AF423CB" w14:textId="04D75BD9" w:rsidR="007F646A" w:rsidRDefault="00000000">
          <w:pPr>
            <w:pStyle w:val="FooterSmall"/>
            <w:spacing w:after="0"/>
            <w:jc w:val="right"/>
          </w:pPr>
          <w:r>
            <w:rPr>
              <w:color w:val="4A5568"/>
              <w:sz w:val="13"/>
            </w:rPr>
            <w:t xml:space="preserve">Page </w:t>
          </w:r>
          <w:r>
            <w:rPr>
              <w:color w:val="4A5568"/>
              <w:sz w:val="13"/>
            </w:rPr>
            <w:fldChar w:fldCharType="begin"/>
          </w:r>
          <w:r>
            <w:rPr>
              <w:color w:val="4A5568"/>
              <w:sz w:val="13"/>
            </w:rPr>
            <w:instrText>PAGE</w:instrText>
          </w:r>
          <w:r>
            <w:rPr>
              <w:color w:val="4A5568"/>
              <w:sz w:val="13"/>
            </w:rPr>
            <w:fldChar w:fldCharType="separate"/>
          </w:r>
          <w:r w:rsidR="001B3268">
            <w:rPr>
              <w:noProof/>
              <w:color w:val="4A5568"/>
              <w:sz w:val="13"/>
            </w:rPr>
            <w:t>11</w:t>
          </w:r>
          <w:r>
            <w:rPr>
              <w:color w:val="4A5568"/>
              <w:sz w:val="13"/>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12" w:type="dxa"/>
      <w:jc w:val="center"/>
      <w:tblLayout w:type="fixed"/>
      <w:tblLook w:val="04A0" w:firstRow="1" w:lastRow="0" w:firstColumn="1" w:lastColumn="0" w:noHBand="0" w:noVBand="1"/>
    </w:tblPr>
    <w:tblGrid>
      <w:gridCol w:w="12960"/>
      <w:gridCol w:w="1152"/>
    </w:tblGrid>
    <w:tr w:rsidR="007F646A" w14:paraId="5E32624A" w14:textId="77777777">
      <w:trPr>
        <w:jc w:val="center"/>
      </w:trPr>
      <w:tc>
        <w:tcPr>
          <w:tcW w:w="12960" w:type="dxa"/>
          <w:tcBorders>
            <w:top w:val="nil"/>
            <w:left w:val="nil"/>
            <w:bottom w:val="nil"/>
            <w:right w:val="nil"/>
          </w:tcBorders>
          <w:tcMar>
            <w:top w:w="0" w:type="dxa"/>
            <w:left w:w="0" w:type="dxa"/>
            <w:bottom w:w="0" w:type="dxa"/>
            <w:right w:w="0" w:type="dxa"/>
          </w:tcMar>
          <w:vAlign w:val="center"/>
        </w:tcPr>
        <w:p w14:paraId="29F6ACA2" w14:textId="77777777" w:rsidR="007F646A" w:rsidRDefault="00000000">
          <w:pPr>
            <w:pStyle w:val="FooterSmall"/>
            <w:spacing w:after="0"/>
          </w:pPr>
          <w:r>
            <w:rPr>
              <w:color w:val="4A5568"/>
              <w:sz w:val="13"/>
            </w:rPr>
            <w:t>© 2026 8Dflow.com — For general manufacturing quality use. Adapt to your requirements. Do not redistribute. |</w:t>
          </w:r>
        </w:p>
      </w:tc>
      <w:tc>
        <w:tcPr>
          <w:tcW w:w="1152" w:type="dxa"/>
          <w:tcBorders>
            <w:top w:val="nil"/>
            <w:left w:val="nil"/>
            <w:bottom w:val="nil"/>
            <w:right w:val="nil"/>
          </w:tcBorders>
          <w:tcMar>
            <w:top w:w="0" w:type="dxa"/>
            <w:left w:w="0" w:type="dxa"/>
            <w:bottom w:w="0" w:type="dxa"/>
            <w:right w:w="0" w:type="dxa"/>
          </w:tcMar>
          <w:vAlign w:val="center"/>
        </w:tcPr>
        <w:p w14:paraId="77499DA9" w14:textId="5FCB2280" w:rsidR="007F646A" w:rsidRDefault="00000000">
          <w:pPr>
            <w:pStyle w:val="FooterSmall"/>
            <w:spacing w:after="0"/>
            <w:jc w:val="right"/>
          </w:pPr>
          <w:r>
            <w:rPr>
              <w:color w:val="4A5568"/>
              <w:sz w:val="13"/>
            </w:rPr>
            <w:t xml:space="preserve">Page </w:t>
          </w:r>
          <w:r>
            <w:rPr>
              <w:color w:val="4A5568"/>
              <w:sz w:val="13"/>
            </w:rPr>
            <w:fldChar w:fldCharType="begin"/>
          </w:r>
          <w:r>
            <w:rPr>
              <w:color w:val="4A5568"/>
              <w:sz w:val="13"/>
            </w:rPr>
            <w:instrText>PAGE</w:instrText>
          </w:r>
          <w:r>
            <w:rPr>
              <w:color w:val="4A5568"/>
              <w:sz w:val="13"/>
            </w:rPr>
            <w:fldChar w:fldCharType="separate"/>
          </w:r>
          <w:r w:rsidR="001B3268">
            <w:rPr>
              <w:noProof/>
              <w:color w:val="4A5568"/>
              <w:sz w:val="13"/>
            </w:rPr>
            <w:t>12</w:t>
          </w:r>
          <w:r>
            <w:rPr>
              <w:color w:val="4A5568"/>
              <w:sz w:val="13"/>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6" w:type="dxa"/>
      <w:jc w:val="center"/>
      <w:tblLayout w:type="fixed"/>
      <w:tblLook w:val="04A0" w:firstRow="1" w:lastRow="0" w:firstColumn="1" w:lastColumn="0" w:noHBand="0" w:noVBand="1"/>
    </w:tblPr>
    <w:tblGrid>
      <w:gridCol w:w="9504"/>
      <w:gridCol w:w="1152"/>
    </w:tblGrid>
    <w:tr w:rsidR="007F646A" w14:paraId="7D5FB6DA" w14:textId="77777777">
      <w:trPr>
        <w:jc w:val="center"/>
      </w:trPr>
      <w:tc>
        <w:tcPr>
          <w:tcW w:w="9504" w:type="dxa"/>
          <w:tcBorders>
            <w:top w:val="nil"/>
            <w:left w:val="nil"/>
            <w:bottom w:val="nil"/>
            <w:right w:val="nil"/>
          </w:tcBorders>
          <w:tcMar>
            <w:top w:w="0" w:type="dxa"/>
            <w:left w:w="0" w:type="dxa"/>
            <w:bottom w:w="0" w:type="dxa"/>
            <w:right w:w="0" w:type="dxa"/>
          </w:tcMar>
          <w:vAlign w:val="center"/>
        </w:tcPr>
        <w:p w14:paraId="49CD8590" w14:textId="77777777" w:rsidR="007F646A" w:rsidRDefault="00000000">
          <w:pPr>
            <w:pStyle w:val="FooterSmall"/>
            <w:spacing w:after="0"/>
          </w:pPr>
          <w:r>
            <w:rPr>
              <w:color w:val="4A5568"/>
              <w:sz w:val="13"/>
            </w:rPr>
            <w:t>© 2026 8Dflow.com — For general manufacturing quality use. Adapt to your requirements. Do not redistribute. |</w:t>
          </w:r>
        </w:p>
      </w:tc>
      <w:tc>
        <w:tcPr>
          <w:tcW w:w="1152" w:type="dxa"/>
          <w:tcBorders>
            <w:top w:val="nil"/>
            <w:left w:val="nil"/>
            <w:bottom w:val="nil"/>
            <w:right w:val="nil"/>
          </w:tcBorders>
          <w:tcMar>
            <w:top w:w="0" w:type="dxa"/>
            <w:left w:w="0" w:type="dxa"/>
            <w:bottom w:w="0" w:type="dxa"/>
            <w:right w:w="0" w:type="dxa"/>
          </w:tcMar>
          <w:vAlign w:val="center"/>
        </w:tcPr>
        <w:p w14:paraId="6C89CBE3" w14:textId="46B7B06B" w:rsidR="007F646A" w:rsidRDefault="00000000">
          <w:pPr>
            <w:pStyle w:val="FooterSmall"/>
            <w:spacing w:after="0"/>
            <w:jc w:val="right"/>
          </w:pPr>
          <w:r>
            <w:rPr>
              <w:color w:val="4A5568"/>
              <w:sz w:val="13"/>
            </w:rPr>
            <w:t xml:space="preserve">Page </w:t>
          </w:r>
          <w:r>
            <w:rPr>
              <w:color w:val="4A5568"/>
              <w:sz w:val="13"/>
            </w:rPr>
            <w:fldChar w:fldCharType="begin"/>
          </w:r>
          <w:r>
            <w:rPr>
              <w:color w:val="4A5568"/>
              <w:sz w:val="13"/>
            </w:rPr>
            <w:instrText>PAGE</w:instrText>
          </w:r>
          <w:r>
            <w:rPr>
              <w:color w:val="4A5568"/>
              <w:sz w:val="13"/>
            </w:rPr>
            <w:fldChar w:fldCharType="separate"/>
          </w:r>
          <w:r w:rsidR="001B3268">
            <w:rPr>
              <w:noProof/>
              <w:color w:val="4A5568"/>
              <w:sz w:val="13"/>
            </w:rPr>
            <w:t>13</w:t>
          </w:r>
          <w:r>
            <w:rPr>
              <w:color w:val="4A5568"/>
              <w:sz w:val="13"/>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64DF3" w14:textId="77777777" w:rsidR="004504ED" w:rsidRDefault="004504ED">
      <w:pPr>
        <w:spacing w:after="0"/>
      </w:pPr>
      <w:r>
        <w:separator/>
      </w:r>
    </w:p>
  </w:footnote>
  <w:footnote w:type="continuationSeparator" w:id="0">
    <w:p w14:paraId="5C3561B7" w14:textId="77777777" w:rsidR="004504ED" w:rsidRDefault="004504E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7458007">
    <w:abstractNumId w:val="8"/>
  </w:num>
  <w:num w:numId="2" w16cid:durableId="1054112356">
    <w:abstractNumId w:val="6"/>
  </w:num>
  <w:num w:numId="3" w16cid:durableId="157044411">
    <w:abstractNumId w:val="5"/>
  </w:num>
  <w:num w:numId="4" w16cid:durableId="83962445">
    <w:abstractNumId w:val="4"/>
  </w:num>
  <w:num w:numId="5" w16cid:durableId="201943937">
    <w:abstractNumId w:val="7"/>
  </w:num>
  <w:num w:numId="6" w16cid:durableId="717779310">
    <w:abstractNumId w:val="3"/>
  </w:num>
  <w:num w:numId="7" w16cid:durableId="441539916">
    <w:abstractNumId w:val="2"/>
  </w:num>
  <w:num w:numId="8" w16cid:durableId="182135612">
    <w:abstractNumId w:val="1"/>
  </w:num>
  <w:num w:numId="9" w16cid:durableId="194014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2F63"/>
    <w:rsid w:val="0015074B"/>
    <w:rsid w:val="001B3268"/>
    <w:rsid w:val="0020482D"/>
    <w:rsid w:val="0029639D"/>
    <w:rsid w:val="002C2309"/>
    <w:rsid w:val="00326F90"/>
    <w:rsid w:val="003D1350"/>
    <w:rsid w:val="003F0894"/>
    <w:rsid w:val="004504ED"/>
    <w:rsid w:val="004D0748"/>
    <w:rsid w:val="004D5728"/>
    <w:rsid w:val="006C4B49"/>
    <w:rsid w:val="007148A1"/>
    <w:rsid w:val="007F646A"/>
    <w:rsid w:val="00806410"/>
    <w:rsid w:val="008417F6"/>
    <w:rsid w:val="0088081C"/>
    <w:rsid w:val="00936541"/>
    <w:rsid w:val="00A44AF4"/>
    <w:rsid w:val="00AA1D8D"/>
    <w:rsid w:val="00AC5DAB"/>
    <w:rsid w:val="00AC78B6"/>
    <w:rsid w:val="00B33762"/>
    <w:rsid w:val="00B47730"/>
    <w:rsid w:val="00B91139"/>
    <w:rsid w:val="00BC504F"/>
    <w:rsid w:val="00BE5135"/>
    <w:rsid w:val="00C8148C"/>
    <w:rsid w:val="00CB0664"/>
    <w:rsid w:val="00DA3D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F36818"/>
  <w14:defaultImageDpi w14:val="330"/>
  <w15:docId w15:val="{B18F2924-B04D-48DC-AE80-1DEE27C3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Arial" w:eastAsia="Arial" w:hAnsi="Arial" w:cs="Arial"/>
      <w:color w:val="2D3748"/>
      <w:sz w:val="20"/>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FFFFFF"/>
      <w:sz w:val="22"/>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7365D"/>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after="160"/>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
    <w:name w:val="Guidance"/>
    <w:basedOn w:val="Normal"/>
    <w:rPr>
      <w:i/>
      <w:color w:val="444444"/>
      <w:sz w:val="17"/>
    </w:rPr>
  </w:style>
  <w:style w:type="paragraph" w:customStyle="1" w:styleId="Small">
    <w:name w:val="Small"/>
    <w:basedOn w:val="Normal"/>
    <w:rPr>
      <w:sz w:val="16"/>
    </w:rPr>
  </w:style>
  <w:style w:type="paragraph" w:customStyle="1" w:styleId="FooterSmall">
    <w:name w:val="FooterSmall"/>
    <w:basedOn w:val="Normal"/>
    <w:rPr>
      <w:color w:val="505050"/>
      <w:sz w:val="14"/>
    </w:rPr>
  </w:style>
  <w:style w:type="paragraph" w:customStyle="1" w:styleId="TableText">
    <w:name w:val="TableText"/>
    <w:basedOn w:val="Normal"/>
    <w:rPr>
      <w:sz w:val="16"/>
    </w:rPr>
  </w:style>
  <w:style w:type="paragraph" w:customStyle="1" w:styleId="TableSmall">
    <w:name w:val="TableSmall"/>
    <w:basedOn w:val="Normal"/>
    <w:rPr>
      <w:sz w:val="15"/>
    </w:rPr>
  </w:style>
  <w:style w:type="paragraph" w:customStyle="1" w:styleId="8DFTitle">
    <w:name w:val="8DF Title"/>
    <w:rPr>
      <w:rFonts w:ascii="Arial" w:hAnsi="Arial" w:cs="Arial"/>
      <w:b/>
      <w:color w:val="17365D"/>
      <w:sz w:val="52"/>
    </w:rPr>
  </w:style>
  <w:style w:type="paragraph" w:customStyle="1" w:styleId="8DFSubtitle">
    <w:name w:val="8DF Subtitle"/>
    <w:rPr>
      <w:rFonts w:ascii="Arial" w:hAnsi="Arial" w:cs="Arial"/>
      <w:color w:val="2D3748"/>
      <w:sz w:val="24"/>
    </w:rPr>
  </w:style>
  <w:style w:type="paragraph" w:customStyle="1" w:styleId="8DFBody">
    <w:name w:val="8DF Body"/>
    <w:rPr>
      <w:rFonts w:ascii="Arial" w:hAnsi="Arial" w:cs="Arial"/>
      <w:color w:val="2D3748"/>
      <w:sz w:val="20"/>
    </w:rPr>
  </w:style>
  <w:style w:type="paragraph" w:customStyle="1" w:styleId="8DFSubsection">
    <w:name w:val="8DF Subsection"/>
    <w:rPr>
      <w:rFonts w:ascii="Arial" w:hAnsi="Arial" w:cs="Arial"/>
      <w:b/>
      <w:color w:val="17365D"/>
    </w:rPr>
  </w:style>
  <w:style w:type="paragraph" w:customStyle="1" w:styleId="8DFSectionBar">
    <w:name w:val="8DF Section Bar"/>
    <w:rPr>
      <w:rFonts w:ascii="Arial" w:hAnsi="Arial" w:cs="Arial"/>
      <w:b/>
      <w:color w:val="FFFFFF"/>
    </w:rPr>
  </w:style>
  <w:style w:type="paragraph" w:customStyle="1" w:styleId="8DFGuidance">
    <w:name w:val="8DF Guidance"/>
    <w:rPr>
      <w:rFonts w:ascii="Arial" w:hAnsi="Arial" w:cs="Arial"/>
      <w:i/>
      <w:color w:val="2D3748"/>
      <w:sz w:val="18"/>
    </w:rPr>
  </w:style>
  <w:style w:type="paragraph" w:customStyle="1" w:styleId="8DFDeleteInstruction">
    <w:name w:val="8DF Delete Instruction"/>
    <w:rPr>
      <w:rFonts w:ascii="Arial" w:hAnsi="Arial" w:cs="Arial"/>
      <w:color w:val="2D3748"/>
      <w:sz w:val="18"/>
    </w:rPr>
  </w:style>
  <w:style w:type="paragraph" w:customStyle="1" w:styleId="8DFTableHeader">
    <w:name w:val="8DF Table Header"/>
    <w:rPr>
      <w:rFonts w:ascii="Arial" w:hAnsi="Arial" w:cs="Arial"/>
      <w:b/>
      <w:color w:val="FFFFFF"/>
      <w:sz w:val="19"/>
    </w:rPr>
  </w:style>
  <w:style w:type="paragraph" w:customStyle="1" w:styleId="8DFFieldLabel">
    <w:name w:val="8DF Field Label"/>
    <w:rPr>
      <w:rFonts w:ascii="Arial" w:hAnsi="Arial" w:cs="Arial"/>
      <w:b/>
      <w:color w:val="17365D"/>
      <w:sz w:val="20"/>
    </w:rPr>
  </w:style>
  <w:style w:type="paragraph" w:customStyle="1" w:styleId="8DFFieldEntry">
    <w:name w:val="8DF Field Entry"/>
    <w:rPr>
      <w:rFonts w:ascii="Arial" w:hAnsi="Arial" w:cs="Arial"/>
      <w:color w:val="2D3748"/>
      <w:sz w:val="20"/>
    </w:rPr>
  </w:style>
  <w:style w:type="paragraph" w:customStyle="1" w:styleId="8DFPlaceholder">
    <w:name w:val="8DF Placeholder"/>
    <w:rPr>
      <w:rFonts w:ascii="Arial" w:hAnsi="Arial" w:cs="Arial"/>
      <w:i/>
      <w:color w:val="718096"/>
      <w:sz w:val="17"/>
    </w:rPr>
  </w:style>
  <w:style w:type="paragraph" w:customStyle="1" w:styleId="8DFFooter">
    <w:name w:val="8DF Footer"/>
    <w:rPr>
      <w:rFonts w:ascii="Arial" w:hAnsi="Arial" w:cs="Arial"/>
      <w:color w:val="4A5568"/>
      <w:sz w:val="13"/>
    </w:rPr>
  </w:style>
  <w:style w:type="paragraph" w:customStyle="1" w:styleId="8DFProductBridge">
    <w:name w:val="8DF Product Bridge"/>
    <w:rPr>
      <w:rFonts w:ascii="Arial" w:hAnsi="Arial" w:cs="Arial"/>
      <w:color w:val="2D3748"/>
      <w:sz w:val="18"/>
    </w:rPr>
  </w:style>
  <w:style w:type="character" w:customStyle="1" w:styleId="8DFHyperlink">
    <w:name w:val="8DF Hyperlink"/>
    <w:rPr>
      <w:rFonts w:ascii="Arial" w:hAnsi="Arial" w:cs="Arial"/>
      <w:color w:val="17365D"/>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8dflow.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8dflow.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8dflow.com" TargetMode="External"/><Relationship Id="rId4" Type="http://schemas.openxmlformats.org/officeDocument/2006/relationships/settings" Target="settings.xml"/><Relationship Id="rId9" Type="http://schemas.openxmlformats.org/officeDocument/2006/relationships/hyperlink" Target="https://8dflow.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8Dflow SCAR Template</vt:lpstr>
    </vt:vector>
  </TitlesOfParts>
  <Manager/>
  <Company/>
  <LinksUpToDate>false</LinksUpToDate>
  <CharactersWithSpaces>25661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8Dflow SCAR Template</dc:title>
  <dc:subject>Supplier Corrective Action Request Template</dc:subject>
  <dc:creator>8Dflow;8Dflow.com</dc:creator>
  <cp:keywords>SCAR, Supplier Corrective Action Request, manufacturing quality, supplier quality, NCR, corrective action, supplier containment, objective evidence, OQE</cp:keywords>
  <dc:description>General manufacturing quality template; adapt before use.</dc:description>
  <cp:lastModifiedBy>Reviewer</cp:lastModifiedBy>
  <cp:revision>11</cp:revision>
  <dcterms:created xsi:type="dcterms:W3CDTF">2013-12-23T23:15:00Z</dcterms:created>
  <dcterms:modified xsi:type="dcterms:W3CDTF">2026-06-24T23:05:00Z</dcterms:modified>
  <cp:category/>
</cp:coreProperties>
</file>